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Hotter Than July 2026 Moments and Why Community Leadership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resilience: Hotter Than July returned to Highland Park this summer under the watchful eye of a new generation of leaders, showing how long-running Black LGBTQ+ festivals can survive health crises, mentor-driven succession and community-first programming. Here’s what changed, what stayed the same, and why it matters for attendees and activists.</w:t>
      </w:r>
      <w:r/>
    </w:p>
    <w:p>
      <w:r/>
      <w:r>
        <w:t>Essential Takeaways</w:t>
      </w:r>
      <w:r/>
      <w:r/>
    </w:p>
    <w:p>
      <w:pPr>
        <w:pStyle w:val="ListBullet"/>
        <w:spacing w:line="240" w:lineRule="auto"/>
        <w:ind w:left="720"/>
      </w:pPr>
      <w:r/>
      <w:r>
        <w:rPr>
          <w:b/>
        </w:rPr>
        <w:t>Leadership continuity:</w:t>
      </w:r>
      <w:r>
        <w:t xml:space="preserve"> Longtime organiser A. Nzere Kwabena stepped back during recovery, and mentees kept the festival running with confidence and care. </w:t>
      </w:r>
      <w:r/>
    </w:p>
    <w:p>
      <w:pPr>
        <w:pStyle w:val="ListBullet"/>
        <w:spacing w:line="240" w:lineRule="auto"/>
        <w:ind w:left="720"/>
      </w:pPr>
      <w:r/>
      <w:r>
        <w:rPr>
          <w:b/>
        </w:rPr>
        <w:t>Curated experience:</w:t>
      </w:r>
      <w:r>
        <w:t xml:space="preserve"> Attendees noticed a tight, pre-planned programme that felt smooth and joyful, with less behind-the-scenes strain. </w:t>
      </w:r>
      <w:r/>
    </w:p>
    <w:p>
      <w:pPr>
        <w:pStyle w:val="ListBullet"/>
        <w:spacing w:line="240" w:lineRule="auto"/>
        <w:ind w:left="720"/>
      </w:pPr>
      <w:r/>
      <w:r>
        <w:rPr>
          <w:b/>
        </w:rPr>
        <w:t>Generational hand-up:</w:t>
      </w:r>
      <w:r>
        <w:t xml:space="preserve"> Younger staff treated leadership as answering a call, not a takeover , practical, respectful stewardship. </w:t>
      </w:r>
      <w:r/>
    </w:p>
    <w:p>
      <w:pPr>
        <w:pStyle w:val="ListBullet"/>
        <w:spacing w:line="240" w:lineRule="auto"/>
        <w:ind w:left="720"/>
      </w:pPr>
      <w:r/>
      <w:r>
        <w:rPr>
          <w:b/>
        </w:rPr>
        <w:t>Community-first programming:</w:t>
      </w:r>
      <w:r>
        <w:t xml:space="preserve"> Events and services continue to centre happiness and wellbeing, from economic support to arts and entertainment. </w:t>
      </w:r>
      <w:r/>
      <w:r/>
    </w:p>
    <w:p>
      <w:pPr>
        <w:pStyle w:val="Heading2"/>
      </w:pPr>
      <w:r>
        <w:t>Why Hotter Than July still feels like home , even with new faces in charge</w:t>
      </w:r>
      <w:r/>
    </w:p>
    <w:p>
      <w:r/>
      <w:r>
        <w:t>Hotter Than July has a soft hum to it: the low, steady buzz of people who know one another and a programme that’s been honed over decades. That sense of belonging paid off this summer when A. Nzere Kwabena, the festival’s co-founder and a longtime executive director, had to step away for health reasons. His absence could have left a gap, but instead it revealed how thoughtfully the organisation has invested in people as much as events.</w:t>
      </w:r>
      <w:r/>
    </w:p>
    <w:p>
      <w:r/>
      <w:r>
        <w:t>Kwabena described experiencing the festival as a guest for perhaps the first time, noting relief and gratitude. According to festival staff, that trust from leadership made it easier for the team to press on, and the result felt calm, curated and celebratory. If you’ve been to community festivals that wobble when a founder leaves, this one reads like a template for doing succession well.</w:t>
      </w:r>
      <w:r/>
    </w:p>
    <w:p>
      <w:pPr>
        <w:pStyle w:val="Heading2"/>
      </w:pPr>
      <w:r>
        <w:t>How mentoring turned into a practical succession plan</w:t>
      </w:r>
      <w:r/>
    </w:p>
    <w:p>
      <w:r/>
      <w:r>
        <w:t>This summer’s steady performances weren’t an accident. For nearly 30 years Kwabena has built not just a festival but a pipeline of talent , people who know the logistics, the politics and the culture. Staff like Christopher Sutton and Joseph Hunter said the handover was more “answering a call” than a dramatic passing of the torch, which matters: it keeps institutional knowledge intact while letting new leaders bring fresh energy.</w:t>
      </w:r>
      <w:r/>
    </w:p>
    <w:p>
      <w:r/>
      <w:r>
        <w:t>That model , mentorship over mystery , is useful for any community group. Instead of a single figure holding all the threads, distribute responsibility, run inclusive training, and let successors lead small projects first. That way, when life happens, the work keeps going.</w:t>
      </w:r>
      <w:r/>
    </w:p>
    <w:p>
      <w:pPr>
        <w:pStyle w:val="Heading2"/>
      </w:pPr>
      <w:r>
        <w:t>What attendees noticed: smoother events, familiar warmth</w:t>
      </w:r>
      <w:r/>
    </w:p>
    <w:p>
      <w:r/>
      <w:r>
        <w:t>Festival-goers picked up on how everything felt pre-planned and intentional. When organisers have rehearsed contingency plans and shared duties, the public-facing programme wins: lines move, acts start on time, and volunteers don’t look frazzled. For visitors, the result is emotional , a relaxed, joyful day rather than a frenetic scramble.</w:t>
      </w:r>
      <w:r/>
    </w:p>
    <w:p>
      <w:r/>
      <w:r>
        <w:t>That matters beyond comfort. A well-run festival can deliver services, raise funds and spotlight issues without distracting organisational drama. In practice, that means more meaningful conversations, better turnout for workshops and a stronger signal that the community is thriving.</w:t>
      </w:r>
      <w:r/>
    </w:p>
    <w:p>
      <w:pPr>
        <w:pStyle w:val="Heading2"/>
      </w:pPr>
      <w:r>
        <w:t>Programming that puts happiness and wellbeing first</w:t>
      </w:r>
      <w:r/>
    </w:p>
    <w:p>
      <w:r/>
      <w:r>
        <w:t>Kwabena and his team emphasise that Pride and allied events aren’t only parties; they’re platforms for wellbeing. Whether someone needs economic resources, health information or simply a safe space to dance, the programming aims to be useful as well as festive. That approach keeps the festival rooted in community needs, not just spectacle.</w:t>
      </w:r>
      <w:r/>
    </w:p>
    <w:p>
      <w:r/>
      <w:r>
        <w:t>For organisers, the practical takeaway is obvious: balance celebration with services. Schedule chill zones, resource booths and drop-in consultations alongside performances. Attendees leave with memories and practical help, and organisers build trust that lasts year-round.</w:t>
      </w:r>
      <w:r/>
    </w:p>
    <w:p>
      <w:pPr>
        <w:pStyle w:val="Heading2"/>
      </w:pPr>
      <w:r>
        <w:t>Looking ahead: what Hotter Than July’s example teaches other groups</w:t>
      </w:r>
      <w:r/>
    </w:p>
    <w:p>
      <w:r/>
      <w:r>
        <w:t>There’s a lesson here for any grassroots organisation: invest in people, plan for unexpected absences, and treat leadership as collective. As Kwabena recovers, his relief at seeing the festival succeed was also a nod to the legacy he’s cultivated , one where younger leaders feel empowered to carry on.</w:t>
      </w:r>
      <w:r/>
    </w:p>
    <w:p>
      <w:r/>
      <w:r>
        <w:t>In the near term, expect Hotter Than July to keep blending arts, advocacy and care. Longer term, the festival’s resilience suggests a healthier ecosystem for Black LGBTQ+ organising across the region, where events are sustained by capabilities, not personalities.</w:t>
      </w:r>
      <w:r/>
    </w:p>
    <w:p>
      <w:r/>
      <w:r>
        <w:t>It's a small change that can make every summer celebration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https://pridesource.com/article/hotter-than-july-2026</w:t>
        </w:r>
      </w:hyperlink>
      <w:r>
        <w:t xml:space="preserve"> - Please view link - unable to able to access data</w:t>
      </w:r>
      <w:r/>
    </w:p>
    <w:p>
      <w:pPr>
        <w:pStyle w:val="ListNumber"/>
        <w:spacing w:line="240" w:lineRule="auto"/>
        <w:ind w:left="720"/>
      </w:pPr>
      <w:r/>
      <w:hyperlink r:id="rId9">
        <w:r>
          <w:rPr>
            <w:color w:val="0000EE"/>
            <w:u w:val="single"/>
          </w:rPr>
          <w:t>https://pridesource.com/article/hotter-than-july-2026</w:t>
        </w:r>
      </w:hyperlink>
      <w:r>
        <w:t xml:space="preserve"> - This article discusses how A. Nzere Kwabena, Executive Director of LGBT Detroit, co-founded the Black LGBTQ+ festival Hotter Than July in 1996. Due to a cancer diagnosis in 2025, Kwabena stepped back from planning the 2026 festivities, allowing the leaders he mentored to take charge. The piece highlights the festival's resilience and the emergence of new leadership within the Black LGBTQ+ community.</w:t>
      </w:r>
      <w:r/>
    </w:p>
    <w:p>
      <w:pPr>
        <w:pStyle w:val="ListNumber"/>
        <w:spacing w:line="240" w:lineRule="auto"/>
        <w:ind w:left="720"/>
      </w:pPr>
      <w:r/>
      <w:hyperlink r:id="rId11">
        <w:r>
          <w:rPr>
            <w:color w:val="0000EE"/>
            <w:u w:val="single"/>
          </w:rPr>
          <w:t>https://www.lgbtdetroit.org/hotterthanjuly/</w:t>
        </w:r>
      </w:hyperlink>
      <w:r>
        <w:t xml:space="preserve"> - The official website for Hotter Than July provides detailed information about the 2026 festival, including the schedule of events, RSVP links, and volunteer sign-up options. The festival is set to take place from July 23 to July 26, 2026, featuring a variety of activities such as a candlelight vigil, art and film festival, Palmer Park picnic, and more.</w:t>
      </w:r>
      <w:r/>
    </w:p>
    <w:p>
      <w:pPr>
        <w:pStyle w:val="ListNumber"/>
        <w:spacing w:line="240" w:lineRule="auto"/>
        <w:ind w:left="720"/>
      </w:pPr>
      <w:r/>
      <w:hyperlink r:id="rId10">
        <w:r>
          <w:rPr>
            <w:color w:val="0000EE"/>
            <w:u w:val="single"/>
          </w:rPr>
          <w:t>https://en.wikipedia.org/wiki/Hotter_than_July_%28festival%29</w:t>
        </w:r>
      </w:hyperlink>
      <w:r>
        <w:t xml:space="preserve"> - This Wikipedia page offers a comprehensive overview of the Hotter Than July festival, detailing its history, activities, and significance as Detroit's longest-running Black LGBTQ+ Pride event. The festival began in 1996 and has evolved over the years, featuring events like candlelight vigils, boat rides, film festivals, and large weekend festivals in Palmer Park.</w:t>
      </w:r>
      <w:r/>
    </w:p>
    <w:p>
      <w:pPr>
        <w:pStyle w:val="ListNumber"/>
        <w:spacing w:line="240" w:lineRule="auto"/>
        <w:ind w:left="720"/>
      </w:pPr>
      <w:r/>
      <w:hyperlink r:id="rId12">
        <w:r>
          <w:rPr>
            <w:color w:val="0000EE"/>
            <w:u w:val="single"/>
          </w:rPr>
          <w:t>https://votingaccessforall.org/events/hotter-than-july-art-film-festival/</w:t>
        </w:r>
      </w:hyperlink>
      <w:r>
        <w:t xml:space="preserve"> - This event page announces the Hotter Than July Art &amp; Film Festival scheduled for July 24, 2026, at LGBT Detroit's Marvin Lee Building. The festival aims to showcase Black LGBTQ+ creatives through various mediums, including visual art, filmmaking, photography, and poetry. The event is led by notable figures in the community and emphasizes the theme 'You Are, We Are Hotter Than July.'</w:t>
      </w:r>
      <w:r/>
    </w:p>
    <w:p>
      <w:pPr>
        <w:pStyle w:val="ListNumber"/>
        <w:spacing w:line="240" w:lineRule="auto"/>
        <w:ind w:left="720"/>
      </w:pPr>
      <w:r/>
      <w:hyperlink r:id="rId13">
        <w:r>
          <w:rPr>
            <w:color w:val="0000EE"/>
            <w:u w:val="single"/>
          </w:rPr>
          <w:t>https://detroitmi.gov/events/hotter-july</w:t>
        </w:r>
      </w:hyperlink>
      <w:r>
        <w:t xml:space="preserve"> - The City of Detroit's official page for Hotter Than July highlights the 30th anniversary of the festival in 2025. It emphasizes the Palmer Park Picnic as the largest attended event, bringing together community members, sponsors, health providers, and social service providers for a day of celebration, free health screenings, and access to essential services.</w:t>
      </w:r>
      <w:r/>
    </w:p>
    <w:p>
      <w:pPr>
        <w:pStyle w:val="ListNumber"/>
        <w:spacing w:line="240" w:lineRule="auto"/>
        <w:ind w:left="720"/>
      </w:pPr>
      <w:r/>
      <w:hyperlink r:id="rId14">
        <w:r>
          <w:rPr>
            <w:color w:val="0000EE"/>
            <w:u w:val="single"/>
          </w:rPr>
          <w:t>https://blackgayevents.com/event/2026-hotter-than-july-palmer-park-picnic/</w:t>
        </w:r>
      </w:hyperlink>
      <w:r>
        <w:t xml:space="preserve"> - This event listing provides details about the 2026 Hotter Than July Palmer Park Picnic, a free, family-friendly celebration of Black LGBTQ+ culture, community, resistance, and radical joy. Scheduled for July 25, 2026, the picnic will feature live entertainment, health resources, community programming, music, dance, drag performances, and more. Admission is free and open to 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hotter-than-july-2026" TargetMode="External"/><Relationship Id="rId10" Type="http://schemas.openxmlformats.org/officeDocument/2006/relationships/hyperlink" Target="https://en.wikipedia.org/wiki/Hotter_than_July_%28festival%29" TargetMode="External"/><Relationship Id="rId11" Type="http://schemas.openxmlformats.org/officeDocument/2006/relationships/hyperlink" Target="https://www.lgbtdetroit.org/hotterthanjuly/" TargetMode="External"/><Relationship Id="rId12" Type="http://schemas.openxmlformats.org/officeDocument/2006/relationships/hyperlink" Target="https://votingaccessforall.org/events/hotter-than-july-art-film-festival/" TargetMode="External"/><Relationship Id="rId13" Type="http://schemas.openxmlformats.org/officeDocument/2006/relationships/hyperlink" Target="https://detroitmi.gov/events/hotter-july" TargetMode="External"/><Relationship Id="rId14" Type="http://schemas.openxmlformats.org/officeDocument/2006/relationships/hyperlink" Target="https://blackgayevents.com/event/2026-hotter-than-july-palmer-park-picn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