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Hamburg Pride Coverage: How 300,000 Showed Up After a Deadly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say resilience was on display as around 300,000 people turned out for Hamburg Pride, despite heightened security and grief a week after a fatal attack in Berlin , a vivid reminder of why public solidarity matters for LGBTQ+ communities across Europe.</w:t>
      </w:r>
      <w:r/>
    </w:p>
    <w:p>
      <w:r/>
      <w:r>
        <w:t>Essential Takeaways</w:t>
      </w:r>
      <w:r/>
      <w:r/>
    </w:p>
    <w:p>
      <w:pPr>
        <w:pStyle w:val="ListBullet"/>
        <w:spacing w:line="240" w:lineRule="auto"/>
        <w:ind w:left="720"/>
      </w:pPr>
      <w:r/>
      <w:r>
        <w:rPr>
          <w:b/>
        </w:rPr>
        <w:t>Huge turnout:</w:t>
      </w:r>
      <w:r>
        <w:t xml:space="preserve"> Roughly 300,000 people attended Hamburg Pride, drawing families, allies and activists in force.</w:t>
      </w:r>
      <w:r/>
    </w:p>
    <w:p>
      <w:pPr>
        <w:pStyle w:val="ListBullet"/>
        <w:spacing w:line="240" w:lineRule="auto"/>
        <w:ind w:left="720"/>
      </w:pPr>
      <w:r/>
      <w:r>
        <w:rPr>
          <w:b/>
        </w:rPr>
        <w:t>Tightened security:</w:t>
      </w:r>
      <w:r>
        <w:t xml:space="preserve"> Police and organisers stepped up checks and barriers; the atmosphere felt safer though tense.</w:t>
      </w:r>
      <w:r/>
    </w:p>
    <w:p>
      <w:pPr>
        <w:pStyle w:val="ListBullet"/>
        <w:spacing w:line="240" w:lineRule="auto"/>
        <w:ind w:left="720"/>
      </w:pPr>
      <w:r/>
      <w:r>
        <w:rPr>
          <w:b/>
        </w:rPr>
        <w:t>After Berlin attack:</w:t>
      </w:r>
      <w:r>
        <w:t xml:space="preserve"> The march came a week after a deadly vehicle attack at Berlin Pride that left one person dead and several injured.</w:t>
      </w:r>
      <w:r/>
    </w:p>
    <w:p>
      <w:pPr>
        <w:pStyle w:val="ListBullet"/>
        <w:spacing w:line="240" w:lineRule="auto"/>
        <w:ind w:left="720"/>
      </w:pPr>
      <w:r/>
      <w:r>
        <w:rPr>
          <w:b/>
        </w:rPr>
        <w:t>Emotional mix:</w:t>
      </w:r>
      <w:r>
        <w:t xml:space="preserve"> Participants described a blend of celebration, defiance and mourning, with vigils woven into the parade.</w:t>
      </w:r>
      <w:r/>
    </w:p>
    <w:p>
      <w:pPr>
        <w:pStyle w:val="ListBullet"/>
        <w:spacing w:line="240" w:lineRule="auto"/>
        <w:ind w:left="720"/>
      </w:pPr>
      <w:r/>
      <w:r>
        <w:rPr>
          <w:b/>
        </w:rPr>
        <w:t>Practical note:</w:t>
      </w:r>
      <w:r>
        <w:t xml:space="preserve"> Organisers urged people to use public transport, expect delays, and follow steward instructions.</w:t>
      </w:r>
      <w:r/>
      <w:r/>
    </w:p>
    <w:p>
      <w:pPr>
        <w:pStyle w:val="Heading2"/>
      </w:pPr>
      <w:r>
        <w:t>A massive show of solidarity, with a wary edge</w:t>
      </w:r>
      <w:r/>
    </w:p>
    <w:p>
      <w:r/>
      <w:r>
        <w:t>The headline figure , about 300,000 people , isn’t just a statistic, it’s a sensory moment: sea of colourful flags, chanting, brass bands and the low, steady hum of thousands walking together. According to AP reporting, the crowd swelled along central Hamburg streets under noticeably increased security. For many onlookers the day felt both festive and fragile, as people smiled more deliberately and hugged a little tighter.</w:t>
      </w:r>
      <w:r/>
    </w:p>
    <w:p>
      <w:r/>
      <w:r>
        <w:t>That mix of joy and caution has roots in recent events. Organisers and police were responding to the deadly Berlin attack a week earlier, which Reuters and other outlets treated as a grim turning point. So the ramped-up security was visible , bag checks, barriers and more uniformed officers , but it didn’t stop people showing up.</w:t>
      </w:r>
      <w:r/>
    </w:p>
    <w:p>
      <w:pPr>
        <w:pStyle w:val="Heading2"/>
      </w:pPr>
      <w:r>
        <w:t>Why organisers said they wouldn’t be intimidated</w:t>
      </w:r>
      <w:r/>
    </w:p>
    <w:p>
      <w:r/>
      <w:r>
        <w:t>Event planners made a clear choice: continue with the parade as a statement. Public organisers told local media they wanted the march to be a defiant answer to violence, not a retreat. That decision mirrors a wider pattern seen after attacks on public gatherings , communities often double down on visibility to deny fear the final say.</w:t>
      </w:r>
      <w:r/>
    </w:p>
    <w:p>
      <w:r/>
      <w:r>
        <w:t>If you’re attending a large march after a high-profile incident, it’s sensible to expect extra checks and to carry minimal bags. Bring water, a charged phone, and a meeting point in case you get separated , small steps that keep the day calm and connected.</w:t>
      </w:r>
      <w:r/>
    </w:p>
    <w:p>
      <w:pPr>
        <w:pStyle w:val="Heading2"/>
      </w:pPr>
      <w:r>
        <w:t>Security steps: more visible, more checks, more reassurance</w:t>
      </w:r>
      <w:r/>
    </w:p>
    <w:p>
      <w:r/>
      <w:r>
        <w:t>Police presence was amplified, with officers placed along key routes and at transport hubs. According to German-language reports, stewards coordinated closely with law enforcement, and some routes were altered to control access more tightly. That meant a smoother flow in many spots, although security queues grew near main entry points.</w:t>
      </w:r>
      <w:r/>
    </w:p>
    <w:p>
      <w:r/>
      <w:r>
        <w:t>From a practical view, the emphasis on public transport and controlled access reduced disorder and helped emergency services locate people quickly if needed. If you travel to large events now, allow extra time for entry and follow organisers’ social-media updates for route changes.</w:t>
      </w:r>
      <w:r/>
    </w:p>
    <w:p>
      <w:pPr>
        <w:pStyle w:val="Heading2"/>
      </w:pPr>
      <w:r>
        <w:t>How the Berlin attack reshaped the conversation</w:t>
      </w:r>
      <w:r/>
    </w:p>
    <w:p>
      <w:r/>
      <w:r>
        <w:t>The Berlin incident , where a vehicle struck a Pride crowd, killing one and wounding others , cast a long shadow. Media outlets reported that the suspect was later killed in a confrontation with police, and investigators were treating the case as a possible terror-related act. That framing pushed questions about policing, prevention and the safety of marginalised groups back into headlines.</w:t>
      </w:r>
      <w:r/>
    </w:p>
    <w:p>
      <w:r/>
      <w:r>
        <w:t>Community leaders used the Hamburg stage to demand better protections and clearer prevention strategies, while also refusing to let fear erase Pride’s message of visibility. For many participants, the march was a protest and a public grieving at once.</w:t>
      </w:r>
      <w:r/>
    </w:p>
    <w:p>
      <w:pPr>
        <w:pStyle w:val="Heading2"/>
      </w:pPr>
      <w:r>
        <w:t>What the day felt like on the ground</w:t>
      </w:r>
      <w:r/>
    </w:p>
    <w:p>
      <w:r/>
      <w:r>
        <w:t>Vibrant floats and costumes still dominated the sensory picture, but there were pauses for vigils and moments of silence that threaded through the parade. People lit candles at memorial sites and carried signs calling for solidarity and structural change. Observers said the crowd’s energy was resolute rather than triumphant , a collective breath held and then released into music and movement.</w:t>
      </w:r>
      <w:r/>
    </w:p>
    <w:p>
      <w:r/>
      <w:r>
        <w:t>As one marcher put it in local interviews, showing up was a way to protect the right to be seen. That sentiment is familiar across cities recovering from violence: buoyant, weary and stubbornly hopeful.</w:t>
      </w:r>
      <w:r/>
    </w:p>
    <w:p>
      <w:r/>
      <w:r>
        <w:t>It’s a small change that can make every public gathering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[6]</w:t>
        </w:r>
      </w:hyperlink>
      <w:r>
        <w:t xml:space="preserve">- Paragraph 4: </w:t>
      </w:r>
      <w:hyperlink r:id="rId13">
        <w:r>
          <w:rPr>
            <w:color w:val="0000EE"/>
            <w:u w:val="single"/>
          </w:rPr>
          <w:t>[4]</w:t>
        </w:r>
      </w:hyperlink>
      <w:r>
        <w:t xml:space="preserve">, </w:t>
      </w:r>
      <w:hyperlink r:id="rId10">
        <w:r>
          <w:rPr>
            <w:color w:val="0000EE"/>
            <w:u w:val="single"/>
          </w:rPr>
          <w:t>[2]</w:t>
        </w:r>
      </w:hyperlink>
      <w:r>
        <w:t xml:space="preserve">- Paragraph 5: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https://www.santafenewmexican.com/ap/international/hamburg-pride-draws-300-000-with-increased-security-a-week-after-a-fatal-attack-in/article_edcb9080-16f0-547d-a2d6-5d1d10d0a2bc.html</w:t>
        </w:r>
      </w:hyperlink>
      <w:r>
        <w:t xml:space="preserve"> - Please view link - unable to able to access data</w:t>
      </w:r>
      <w:r/>
    </w:p>
    <w:p>
      <w:pPr>
        <w:pStyle w:val="ListNumber"/>
        <w:spacing w:line="240" w:lineRule="auto"/>
        <w:ind w:left="720"/>
      </w:pPr>
      <w:r/>
      <w:hyperlink r:id="rId10">
        <w:r>
          <w:rPr>
            <w:color w:val="0000EE"/>
            <w:u w:val="single"/>
          </w:rPr>
          <w:t>https://apnews.com/article/4fabf20621b75cdd8f8e05119ea9d281</w:t>
        </w:r>
      </w:hyperlink>
      <w:r>
        <w:t xml:space="preserve"> - On August 1, 2026, Hamburg hosted one of Germany's largest Pride parades, attracting approximately 300,000 attendees—a significant increase from the 260,000 the previous year. The event was held under heightened security measures following a fatal extremist attack near the Berlin Pride event just a week earlier. The theme for this year's Hamburg Pride was 'Queer in solidarity. Take a stand - for a future without fear.' Security was notably tight, with twice the number of police present compared to the prior year. A truck representing Berlin's Christopher Street Day (CSD) parade was added as a tribute, featuring participants dressed in dark clothing to honour the victims of the recent attack. Hamburg's deputy mayor emphasised the importance of standing strong in the face of violence, while organisers noted a resilient and spirited turnout despite ongoing grief. The Berlin attack occurred on July 25 when a 21-year-old suspect, Abdul Ballout, drove a van into a crowd and attacked others with a machete, killing one woman and injuring several others. Ballout, later killed by police, had pledged allegiance to the Islamic State in a video, and authorities confirmed his prior attempts to connect with IS members during a 2025 trip to Lebanon.</w:t>
      </w:r>
      <w:r/>
    </w:p>
    <w:p>
      <w:pPr>
        <w:pStyle w:val="ListNumber"/>
        <w:spacing w:line="240" w:lineRule="auto"/>
        <w:ind w:left="720"/>
      </w:pPr>
      <w:r/>
      <w:hyperlink r:id="rId12">
        <w:r>
          <w:rPr>
            <w:color w:val="0000EE"/>
            <w:u w:val="single"/>
          </w:rPr>
          <w:t>https://www.latimes.com/world-nation/story/2026-07-26/german-police-search-for-suspect-in-deadly-berlin-pride-attack</w:t>
        </w:r>
      </w:hyperlink>
      <w:r>
        <w:t xml:space="preserve"> - The suspect in the deadly Berlin Pride attack that left one person dead and 29 injured was shot and killed by police during a confrontation on Sunday in a suburb of the city, authorities said. Abdul Ballout, a German citizen with Lebanese roots, was killed following a search that lasted nearly 24 hours after the attack in downtown Berlin. Berlin prosecutors said Ballout had previously sought to join the militant Islamic State group. Ballout was suspected of driving a van into a crowd near Berlin's Pride festival Saturday night before apparently stabbing others with a machete in what authorities believe was an Islamic extremist terror attack. The attack occurred a few hundred yards away from the festival events on a track in the Tiergarten park. The van drove into a crowd that was probably a mix of festivalgoers and others. Police said a woman was killed. On Sunday afternoon, hundreds of mourners gathered at a memorial at the landmark gate. They hugged one another and laid down flowers, candles, rainbow flags and homemade signs, including a cardboard one that said: 'The only thing more powerful than hate is love.'</w:t>
      </w:r>
      <w:r/>
    </w:p>
    <w:p>
      <w:pPr>
        <w:pStyle w:val="ListNumber"/>
        <w:spacing w:line="240" w:lineRule="auto"/>
        <w:ind w:left="720"/>
      </w:pPr>
      <w:r/>
      <w:hyperlink r:id="rId13">
        <w:r>
          <w:rPr>
            <w:color w:val="0000EE"/>
            <w:u w:val="single"/>
          </w:rPr>
          <w:t>https://www.washingtonpost.com/world/2026/07/26/berlin-pride-attack-investigated-terrorism-with-suspect-large/</w:t>
        </w:r>
      </w:hyperlink>
      <w:r>
        <w:t xml:space="preserve"> - The fugitive suspect in a deadly attack on a Berlin Pride parade was killed in a police operation on Sunday, authorities said. Berlin police said the suspect was found in a garden in the western Berlin borough of Spandau around 6 p.m. Sunday, about 20 hours after the attack. There, he reportedly ran toward emergency forces with a 'stabbing weapon.' The officers opened fire and shot him. Firefighters tried to resuscitate him, but he died at the scene. A van rammed into crowds of partygoers in the city center's sprawling Tiergarten park on Saturday as they celebrated Christopher Street Day, Berlin's oldest Pride event. The attack occurred a few hundred yards away from the festival events on a track in the Tiergarten park. The van drove into a crowd that was probably a mix of festivalgoers and others. Police said a woman was killed. On Sunday afternoon, hundreds of mourners gathered at a memorial at the landmark gate. They hugged one another and laid down flowers, candles, rainbow flags and homemade signs, including a cardboard one that said: 'The only thing more powerful than hate is love.'</w:t>
      </w:r>
      <w:r/>
    </w:p>
    <w:p>
      <w:pPr>
        <w:pStyle w:val="ListNumber"/>
        <w:spacing w:line="240" w:lineRule="auto"/>
        <w:ind w:left="720"/>
      </w:pPr>
      <w:r/>
      <w:hyperlink r:id="rId14">
        <w:r>
          <w:rPr>
            <w:color w:val="0000EE"/>
            <w:u w:val="single"/>
          </w:rPr>
          <w:t>https://www.wusf.org/2026-07-25/one-dead-several-injured-after-vehicle-plows-through-crowd-at-berlin-pride-event</w:t>
        </w:r>
      </w:hyperlink>
      <w:r>
        <w:t xml:space="preserve"> - At least one person is dead and several people are injured after a vehicle drove into the crowd at a Pride event in Berlin on Saturday, in what German Chancellor Friedrich Merz called 'an attack on our society.' Authorities said Ballout drove a van into a crowd in Tiergarten Park, one of the largest parks in Berlin, during the Pride festival's closing party at around 10:00 p.m. local time. He then allegedly attacked others with a weapon, suspected to be a machete. The attack occurred a few hundred yards away from the festival events on a track in the Tiergarten park. The van drove into a crowd that was probably a mix of festivalgoers and others. Police said a woman was killed. On Sunday afternoon, hundreds of mourners gathered at a memorial at the landmark gate. They hugged one another and laid down flowers, candles, rainbow flags and homemade signs, including a cardboard one that said: 'The only thing more powerful than hate is love.'</w:t>
      </w:r>
      <w:r/>
    </w:p>
    <w:p>
      <w:pPr>
        <w:pStyle w:val="ListNumber"/>
        <w:spacing w:line="240" w:lineRule="auto"/>
        <w:ind w:left="720"/>
      </w:pPr>
      <w:r/>
      <w:hyperlink r:id="rId11">
        <w:r>
          <w:rPr>
            <w:color w:val="0000EE"/>
            <w:u w:val="single"/>
          </w:rPr>
          <w:t>https://www.zeit.de/news/2026-07/26/anschlag-in-berlin-ueberschattet-hamburger-csd</w:t>
        </w:r>
      </w:hyperlink>
      <w:r>
        <w:t xml:space="preserve"> - After the attack on the Berlin CSD, there is discussion about security at the Hamburg parade. (Archive image) © Christian Charisius/dpa. After the allegedly Islamist-motivated attack on revelers at the Christopher Street Day in Berlin, Hamburg wants to review the security measures for its own Pride events. Interior Senator Andy Grote (SPD) announced that the measures for the Hamburg CSD on the coming Saturday (August 1) would be reviewed to ensure the highest level of protection. Grote emphasised that the security level at Hamburg events was already high, 'especially with regard to protection against attacks.' Nevertheless, 'the security measures for the CSD next week in Hamburg will be carefully reviewed to ensure the highest level of safety.'</w:t>
      </w:r>
      <w:r/>
    </w:p>
    <w:p>
      <w:pPr>
        <w:pStyle w:val="ListNumber"/>
        <w:spacing w:line="240" w:lineRule="auto"/>
        <w:ind w:left="720"/>
      </w:pPr>
      <w:r/>
      <w:hyperlink r:id="rId15">
        <w:r>
          <w:rPr>
            <w:color w:val="0000EE"/>
            <w:u w:val="single"/>
          </w:rPr>
          <w:t>https://www.local10.com/news/2026/07/26/the-suspect-in-the-deadly-berlin-pride-attack-is-killed-in-a-confrontation-with-police/</w:t>
        </w:r>
      </w:hyperlink>
      <w:r>
        <w:t xml:space="preserve"> - The suspect in the deadly Berlin Pride attack that left one person dead and 29 injured was shot and killed by police during a confrontation on Sunday in a suburb of the city, authorities said. Abdul Ballout, a German citizen with Lebanese roots, was killed following a search that lasted nearly 24 hours after the attack in downtown Berlin. Berlin prosecutors said Ballout had previously sought to join the militant Islamic State group. Ballout was suspected of driving a van into a crowd near Berlin's Pride festival Saturday night before apparently stabbing others with a machete in what authorities believe was an Islamic extremist terror attack. The attack occurred a few hundred yards away from the festival events on a track in the Tiergarten park. The van drove into a crowd that was probably a mix of festivalgoers and others. Police said a woman was killed. On Sunday afternoon, hundreds of mourners gathered at a memorial at the landmark gate.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antafenewmexican.com/ap/international/hamburg-pride-draws-300-000-with-increased-security-a-week-after-a-fatal-attack-in/article_edcb9080-16f0-547d-a2d6-5d1d10d0a2bc.html" TargetMode="External"/><Relationship Id="rId10" Type="http://schemas.openxmlformats.org/officeDocument/2006/relationships/hyperlink" Target="https://apnews.com/article/4fabf20621b75cdd8f8e05119ea9d281" TargetMode="External"/><Relationship Id="rId11" Type="http://schemas.openxmlformats.org/officeDocument/2006/relationships/hyperlink" Target="https://www.zeit.de/news/2026-07/26/anschlag-in-berlin-ueberschattet-hamburger-csd" TargetMode="External"/><Relationship Id="rId12" Type="http://schemas.openxmlformats.org/officeDocument/2006/relationships/hyperlink" Target="https://www.latimes.com/world-nation/story/2026-07-26/german-police-search-for-suspect-in-deadly-berlin-pride-attack" TargetMode="External"/><Relationship Id="rId13" Type="http://schemas.openxmlformats.org/officeDocument/2006/relationships/hyperlink" Target="https://www.washingtonpost.com/world/2026/07/26/berlin-pride-attack-investigated-terrorism-with-suspect-large/" TargetMode="External"/><Relationship Id="rId14" Type="http://schemas.openxmlformats.org/officeDocument/2006/relationships/hyperlink" Target="https://www.wusf.org/2026-07-25/one-dead-several-injured-after-vehicle-plows-through-crowd-at-berlin-pride-event" TargetMode="External"/><Relationship Id="rId15" Type="http://schemas.openxmlformats.org/officeDocument/2006/relationships/hyperlink" Target="https://www.local10.com/news/2026/07/26/the-suspect-in-the-deadly-berlin-pride-attack-is-killed-in-a-confrontation-with-pol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