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Hamburg Pride 2023 Coverage: What Made the Biggest CSD So Powerful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residents and visitors packed the streets as Hamburg staged its biggest CSD yet, a colourful mix of protest and party that mattered because it came after a deadly attack in Berlin and drew record crowds , roughly 300,000 , sending a loud message of visibility, defiance and joy.</w:t>
      </w:r>
      <w:r/>
    </w:p>
    <w:p>
      <w:r/>
      <w:r>
        <w:t>Essential Takeaways</w:t>
      </w:r>
      <w:r/>
      <w:r/>
    </w:p>
    <w:p>
      <w:pPr>
        <w:pStyle w:val="ListBullet"/>
        <w:spacing w:line="240" w:lineRule="auto"/>
        <w:ind w:left="720"/>
      </w:pPr>
      <w:r/>
      <w:r>
        <w:rPr>
          <w:b/>
        </w:rPr>
        <w:t>Record turnout:</w:t>
      </w:r>
      <w:r>
        <w:t xml:space="preserve"> Organisers and police put attendance at around 300,000, up from about 260,000 last year. The crowd felt vast and celebratory.</w:t>
      </w:r>
      <w:r/>
    </w:p>
    <w:p>
      <w:pPr>
        <w:pStyle w:val="ListBullet"/>
        <w:spacing w:line="240" w:lineRule="auto"/>
        <w:ind w:left="720"/>
      </w:pPr>
      <w:r/>
      <w:r>
        <w:rPr>
          <w:b/>
        </w:rPr>
        <w:t>A serious note first:</w:t>
      </w:r>
      <w:r>
        <w:t xml:space="preserve"> Speakers reminded the crowd of the Berlin attack and warned of rising threats, then pivoted to celebration to show resilience.</w:t>
      </w:r>
      <w:r/>
    </w:p>
    <w:p>
      <w:pPr>
        <w:pStyle w:val="ListBullet"/>
        <w:spacing w:line="240" w:lineRule="auto"/>
        <w:ind w:left="720"/>
      </w:pPr>
      <w:r/>
      <w:r>
        <w:rPr>
          <w:b/>
        </w:rPr>
        <w:t>High-profile presence:</w:t>
      </w:r>
      <w:r>
        <w:t xml:space="preserve"> Politicians, church representatives and celebrities including Olivia Jones, Ricarda Lang and Katharina Fegebank marched or rode on trucks.</w:t>
      </w:r>
      <w:r/>
    </w:p>
    <w:p>
      <w:pPr>
        <w:pStyle w:val="ListBullet"/>
        <w:spacing w:line="240" w:lineRule="auto"/>
        <w:ind w:left="720"/>
      </w:pPr>
      <w:r/>
      <w:r>
        <w:rPr>
          <w:b/>
        </w:rPr>
        <w:t>Family-friendly atmosphere:</w:t>
      </w:r>
      <w:r>
        <w:t xml:space="preserve"> Many attendees called the vibe considerate and safe , even first-timers and children felt welcome.</w:t>
      </w:r>
      <w:r/>
    </w:p>
    <w:p>
      <w:pPr>
        <w:pStyle w:val="ListBullet"/>
        <w:spacing w:line="240" w:lineRule="auto"/>
        <w:ind w:left="720"/>
      </w:pPr>
      <w:r/>
      <w:r>
        <w:rPr>
          <w:b/>
        </w:rPr>
        <w:t>Visible solidarity:</w:t>
      </w:r>
      <w:r>
        <w:t xml:space="preserve"> From rainbow trucks to grieving armbands, the day mixed mournful remembrance with exuberant Pride colours.</w:t>
      </w:r>
      <w:r/>
      <w:r/>
    </w:p>
    <w:p>
      <w:pPr>
        <w:pStyle w:val="Heading2"/>
      </w:pPr>
      <w:r>
        <w:t>A parade that began with silence, confetti and resolve</w:t>
      </w:r>
      <w:r/>
    </w:p>
    <w:p>
      <w:r/>
      <w:r>
        <w:t>The morning started with a hush that quickly gave way to colour; white and pink confetti burst into the sky and Michael Jackson’s “Heal the World” played as the march set off, a sensory lift after sombre words. According to event organisers, the opening address recalled the recent attack in Berlin and urged vigilance , then made an intentional turn to celebration. That emotional arc, from fear to defiance, shaped the day and made the festivities feel like an answer as much as a party.</w:t>
      </w:r>
      <w:r/>
    </w:p>
    <w:p>
      <w:pPr>
        <w:pStyle w:val="Heading2"/>
      </w:pPr>
      <w:r>
        <w:t>Why so many people turned up this year</w:t>
      </w:r>
      <w:r/>
    </w:p>
    <w:p>
      <w:r/>
      <w:r>
        <w:t>Organisers and police both reported a record crowd, roughly 300,000 people, a clear jump from last year. Part of the surge came from a wish to stand together after violence at another Pride; part came from strong local momentum and wide political support. Radio and local photo features captured long lines of decorated trucks, marching groups and families, showing that Pride in Hamburg is now as much a civic statement as a festival.</w:t>
      </w:r>
      <w:r/>
    </w:p>
    <w:p>
      <w:pPr>
        <w:pStyle w:val="Heading2"/>
      </w:pPr>
      <w:r>
        <w:t>Politicians, pastors and pop , a diverse line-up on the route</w:t>
      </w:r>
      <w:r/>
    </w:p>
    <w:p>
      <w:r/>
      <w:r>
        <w:t>The march included familiar faces: Green and SPD politicians rode trade-union and party trucks, and representatives of the evangelical church rode too, making public statements about dignity and protection. Olivia Jones, impossibly visible in her orange wig, led much of the crowd’s energy. That mix of political speeches, religious affirmation and performance gave the day texture , it wasn’t just celebration, it was civic theatre with a clear message about rights and safety.</w:t>
      </w:r>
      <w:r/>
    </w:p>
    <w:p>
      <w:pPr>
        <w:pStyle w:val="Heading2"/>
      </w:pPr>
      <w:r>
        <w:t>How families and newcomers experienced the day</w:t>
      </w:r>
      <w:r/>
    </w:p>
    <w:p>
      <w:r/>
      <w:r>
        <w:t>Many attendees wrote afterwards about a surprisingly gentle atmosphere , considerate crowds, easy movement and lots of smiles. Parents said children who normally dislike loud events felt comfortable and didn’t want to leave. For anyone thinking of going next time: aim for earlier arrival if you want a calmer experience, bring water, and pick a viewing spot near a truck or stage for music and speeches. The presence of many older marchers and visibly religious groups also made the event feel unusually inclusive.</w:t>
      </w:r>
      <w:r/>
    </w:p>
    <w:p>
      <w:pPr>
        <w:pStyle w:val="Heading2"/>
      </w:pPr>
      <w:r>
        <w:t>Protest and party: symbols that mattered this year</w:t>
      </w:r>
      <w:r/>
    </w:p>
    <w:p>
      <w:r/>
      <w:r>
        <w:t>You could spot grief and resistance in small details , people wearing black armbands or carrying placards , alongside glitter and dancing. Organisers explicitly framed the day as “now more than ever”, urging visibility and resilience after attacks on queer spaces elsewhere. That balance is likely to shape how Pride events are organised moving forward: more visible security and solidarity, but also a determination not to let fear win.</w:t>
      </w:r>
      <w:r/>
    </w:p>
    <w:p>
      <w:r/>
      <w:r>
        <w:t>It's a small change that can make every parade both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13">
        <w:r>
          <w:rPr>
            <w:color w:val="0000EE"/>
            <w:u w:val="single"/>
          </w:rPr>
          <w:t>[5]</w:t>
        </w:r>
      </w:hyperlink>
      <w:r>
        <w:t xml:space="preserve">, </w:t>
      </w:r>
      <w:hyperlink r:id="rId14">
        <w:r>
          <w:rPr>
            <w:color w:val="0000EE"/>
            <w:u w:val="single"/>
          </w:rPr>
          <w:t>[7]</w:t>
        </w:r>
      </w:hyperlink>
      <w:r>
        <w:t xml:space="preserve">- Paragraph 5: </w:t>
      </w:r>
      <w:hyperlink r:id="rId9">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https://www.mopo.de/hamburg/groesster-csd-der-stadtgeschichte-so-wurde-in-hamburg-gefeiert/4913826</w:t>
        </w:r>
      </w:hyperlink>
      <w:r>
        <w:t xml:space="preserve"> - Please view link - unable to able to access data</w:t>
      </w:r>
      <w:r/>
    </w:p>
    <w:p>
      <w:pPr>
        <w:pStyle w:val="ListNumber"/>
        <w:spacing w:line="240" w:lineRule="auto"/>
        <w:ind w:left="720"/>
      </w:pPr>
      <w:r/>
      <w:hyperlink r:id="rId9">
        <w:r>
          <w:rPr>
            <w:color w:val="0000EE"/>
            <w:u w:val="single"/>
          </w:rPr>
          <w:t>https://www.mopo.de/hamburg/groesster-csd-der-stadtgeschichte-so-wurde-in-hamburg-gefeiert/4913826</w:t>
        </w:r>
      </w:hyperlink>
      <w:r>
        <w:t xml:space="preserve"> - The article reports on Hamburg's largest-ever Christopher Street Day (CSD) parade, with approximately 300,000 participants, marking a significant increase from the previous year's 260,000. The event featured prominent figures such as Olivia Jones, Ricarda Lang, Matthias Miersch, and Katharina Fegebank. The parade commenced with white and pink confetti, accompanied by Michael Jackson's 'Heal the World'. The organisers emphasised the importance of celebrating life and joy, especially in light of recent challenges, including the Berlin CSD attack.</w:t>
      </w:r>
      <w:r/>
    </w:p>
    <w:p>
      <w:pPr>
        <w:pStyle w:val="ListNumber"/>
        <w:spacing w:line="240" w:lineRule="auto"/>
        <w:ind w:left="720"/>
      </w:pPr>
      <w:r/>
      <w:hyperlink r:id="rId10">
        <w:r>
          <w:rPr>
            <w:color w:val="0000EE"/>
            <w:u w:val="single"/>
          </w:rPr>
          <w:t>https://www.radiohamburg.de/aktuelles/hamburg/H%C3%B6hepunkt-der-Pride-Week-Der-Hamburger-CSD-2023-id942680.html</w:t>
        </w:r>
      </w:hyperlink>
      <w:r>
        <w:t xml:space="preserve"> - This article highlights the 2023 Hamburg CSD parade, which attracted around 250,000 participants. The event was marked by vibrant rainbow flags, decorated trucks, and lively costumes. The parade began at Langen Reihe in St. Georg and proceeded through the city centre, promoting tolerance and inclusivity. The organisers noted the overwhelming turnout, with the crowd being so dense that the parade started 45 minutes later than planned.</w:t>
      </w:r>
      <w:r/>
    </w:p>
    <w:p>
      <w:pPr>
        <w:pStyle w:val="ListNumber"/>
        <w:spacing w:line="240" w:lineRule="auto"/>
        <w:ind w:left="720"/>
      </w:pPr>
      <w:r/>
      <w:hyperlink r:id="rId12">
        <w:r>
          <w:rPr>
            <w:color w:val="0000EE"/>
            <w:u w:val="single"/>
          </w:rPr>
          <w:t>https://www.queer.de/bild-des-tages.php?einzel=4260</w:t>
        </w:r>
      </w:hyperlink>
      <w:r>
        <w:t xml:space="preserve"> - The article discusses the 2023 Hamburg CSD parade, which saw approximately 250,000 participants. The event was held under the motto 'Selbstbestimmung jetzt! Verbündet gegen Trans*feindlichkeit' (Self-determination now! United against transphobia). The organisers, Nicole Schaening and Christoph Kahrmann, emphasised the importance of standing with trans individuals and called for a self-determination law that truly reflects the community's needs.</w:t>
      </w:r>
      <w:r/>
    </w:p>
    <w:p>
      <w:pPr>
        <w:pStyle w:val="ListNumber"/>
        <w:spacing w:line="240" w:lineRule="auto"/>
        <w:ind w:left="720"/>
      </w:pPr>
      <w:r/>
      <w:hyperlink r:id="rId13">
        <w:r>
          <w:rPr>
            <w:color w:val="0000EE"/>
            <w:u w:val="single"/>
          </w:rPr>
          <w:t>https://www.radiohamburg.de/aktuelles/hamburg/Die-wichtigsten-Fragen-Antworten-zum-CSD-2023-in-Hamburg-id936617.html</w:t>
        </w:r>
      </w:hyperlink>
      <w:r>
        <w:t xml:space="preserve"> - This article provides essential information about the 2023 Hamburg CSD parade, scheduled for Saturday, August 5, 2023. The parade was set to start at 12:00 PM from the Alster side of Langen Reihe, proceeding through various streets in the city centre. The event aimed to promote visibility and rights for the LGBTQ+ community, with hundreds of thousands expected to participate.</w:t>
      </w:r>
      <w:r/>
    </w:p>
    <w:p>
      <w:pPr>
        <w:pStyle w:val="ListNumber"/>
        <w:spacing w:line="240" w:lineRule="auto"/>
        <w:ind w:left="720"/>
      </w:pPr>
      <w:r/>
      <w:hyperlink r:id="rId11">
        <w:r>
          <w:rPr>
            <w:color w:val="0000EE"/>
            <w:u w:val="single"/>
          </w:rPr>
          <w:t>https://www.24hamburg.de/hamburg/route-csd-demo-hamburg-innenstadt-lange-reihe-pride-week-2023-start-92434840.html</w:t>
        </w:r>
      </w:hyperlink>
      <w:r>
        <w:t xml:space="preserve"> - The article details the route and start of the 2023 Hamburg CSD parade. The parade was set to begin on August 5, 2023, at 12:00 PM from the Alster side of Langen Reihe. The route was planned to pass through several streets in the city centre, including Kirchenallee, Ernst-Merck-Straße, and Mönckebergstraße, culminating at Lombardsbrücke. The event aimed to showcase the city's commitment to diversity and inclusion.</w:t>
      </w:r>
      <w:r/>
    </w:p>
    <w:p>
      <w:pPr>
        <w:pStyle w:val="ListNumber"/>
        <w:spacing w:line="240" w:lineRule="auto"/>
        <w:ind w:left="720"/>
      </w:pPr>
      <w:r/>
      <w:hyperlink r:id="rId14">
        <w:r>
          <w:rPr>
            <w:color w:val="0000EE"/>
            <w:u w:val="single"/>
          </w:rPr>
          <w:t>https://maenner.media/gesellschaft/community/hinnerk-fotostrecke-hamburg-pride-2023/</w:t>
        </w:r>
      </w:hyperlink>
      <w:r>
        <w:t xml:space="preserve"> - This article features a photo series capturing the 2023 Hamburg Pride event, which saw up to 250,000 participants. The images showcase the vibrant atmosphere of the parade, highlighting the community's commitment to visibility, legal equality, and opposition to hate and discrimination against LGBTQ+ individuals. The photos provide a visual testament to the scale and energy of the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opo.de/hamburg/groesster-csd-der-stadtgeschichte-so-wurde-in-hamburg-gefeiert/4913826" TargetMode="External"/><Relationship Id="rId10" Type="http://schemas.openxmlformats.org/officeDocument/2006/relationships/hyperlink" Target="https://www.radiohamburg.de/aktuelles/hamburg/H%C3%B6hepunkt-der-Pride-Week-Der-Hamburger-CSD-2023-id942680.html" TargetMode="External"/><Relationship Id="rId11" Type="http://schemas.openxmlformats.org/officeDocument/2006/relationships/hyperlink" Target="https://www.24hamburg.de/hamburg/route-csd-demo-hamburg-innenstadt-lange-reihe-pride-week-2023-start-92434840.html" TargetMode="External"/><Relationship Id="rId12" Type="http://schemas.openxmlformats.org/officeDocument/2006/relationships/hyperlink" Target="https://www.queer.de/bild-des-tages.php?einzel=4260" TargetMode="External"/><Relationship Id="rId13" Type="http://schemas.openxmlformats.org/officeDocument/2006/relationships/hyperlink" Target="https://www.radiohamburg.de/aktuelles/hamburg/Die-wichtigsten-Fragen-Antworten-zum-CSD-2023-in-Hamburg-id936617.html" TargetMode="External"/><Relationship Id="rId14" Type="http://schemas.openxmlformats.org/officeDocument/2006/relationships/hyperlink" Target="https://maenner.media/gesellschaft/community/hinnerk-fotostrecke-hamburg-pride-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