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Dead by Daylight Pride Charm: How to Redeem the Free RAINBOWBRIGHT Code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goodwill into in-game glitter as Dead by Daylight players unlock a free Pride Flashlight Charm , open the Store, type RAINBOWBRIGHT, and the cosmetic is yours. The #IntoTheRainbow drive funnels real donations to InterPride while keeping extra rewards locked behind further fundraising goals.</w:t>
      </w:r>
      <w:r/>
    </w:p>
    <w:p>
      <w:r/>
      <w:r>
        <w:t>Essential takeaways</w:t>
      </w:r>
      <w:r/>
      <w:r/>
    </w:p>
    <w:p>
      <w:pPr>
        <w:pStyle w:val="ListBullet"/>
        <w:spacing w:line="240" w:lineRule="auto"/>
        <w:ind w:left="720"/>
      </w:pPr>
      <w:r/>
      <w:r>
        <w:rPr>
          <w:b/>
        </w:rPr>
        <w:t>Free redeem:</w:t>
      </w:r>
      <w:r>
        <w:t xml:space="preserve"> Enter the code RAINBOWBRIGHT in Dead by Daylight’s in-game Store to claim the Pride Flashlight Charm with no purchase necessary, no grind required. </w:t>
      </w:r>
      <w:r/>
    </w:p>
    <w:p>
      <w:pPr>
        <w:pStyle w:val="ListBullet"/>
        <w:spacing w:line="240" w:lineRule="auto"/>
        <w:ind w:left="720"/>
      </w:pPr>
      <w:r/>
      <w:r>
        <w:rPr>
          <w:b/>
        </w:rPr>
        <w:t>Charity-backed:</w:t>
      </w:r>
      <w:r>
        <w:t xml:space="preserve"> Donations go to InterPride, a global federation supporting Pride events, with unlockable rewards tied to donation milestones. </w:t>
      </w:r>
      <w:r/>
    </w:p>
    <w:p>
      <w:pPr>
        <w:pStyle w:val="ListBullet"/>
        <w:spacing w:line="240" w:lineRule="auto"/>
        <w:ind w:left="720"/>
      </w:pPr>
      <w:r/>
      <w:r>
        <w:rPr>
          <w:b/>
        </w:rPr>
        <w:t>Community energy:</w:t>
      </w:r>
      <w:r>
        <w:t xml:space="preserve"> The reveal leant on DbD’s cooperative playerbase; the tweet announcing the milestone pulled strong engagement. </w:t>
      </w:r>
      <w:r/>
    </w:p>
    <w:p>
      <w:pPr>
        <w:pStyle w:val="ListBullet"/>
        <w:spacing w:line="240" w:lineRule="auto"/>
        <w:ind w:left="720"/>
      </w:pPr>
      <w:r/>
      <w:r>
        <w:rPr>
          <w:b/>
        </w:rPr>
        <w:t>Long-term campaign:</w:t>
      </w:r>
      <w:r>
        <w:t xml:space="preserve"> This isn’t a single-day stunt , Behaviour Interactive built multiple tiers so the event stays active as more funds come in. </w:t>
      </w:r>
      <w:r/>
    </w:p>
    <w:p>
      <w:pPr>
        <w:pStyle w:val="ListBullet"/>
        <w:spacing w:line="240" w:lineRule="auto"/>
        <w:ind w:left="720"/>
      </w:pPr>
      <w:r/>
      <w:r>
        <w:rPr>
          <w:b/>
        </w:rPr>
        <w:t>Cosmetic culture:</w:t>
      </w:r>
      <w:r>
        <w:t xml:space="preserve"> Charms are small but cherished cosmetics in a game known for deep skin and accessory collecting.</w:t>
      </w:r>
      <w:r/>
      <w:r/>
    </w:p>
    <w:p>
      <w:pPr>
        <w:pStyle w:val="Heading2"/>
      </w:pPr>
      <w:r>
        <w:t>What you actually get , tiny accessory, big meaning</w:t>
      </w:r>
      <w:r/>
    </w:p>
    <w:p>
      <w:r/>
      <w:r>
        <w:t>The Pride Flashlight Charm is a small cosmetic that clips to your character’s flashlight, but for many players those fiddly extras are the fun part of Dead by Daylight. According to guides and the game’s community pages, charms are collectible, often shown off in loadouts and traded talk over social channels. So while it’s just a charm, grabbing one for free feels like a genuine win , it’s quick to redeem and gives you something visible to show support in matches.</w:t>
      </w:r>
      <w:r/>
    </w:p>
    <w:p>
      <w:pPr>
        <w:pStyle w:val="Heading2"/>
      </w:pPr>
      <w:r>
        <w:t>How to redeem RAINBOWBRIGHT , step-by-step</w:t>
      </w:r>
      <w:r/>
    </w:p>
    <w:p>
      <w:r/>
      <w:r>
        <w:t>Open Dead by Daylight, head to the in-game Store, and type the code RAINBOWBRIGHT into the redeem field. You don’t need to buy anything, and there’s no timed grind attached. Pro Game Guides and the game’s own support material walk through the same process: simple, instant, pleasing. If you play on console, PC, or mobile, the code works across platforms where the Store is available.</w:t>
      </w:r>
      <w:r/>
    </w:p>
    <w:p>
      <w:pPr>
        <w:pStyle w:val="Heading2"/>
      </w:pPr>
      <w:r>
        <w:t>Why Behaviour Interactive tied rewards to donations</w:t>
      </w:r>
      <w:r/>
    </w:p>
    <w:p>
      <w:r/>
      <w:r>
        <w:t>Behaviour Interactive partnered with InterPride and structured the campaign around donation thresholds rather than gameplay tasks. That means the community’s collective generosity triggers unlocks , the first milestone has already been reached, and more rewards remain hidden behind further targets. This approach keeps attention on the cause, turning in-game enthusiasm into real-world support rather than a one-off marketing flash.</w:t>
      </w:r>
      <w:r/>
    </w:p>
    <w:p>
      <w:pPr>
        <w:pStyle w:val="Heading2"/>
      </w:pPr>
      <w:r>
        <w:t>The wider context: Pride efforts and DbD’s community instincts</w:t>
      </w:r>
      <w:r/>
    </w:p>
    <w:p>
      <w:r/>
      <w:r>
        <w:t>Dead by Daylight has run Pride initiatives before and often uses events to galvanise players. Industry write-ups and previous Pride updates show the studio leaning on community spirit , the same camaraderie that fuels four-player matches against a killer. Tying cosmetics to charity makes intuitive sense for a game whose audience cares about customisation and shared goals; it’s charity, cosmetics, and community energy all in one.</w:t>
      </w:r>
      <w:r/>
    </w:p>
    <w:p>
      <w:pPr>
        <w:pStyle w:val="Heading2"/>
      </w:pPr>
      <w:r>
        <w:t>Should you donate or just redeem the charm?</w:t>
      </w:r>
      <w:r/>
    </w:p>
    <w:p>
      <w:r/>
      <w:r>
        <w:t>Redeeming the code is free and harmless, so go grab the charm if you want to show support in-game. If you’re able and moved by the cause, the donation link in Behaviour’s announcements points straight to InterPride, a recognised federation that helps fund Pride events worldwide. Even small contributions stack toward the next unlock, and the milestone format keeps the campaign alive longer than a single social post.</w:t>
      </w:r>
      <w:r/>
    </w:p>
    <w:p>
      <w:r/>
      <w:r>
        <w:t>It's a small change that can make every match feel a little brighter.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https://happygamer.com/dead-by-daylight-rainbowbright-code-pride-flashlight-charm-intotherainbow-160939/</w:t>
        </w:r>
      </w:hyperlink>
      <w:r>
        <w:t xml:space="preserve"> - Please view link - unable to able to access data</w:t>
      </w:r>
      <w:r/>
    </w:p>
    <w:p>
      <w:pPr>
        <w:pStyle w:val="ListNumber"/>
        <w:spacing w:line="240" w:lineRule="auto"/>
        <w:ind w:left="720"/>
      </w:pPr>
      <w:r/>
      <w:hyperlink r:id="rId10">
        <w:r>
          <w:rPr>
            <w:color w:val="0000EE"/>
            <w:u w:val="single"/>
          </w:rPr>
          <w:t>https://deadbydaylight.com/news/into-the-rainbow-2025/</w:t>
        </w:r>
      </w:hyperlink>
      <w:r>
        <w:t xml:space="preserve"> - In June 2025, Dead by Daylight celebrated Pride Month with its annual 'Into the Rainbow' livestream event, marking its fifth year supporting the LGBTQ+ community. The event featured five prominent creators hosting charity streams over five consecutive days, aiming to raise $15,000 for the Trevor Project's suicide prevention initiatives. Viewers could earn various rewards, including Twitch Drops, Bloodpoints, Iridescent Shards, special giveaways, and unique Flag Charms by participating in the streams. The event underscored Dead by Daylight's commitment to inclusivity and community support.</w:t>
      </w:r>
      <w:r/>
    </w:p>
    <w:p>
      <w:pPr>
        <w:pStyle w:val="ListNumber"/>
        <w:spacing w:line="240" w:lineRule="auto"/>
        <w:ind w:left="720"/>
      </w:pPr>
      <w:r/>
      <w:hyperlink r:id="rId14">
        <w:r>
          <w:rPr>
            <w:color w:val="0000EE"/>
            <w:u w:val="single"/>
          </w:rPr>
          <w:t>https://deadbydaylight.com/news/pride-update-2021/</w:t>
        </w:r>
      </w:hyperlink>
      <w:r>
        <w:t xml:space="preserve"> - In June 2021, Dead by Daylight introduced the Rainbow Flag Charm to celebrate Pride Month, allowing players to display their support for the LGBTQIA2+ community. The charm was available for free to all players, both Survivors and Killers, and could be equipped or displayed on hooks. Additionally, Behaviour Interactive hosted the '#IntoTheRainbow' influencer livestream, featuring diverse participants sharing their experiences and stories related to the queer community, further promoting inclusivity within the gaming community.</w:t>
      </w:r>
      <w:r/>
    </w:p>
    <w:p>
      <w:pPr>
        <w:pStyle w:val="ListNumber"/>
        <w:spacing w:line="240" w:lineRule="auto"/>
        <w:ind w:left="720"/>
      </w:pPr>
      <w:r/>
      <w:hyperlink r:id="rId13">
        <w:r>
          <w:rPr>
            <w:color w:val="0000EE"/>
            <w:u w:val="single"/>
          </w:rPr>
          <w:t>https://www.thepinknews.com/2021/05/29/dead-by-daylight-pride-intotherainbow-livestream/</w:t>
        </w:r>
      </w:hyperlink>
      <w:r>
        <w:t xml:space="preserve"> - In May 2021, Dead by Daylight announced its plans to celebrate Pride Month with new in-game items, including a rainbow charm, and a livestreamed charity fundraiser. The game, popular among the LGBTQ+ community, aimed to give back during Pride season. Behaviour Interactive expressed their dedication to diversity and inclusivity, highlighting the importance of supporting the LGBTQIA2+ community through these initiatives.</w:t>
      </w:r>
      <w:r/>
    </w:p>
    <w:p>
      <w:pPr>
        <w:pStyle w:val="ListNumber"/>
        <w:spacing w:line="240" w:lineRule="auto"/>
        <w:ind w:left="720"/>
      </w:pPr>
      <w:r/>
      <w:hyperlink r:id="rId11">
        <w:r>
          <w:rPr>
            <w:color w:val="0000EE"/>
            <w:u w:val="single"/>
          </w:rPr>
          <w:t>https://progameguides.com/dead-by-daylight/how-to-get-the-pride-charm-in-dead-by-daylight/</w:t>
        </w:r>
      </w:hyperlink>
      <w:r>
        <w:t xml:space="preserve"> - Pro Game Guides provides a detailed guide on obtaining the Pride Charm in Dead by Daylight. To acquire the charm, players can redeem the code 'PRIDE2022' in the in-game store using the 'Redeem Code' option. This charm, introduced to celebrate Pride Month, is part of a series of LGBTQ+ flag charms available through various codes, allowing players to showcase their support for the community.</w:t>
      </w:r>
      <w:r/>
    </w:p>
    <w:p>
      <w:pPr>
        <w:pStyle w:val="ListNumber"/>
        <w:spacing w:line="240" w:lineRule="auto"/>
        <w:ind w:left="720"/>
      </w:pPr>
      <w:r/>
      <w:hyperlink r:id="rId12">
        <w:r>
          <w:rPr>
            <w:color w:val="0000EE"/>
            <w:u w:val="single"/>
          </w:rPr>
          <w:t>https://deadbydaylight.fandom.com/wiki/Charms</w:t>
        </w:r>
      </w:hyperlink>
      <w:r>
        <w:t xml:space="preserve"> - The Dead by Daylight Fandom Wiki offers an extensive list of charms available in the game, including Pride Charms. These charms are typically added before Pride Month in June and are made available through redeemable codes. The wiki provides details on various Pride Charms, their descriptions, and the corresponding codes, allowing players to collect and display these items in-game.</w:t>
      </w:r>
      <w:r/>
    </w:p>
    <w:p>
      <w:pPr>
        <w:pStyle w:val="ListNumber"/>
        <w:spacing w:line="240" w:lineRule="auto"/>
        <w:ind w:left="720"/>
      </w:pPr>
      <w:r/>
      <w:hyperlink r:id="rId15">
        <w:r>
          <w:rPr>
            <w:color w:val="0000EE"/>
            <w:u w:val="single"/>
          </w:rPr>
          <w:t>https://www.pcgamesn.com/dead-by-daylight/trixie</w:t>
        </w:r>
      </w:hyperlink>
      <w:r>
        <w:t xml:space="preserve"> - PCGamesN reports on Dead by Daylight's annual 'Into the Rainbow' charity event, highlighting drag queen Trixie Mattel's involvement in the 2023 edition. The event, which celebrates Pride, featured Trixie Mattel leading the festivities, marking a significant collaboration between the game and the LGBTQ+ community. This partnership underscores Dead by Daylight's commitment to inclusivity and support for the queer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appygamer.com/dead-by-daylight-rainbowbright-code-pride-flashlight-charm-intotherainbow-160939/" TargetMode="External"/><Relationship Id="rId10" Type="http://schemas.openxmlformats.org/officeDocument/2006/relationships/hyperlink" Target="https://deadbydaylight.com/news/into-the-rainbow-2025/" TargetMode="External"/><Relationship Id="rId11" Type="http://schemas.openxmlformats.org/officeDocument/2006/relationships/hyperlink" Target="https://progameguides.com/dead-by-daylight/how-to-get-the-pride-charm-in-dead-by-daylight/" TargetMode="External"/><Relationship Id="rId12" Type="http://schemas.openxmlformats.org/officeDocument/2006/relationships/hyperlink" Target="https://deadbydaylight.fandom.com/wiki/Charms" TargetMode="External"/><Relationship Id="rId13" Type="http://schemas.openxmlformats.org/officeDocument/2006/relationships/hyperlink" Target="https://www.thepinknews.com/2021/05/29/dead-by-daylight-pride-intotherainbow-livestream/" TargetMode="External"/><Relationship Id="rId14" Type="http://schemas.openxmlformats.org/officeDocument/2006/relationships/hyperlink" Target="https://deadbydaylight.com/news/pride-update-2021/" TargetMode="External"/><Relationship Id="rId15" Type="http://schemas.openxmlformats.org/officeDocument/2006/relationships/hyperlink" Target="https://www.pcgamesn.com/dead-by-daylight/trix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