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Cherry Grove Archives Collection Film Festival Highlights and Why Queer Archives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keep returning to Cherry Grove each summer to watch films that stitch local memory into national queer history; the Cherry Grove Archives Collection Film Festival brings documentaries, shorts and community stories together, celebrating resilience, humour and traditions that still matter.</w:t>
      </w:r>
      <w:r/>
    </w:p>
    <w:p>
      <w:r/>
      <w:r>
        <w:t>Essential Takeaways</w:t>
      </w:r>
      <w:r/>
      <w:r/>
    </w:p>
    <w:p>
      <w:pPr>
        <w:pStyle w:val="ListBullet"/>
        <w:spacing w:line="240" w:lineRule="auto"/>
        <w:ind w:left="720"/>
      </w:pPr>
      <w:r/>
      <w:r>
        <w:rPr>
          <w:b/>
        </w:rPr>
        <w:t>Local treasure:</w:t>
      </w:r>
      <w:r>
        <w:t xml:space="preserve"> The Cherry Grove Archives Collection Film Festival is a recurring summer event that spotlights queer life and Cherry Grove history.</w:t>
      </w:r>
      <w:r/>
    </w:p>
    <w:p>
      <w:pPr>
        <w:pStyle w:val="ListBullet"/>
        <w:spacing w:line="240" w:lineRule="auto"/>
        <w:ind w:left="720"/>
      </w:pPr>
      <w:r/>
      <w:r>
        <w:rPr>
          <w:b/>
        </w:rPr>
        <w:t>Diverse programme:</w:t>
      </w:r>
      <w:r>
        <w:t xml:space="preserve"> Shorts and features range from nightlife origin stories to drag competitions and community rituals, with emotional highs and archival texture.</w:t>
      </w:r>
      <w:r/>
    </w:p>
    <w:p>
      <w:pPr>
        <w:pStyle w:val="ListBullet"/>
        <w:spacing w:line="240" w:lineRule="auto"/>
        <w:ind w:left="720"/>
      </w:pPr>
      <w:r/>
      <w:r>
        <w:rPr>
          <w:b/>
        </w:rPr>
        <w:t>Audience-powered:</w:t>
      </w:r>
      <w:r>
        <w:t xml:space="preserve"> Festivalgoers vote for favourite films, and popular screenings earn encore showings that draw returning crowds.</w:t>
      </w:r>
      <w:r/>
    </w:p>
    <w:p>
      <w:pPr>
        <w:pStyle w:val="ListBullet"/>
        <w:spacing w:line="240" w:lineRule="auto"/>
        <w:ind w:left="720"/>
      </w:pPr>
      <w:r/>
      <w:r>
        <w:rPr>
          <w:b/>
        </w:rPr>
        <w:t>Archive value:</w:t>
      </w:r>
      <w:r>
        <w:t xml:space="preserve"> The festival underlines why personal donations and preserved materials keep marginal histories visible and alive.</w:t>
      </w:r>
      <w:r/>
    </w:p>
    <w:p>
      <w:pPr>
        <w:pStyle w:val="ListBullet"/>
        <w:spacing w:line="240" w:lineRule="auto"/>
        <w:ind w:left="720"/>
      </w:pPr>
      <w:r/>
      <w:r>
        <w:rPr>
          <w:b/>
        </w:rPr>
        <w:t>Sensory note:</w:t>
      </w:r>
      <w:r>
        <w:t xml:space="preserve"> Expect archival footage, warm crowd reactions, narrated memories and a feeling of communal celebration.</w:t>
      </w:r>
      <w:r/>
      <w:r/>
    </w:p>
    <w:p>
      <w:pPr>
        <w:pStyle w:val="Heading2"/>
      </w:pPr>
      <w:r>
        <w:t>A festival that feels like a reunion , not just a screening</w:t>
      </w:r>
      <w:r/>
    </w:p>
    <w:p>
      <w:r/>
      <w:r>
        <w:t>The strongest impression of the CGACFF is how intimate it feels; you’re part of a living scrapbook where laughter and applause mingle with the hiss of old film. The festival is staged at the Cherry Grove Community House and Theatre, and that setting makes the programme feel more like an extended family evening than a formal cinema event. Organisers and audiences alike treat the films as conversation starters, and that warmth is as important as any critic’s note. If you’re choosing which screening to attend, pick one that mentions “local” or “archives” , you’ll get layers of personal memory along with the film.</w:t>
      </w:r>
      <w:r/>
    </w:p>
    <w:p>
      <w:pPr>
        <w:pStyle w:val="Heading2"/>
      </w:pPr>
      <w:r>
        <w:t>Shorts that sketch a bigger queer story</w:t>
      </w:r>
      <w:r/>
    </w:p>
    <w:p>
      <w:r/>
      <w:r>
        <w:t>Short films at the festival pack a surprising emotional punch, from political flashpoints to playful local rituals. One evening’s programme showed pieces that, together, mapped decades of queer life: nightlife scenes, tragic Hollywood tales, and the sheer joy of drag contests. That variety reflects a wider trend in queer festivals, where short-form storytelling gives voice to overlooked lives and snapshots of community resilience. Practical tip: arrive early and read the programme notes , shorts often play as a curated suite, and knowing the order deepens the experience.</w:t>
      </w:r>
      <w:r/>
    </w:p>
    <w:p>
      <w:pPr>
        <w:pStyle w:val="Heading2"/>
      </w:pPr>
      <w:r>
        <w:t>When a volleyball match becomes social healing</w:t>
      </w:r>
      <w:r/>
    </w:p>
    <w:p>
      <w:r/>
      <w:r>
        <w:t>Some films reveal small, brilliant civic acts that changed local relations. One feature chronicled how an annual volleyball game between Cherry Grove and the Suffolk County Marine Bureau evolved from a tense post-raid truce into a flamboyant community ritual. This is the kind of story that shows archive work at its best: it unpacks how humour, sportsmanship and spectacle rebuilt trust. If you’re studying community reconciliation, look for films that pair oral histories with archival footage , they show process as well as result.</w:t>
      </w:r>
      <w:r/>
    </w:p>
    <w:p>
      <w:pPr>
        <w:pStyle w:val="Heading2"/>
      </w:pPr>
      <w:r>
        <w:t>Preserving painful histories so they don’t disappear</w:t>
      </w:r>
      <w:r/>
    </w:p>
    <w:p>
      <w:r/>
      <w:r>
        <w:t>The festival doesn’t shy away from darker chapters. Some films examine crimes and public shaming that were compounded by prejudice, adding necessary context to cultural memory. Screening such work in a community space reframes those tragedies as part of an ongoing conversation about justice and visibility. That’s why donations of letters, photos and videotapes matter , archives turn private grief and forgotten evidence into public lessons. For anyone who holds old materials: digitise and offer scans to local archives; your shoebox could complete a filmmaker’s puzzle.</w:t>
      </w:r>
      <w:r/>
    </w:p>
    <w:p>
      <w:pPr>
        <w:pStyle w:val="Heading2"/>
      </w:pPr>
      <w:r>
        <w:t>Drag, celebration and the pleasure of local icons</w:t>
      </w:r>
      <w:r/>
    </w:p>
    <w:p>
      <w:r/>
      <w:r>
        <w:t>On the lighter side, the festival celebrates figures whose energy shaped Cherry Grove’s nightlife and entertainment. Daytime drag competitions and tributes to beloved performers bring genuine joy, and they remind you that archives aren’t only about loss; they’re about laughter, costumes and community folklore. Those films are often the ones that provoke the loudest cheers and the warmest hugs afterwards. If you want a friendly introduction to the festival, start with programmes focused on personality-driven shorts , they’re lively, accessible and thoroughly crowd-pleasing.</w:t>
      </w:r>
      <w:r/>
    </w:p>
    <w:p>
      <w:r/>
      <w:r>
        <w:t>Closing line It’s a small change to spare an old photo or a taped interview, but those gestures keep festivals like Cherry Grove’s running and the stories they show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[4]</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https://www.fireislandnews.com/arts-culture/fire-island-stories-told-at-the-cherry-grove-archives-collection-film-festival/</w:t>
        </w:r>
      </w:hyperlink>
      <w:r>
        <w:t xml:space="preserve"> - Please view link - unable to able to access data</w:t>
      </w:r>
      <w:r/>
    </w:p>
    <w:p>
      <w:pPr>
        <w:pStyle w:val="ListNumber"/>
        <w:spacing w:line="240" w:lineRule="auto"/>
        <w:ind w:left="720"/>
      </w:pPr>
      <w:r/>
      <w:hyperlink r:id="rId10">
        <w:r>
          <w:rPr>
            <w:color w:val="0000EE"/>
            <w:u w:val="single"/>
          </w:rPr>
          <w:t>https://cgacff.com/</w:t>
        </w:r>
      </w:hyperlink>
      <w:r>
        <w:t xml:space="preserve"> - The Cherry Grove Archives Collection Film Festival (CGACFF) is a biennial event established in 2015 to celebrate Cherry Grove's 170-year history and the global LGBTQ community. Organised by volunteers, it serves as a fundraiser for the Cherry Grove Archives Collection Inc, a non-profit 501(c)(3) organisation. The festival showcases a curated selection of documentaries, short films, and restored masterpieces that reflect the LGBTQ experience in Cherry Grove and beyond. The 2026 festival is scheduled for July 17-19 at the Cherry Grove Theater, the longest-running LGBTQ theatre in the United States. (</w:t>
      </w:r>
      <w:hyperlink r:id="rId12">
        <w:r>
          <w:rPr>
            <w:color w:val="0000EE"/>
            <w:u w:val="single"/>
          </w:rPr>
          <w:t>cgacff.com</w:t>
        </w:r>
      </w:hyperlink>
      <w:r>
        <w:t>)</w:t>
      </w:r>
      <w:r/>
    </w:p>
    <w:p>
      <w:pPr>
        <w:pStyle w:val="ListNumber"/>
        <w:spacing w:line="240" w:lineRule="auto"/>
        <w:ind w:left="720"/>
      </w:pPr>
      <w:r/>
      <w:hyperlink r:id="rId11">
        <w:r>
          <w:rPr>
            <w:color w:val="0000EE"/>
            <w:u w:val="single"/>
          </w:rPr>
          <w:t>https://cgarchives.org/film-festival/</w:t>
        </w:r>
      </w:hyperlink>
      <w:r>
        <w:t xml:space="preserve"> - The Cherry Grove Archives Collection Film Festival (CGACFF) is a biennial event established in 2015 to celebrate Cherry Grove's 170-year history and the global LGBTQ community. Organised by volunteers, it serves as a fundraiser for the Cherry Grove Archives Collection Inc, a non-profit 501(c)(3) organisation. The festival showcases a curated selection of documentaries, short films, and restored masterpieces that reflect the LGBTQ experience in Cherry Grove and beyond. The 2026 festival is scheduled for July 17-19 at the Cherry Grove Theater, the longest-running LGBTQ theatre in the United States. (</w:t>
      </w:r>
      <w:hyperlink r:id="rId13">
        <w:r>
          <w:rPr>
            <w:color w:val="0000EE"/>
            <w:u w:val="single"/>
          </w:rPr>
          <w:t>cgarchives.org</w:t>
        </w:r>
      </w:hyperlink>
      <w:r>
        <w:t>)</w:t>
      </w:r>
      <w:r/>
    </w:p>
    <w:p>
      <w:pPr>
        <w:pStyle w:val="ListNumber"/>
        <w:spacing w:line="240" w:lineRule="auto"/>
        <w:ind w:left="720"/>
      </w:pPr>
      <w:r/>
      <w:hyperlink r:id="rId9">
        <w:r>
          <w:rPr>
            <w:color w:val="0000EE"/>
            <w:u w:val="single"/>
          </w:rPr>
          <w:t>https://www.fireislandnews.com/arts-culture/fire-island-stories-told-at-the-cherry-grove-archives-collection-film-festival/</w:t>
        </w:r>
      </w:hyperlink>
      <w:r>
        <w:t xml:space="preserve"> - The Cherry Grove Archives Collection Film Festival (CGACFF) is a biennial event established in 2015 to celebrate Cherry Grove's 170-year history and the global LGBTQ community. Organised by volunteers, it serves as a fundraiser for the Cherry Grove Archives Collection Inc, a non-profit 501(c)(3) organisation. The festival showcases a curated selection of documentaries, short films, and restored masterpieces that reflect the LGBTQ experience in Cherry Grove and beyond. The 2026 festival is scheduled for July 17-19 at the Cherry Grove Theater, the longest-running LGBTQ theatre in the United States.</w:t>
      </w:r>
      <w:r/>
    </w:p>
    <w:p>
      <w:pPr>
        <w:pStyle w:val="ListNumber"/>
        <w:spacing w:line="240" w:lineRule="auto"/>
        <w:ind w:left="720"/>
      </w:pPr>
      <w:r/>
      <w:hyperlink r:id="rId14">
        <w:r>
          <w:rPr>
            <w:color w:val="0000EE"/>
            <w:u w:val="single"/>
          </w:rPr>
          <w:t>https://www.imdb.com/title/tt0109445/</w:t>
        </w:r>
      </w:hyperlink>
      <w:r>
        <w:t xml:space="preserve"> - Shelly's Leg is a documentary narrated by Kathleen Turner, set in 1970s Seattle. The film follows Shelly Bauman, whose Bastille Day accident led to a landmark lawsuit and the opening of Shelly's Leg, Seattle's first gay discotheque. Through interviews with Shelly, her friends, employees, and patrons, the documentary explores the birth of a queer nightlife scene that offered sanctuary when few such places existed, flourishing until a devastating fire marked the end of an era. The film highlights the resilience and creativity of the LGBTQ community in creating safe spaces.</w:t>
      </w:r>
      <w:r/>
    </w:p>
    <w:p>
      <w:pPr>
        <w:pStyle w:val="ListNumber"/>
        <w:spacing w:line="240" w:lineRule="auto"/>
        <w:ind w:left="720"/>
      </w:pPr>
      <w:r/>
      <w:hyperlink r:id="rId14">
        <w:r>
          <w:rPr>
            <w:color w:val="0000EE"/>
            <w:u w:val="single"/>
          </w:rPr>
          <w:t>https://www.imdb.com/title/tt0109445/</w:t>
        </w:r>
      </w:hyperlink>
      <w:r>
        <w:t xml:space="preserve"> - Shelly's Leg is a documentary narrated by Kathleen Turner, set in 1970s Seattle. The film follows Shelly Bauman, whose Bastille Day accident led to a landmark lawsuit and the opening of Shelly's Leg, Seattle's first gay discotheque. Through interviews with Shelly, her friends, employees, and patrons, the documentary explores the birth of a queer nightlife scene that offered sanctuary when few such places existed, flourishing until a devastating fire marked the end of an era. The film highlights the resilience and creativity of the LGBTQ community in creating safe spaces.</w:t>
      </w:r>
      <w:r/>
    </w:p>
    <w:p>
      <w:pPr>
        <w:pStyle w:val="ListNumber"/>
        <w:spacing w:line="240" w:lineRule="auto"/>
        <w:ind w:left="720"/>
      </w:pPr>
      <w:r/>
      <w:hyperlink r:id="rId14">
        <w:r>
          <w:rPr>
            <w:color w:val="0000EE"/>
            <w:u w:val="single"/>
          </w:rPr>
          <w:t>https://www.imdb.com/title/tt0109445/</w:t>
        </w:r>
      </w:hyperlink>
      <w:r>
        <w:t xml:space="preserve"> - Shelly's Leg is a documentary narrated by Kathleen Turner, set in 1970s Seattle. The film follows Shelly Bauman, whose Bastille Day accident led to a landmark lawsuit and the opening of Shelly's Leg, Seattle's first gay discotheque. Through interviews with Shelly, her friends, employees, and patrons, the documentary explores the birth of a queer nightlife scene that offered sanctuary when few such places existed, flourishing until a devastating fire marked the end of an era. The film highlights the resilience and creativity of the LGBTQ community in creating safe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ireislandnews.com/arts-culture/fire-island-stories-told-at-the-cherry-grove-archives-collection-film-festival/" TargetMode="External"/><Relationship Id="rId10" Type="http://schemas.openxmlformats.org/officeDocument/2006/relationships/hyperlink" Target="https://cgacff.com/" TargetMode="External"/><Relationship Id="rId11" Type="http://schemas.openxmlformats.org/officeDocument/2006/relationships/hyperlink" Target="https://cgarchives.org/film-festival/" TargetMode="External"/><Relationship Id="rId12" Type="http://schemas.openxmlformats.org/officeDocument/2006/relationships/hyperlink" Target="https://cgacff.com/?utm_source=openai" TargetMode="External"/><Relationship Id="rId13" Type="http://schemas.openxmlformats.org/officeDocument/2006/relationships/hyperlink" Target="https://cgarchives.org/film-festival/?utm_source=openai" TargetMode="External"/><Relationship Id="rId14" Type="http://schemas.openxmlformats.org/officeDocument/2006/relationships/hyperlink" Target="https://www.imdb.com/title/tt01094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