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Brighton Pride Parade Guide 2026: Route, Road Closures and Travel Tips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Expect colour, noise and crowds as Brighton &amp; Hove marks 35 years of its modern Pride; here’s a clear, practical guide to the parade route, major road closures and how to get there with the least fuss.</w:t>
      </w:r>
      <w:r/>
    </w:p>
    <w:p>
      <w:r/>
      <w:r>
        <w:t>Essential Takeaways</w:t>
      </w:r>
      <w:r/>
      <w:r/>
    </w:p>
    <w:p>
      <w:pPr>
        <w:pStyle w:val="ListBullet"/>
        <w:spacing w:line="240" w:lineRule="auto"/>
        <w:ind w:left="720"/>
      </w:pPr>
      <w:r/>
      <w:r>
        <w:rPr>
          <w:b/>
        </w:rPr>
        <w:t>When and where:</w:t>
      </w:r>
      <w:r>
        <w:t xml:space="preserve"> Parade starts at Hove Lawns around 11am and the front is due to reach Preston Circus roughly two hours later. </w:t>
      </w:r>
      <w:r/>
    </w:p>
    <w:p>
      <w:pPr>
        <w:pStyle w:val="ListBullet"/>
        <w:spacing w:line="240" w:lineRule="auto"/>
        <w:ind w:left="720"/>
      </w:pPr>
      <w:r/>
      <w:r>
        <w:rPr>
          <w:b/>
        </w:rPr>
        <w:t>Route highlights:</w:t>
      </w:r>
      <w:r>
        <w:t xml:space="preserve"> The procession runs along Kingsway and the seafront, turns into West Street and North Street, then continues via Marlborough Place and York Place up to Preston Circus. </w:t>
      </w:r>
      <w:r/>
    </w:p>
    <w:p>
      <w:pPr>
        <w:pStyle w:val="ListBullet"/>
        <w:spacing w:line="240" w:lineRule="auto"/>
        <w:ind w:left="720"/>
      </w:pPr>
      <w:r/>
      <w:r>
        <w:rPr>
          <w:b/>
        </w:rPr>
        <w:t>Road closures:</w:t>
      </w:r>
      <w:r>
        <w:t xml:space="preserve"> A large swathe of central Brighton and Hove will be closed at staggered times from 9.30am; some streets reopen on Saturday, others remain closed into Sunday or Monday. </w:t>
      </w:r>
      <w:r/>
    </w:p>
    <w:p>
      <w:pPr>
        <w:pStyle w:val="ListBullet"/>
        <w:spacing w:line="240" w:lineRule="auto"/>
        <w:ind w:left="720"/>
      </w:pPr>
      <w:r/>
      <w:r>
        <w:rPr>
          <w:b/>
        </w:rPr>
        <w:t>Travel tip:</w:t>
      </w:r>
      <w:r>
        <w:t xml:space="preserve"> Public transport, walking and cycling are far easier than driving , plan diversion routes and allow extra time for buses and taxis. </w:t>
      </w:r>
      <w:r/>
    </w:p>
    <w:p>
      <w:pPr>
        <w:pStyle w:val="ListBullet"/>
        <w:spacing w:line="240" w:lineRule="auto"/>
        <w:ind w:left="720"/>
      </w:pPr>
      <w:r/>
      <w:r>
        <w:rPr>
          <w:b/>
        </w:rPr>
        <w:t>Practical note:</w:t>
      </w:r>
      <w:r>
        <w:t xml:space="preserve"> Parade finishes at Preston Circus for dispersal on Beaconsfield Road; Pride on the Park ticket holders still proceed to Preston Road as usual.</w:t>
      </w:r>
      <w:r/>
      <w:r/>
    </w:p>
    <w:p>
      <w:pPr>
        <w:pStyle w:val="Heading2"/>
      </w:pPr>
      <w:r>
        <w:t>Why this parade is the city’s biggest weekend party</w:t>
      </w:r>
      <w:r/>
    </w:p>
    <w:p>
      <w:r/>
      <w:r>
        <w:t>Brighton Pride’s parade is the vibrantly loud, proud centrepiece of the weekend, expected to attract around 300,000 people , so there’s a real festival buzz and a noticeable sea of colour and music. Organisers frame it as a showcase for charities, community groups and local businesses alongside emergency services and the NHS, and that broad mix is what gives the day its warm, civic feel. If you love people-watching, pop-up performances and a parade that doubles as a celebration of local life, this is the place to be.</w:t>
      </w:r>
      <w:r/>
    </w:p>
    <w:p>
      <w:pPr>
        <w:pStyle w:val="Heading2"/>
      </w:pPr>
      <w:r>
        <w:t>The route in plain English , where to stand and when</w:t>
      </w:r>
      <w:r/>
    </w:p>
    <w:p>
      <w:r/>
      <w:r>
        <w:t>The march kicks off from Hove Lawns at about 11am and follows the familiar seafront stretch along Kingsway, then turns inland via West Street and North Street toward Old Steine. From there it passes Marlborough Place and Gloucester Place before heading through St George’s Place and York Place up toward Preston Circus. The front is expected at the finish roughly two hours after the start, so aim to arrive well before 11am if you want a good spot. For families or quieter viewing, pick side streets a little off the main route , you’ll still see the creativity but avoid the densest squeezing.</w:t>
      </w:r>
      <w:r/>
    </w:p>
    <w:p>
      <w:pPr>
        <w:pStyle w:val="Heading2"/>
      </w:pPr>
      <w:r>
        <w:t>Road closures and timing , what’s shut and how long</w:t>
      </w:r>
      <w:r/>
    </w:p>
    <w:p>
      <w:r/>
      <w:r>
        <w:t>Brighton Council has published detailed closure lists: some central streets close from 9.30am to 1.30pm, others from 9.30am to 4.30pm, and a handful , mainly around Preston Road and Beaconsfield Road , are closed from 10am to 4.30pm. Expect a mix of short-term closures that reopen the same day and longer ones that last into the early hours of Sunday or even Monday morning. If you normally drive through the city centre on Saturday, check the council map and plan an alternate route well ahead, because sat-navs can struggle with temporary restrictions.</w:t>
      </w:r>
      <w:r/>
    </w:p>
    <w:p>
      <w:pPr>
        <w:pStyle w:val="Heading2"/>
      </w:pPr>
      <w:r>
        <w:t>Best travel options , buses, trains, taxis and cycling</w:t>
      </w:r>
      <w:r/>
    </w:p>
    <w:p>
      <w:r/>
      <w:r>
        <w:t>Public transport is the least stressful option. Brighton station and Hove station both drop you within walking distance of the route, but trains will be busier than usual; allow extra time and buy tickets in advance where possible. Buses will be diverted around closures, so consult local timetables and consider alighting a stop or two earlier to walk in. Taxis and private-hire cars can face long detours and some ranks may be inaccessible, so pre-booking and agreeing a sensible pick-up point is wise. Cycling is handy for short hops, but lock your bike securely , and remember some roads will be blocked off.</w:t>
      </w:r>
      <w:r/>
    </w:p>
    <w:p>
      <w:pPr>
        <w:pStyle w:val="Heading2"/>
      </w:pPr>
      <w:r>
        <w:t>For residents, businesses and people with access needs</w:t>
      </w:r>
      <w:r/>
    </w:p>
    <w:p>
      <w:r/>
      <w:r>
        <w:t>Residents and city workers should check the Brighton Pride residents page and official travel notices for temporary parking suspensions and access arrangements. Businesses on the route often adapt with longer opening hours or special offers, while organisers provide guidance for people with mobility needs , including viewing areas and accessible toilets , so look for formal advice before you go. If you rely on blue badge parking or mobility support, contact the council or Pride organisers early to avoid last-minute scrambling.</w:t>
      </w:r>
      <w:r/>
    </w:p>
    <w:p>
      <w:pPr>
        <w:pStyle w:val="Heading2"/>
      </w:pPr>
      <w:r>
        <w:t>What to bring and etiquette at the parade</w:t>
      </w:r>
      <w:r/>
    </w:p>
    <w:p>
      <w:r/>
      <w:r>
        <w:t>Bring water, sun protection and comfortable shoes , there’s a lot of standing and walking. Pack light, keep valuables secure, and have a rendezvous point in case you get separated from friends. The parade is family-friendly but also a political and commemorative event for many, so celebrate loudly but respectfully; small kindnesses and a clear respect for marshals and stewards keeps everything running smoothly.</w:t>
      </w:r>
      <w:r/>
    </w:p>
    <w:p>
      <w:r/>
      <w:r>
        <w:t>It's a small planning step that can make a big difference to how much you enjoy the day.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9">
        <w:r>
          <w:rPr>
            <w:color w:val="0000EE"/>
            <w:u w:val="single"/>
          </w:rPr>
          <w:t>[1]</w:t>
        </w:r>
      </w:hyperlink>
      <w:r>
        <w:t xml:space="preserve">, </w:t>
      </w:r>
      <w:hyperlink r:id="rId10">
        <w:r>
          <w:rPr>
            <w:color w:val="0000EE"/>
            <w:u w:val="single"/>
          </w:rPr>
          <w:t>[2]</w:t>
        </w:r>
      </w:hyperlink>
      <w:r>
        <w:t xml:space="preserve">- Paragraph 3: </w:t>
      </w:r>
      <w:hyperlink r:id="rId9">
        <w:r>
          <w:rPr>
            <w:color w:val="0000EE"/>
            <w:u w:val="single"/>
          </w:rPr>
          <w:t>[1]</w:t>
        </w:r>
      </w:hyperlink>
      <w:r>
        <w:t xml:space="preserve">, </w:t>
      </w:r>
      <w:hyperlink r:id="rId11">
        <w:r>
          <w:rPr>
            <w:color w:val="0000EE"/>
            <w:u w:val="single"/>
          </w:rPr>
          <w:t>[7]</w:t>
        </w:r>
      </w:hyperlink>
      <w:r>
        <w:t xml:space="preserve">- Paragraph 4: </w:t>
      </w:r>
      <w:hyperlink r:id="rId9">
        <w:r>
          <w:rPr>
            <w:color w:val="0000EE"/>
            <w:u w:val="single"/>
          </w:rPr>
          <w:t>[1]</w:t>
        </w:r>
      </w:hyperlink>
      <w:r>
        <w:t xml:space="preserve">, </w:t>
      </w:r>
      <w:hyperlink r:id="rId12">
        <w:r>
          <w:rPr>
            <w:color w:val="0000EE"/>
            <w:u w:val="single"/>
          </w:rPr>
          <w:t>[5]</w:t>
        </w:r>
      </w:hyperlink>
      <w:r>
        <w:t xml:space="preserve">- Paragraph 5: </w:t>
      </w:r>
      <w:hyperlink r:id="rId13">
        <w:r>
          <w:rPr>
            <w:color w:val="0000EE"/>
            <w:u w:val="single"/>
          </w:rPr>
          <w:t>[3]</w:t>
        </w:r>
      </w:hyperlink>
      <w:r>
        <w:t xml:space="preserve">, </w:t>
      </w:r>
      <w:hyperlink r:id="rId14">
        <w:r>
          <w:rPr>
            <w:color w:val="0000EE"/>
            <w:u w:val="single"/>
          </w:rPr>
          <w:t>[4]</w:t>
        </w:r>
      </w:hyperlink>
      <w:r>
        <w:t xml:space="preserve">- Paragraph 6: </w:t>
      </w:r>
      <w:hyperlink r:id="rId15">
        <w:r>
          <w:rPr>
            <w:color w:val="0000EE"/>
            <w:u w:val="single"/>
          </w:rPr>
          <w:t>[6]</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https://www.theargus.co.uk/news/26415916.brighton-pride-parade-2026-route-road-closures/?ref=rss</w:t>
        </w:r>
      </w:hyperlink>
      <w:r>
        <w:t xml:space="preserve"> - Please view link - unable to able to access data</w:t>
      </w:r>
      <w:r/>
    </w:p>
    <w:p>
      <w:pPr>
        <w:pStyle w:val="ListNumber"/>
        <w:spacing w:line="240" w:lineRule="auto"/>
        <w:ind w:left="720"/>
      </w:pPr>
      <w:r/>
      <w:hyperlink r:id="rId10">
        <w:r>
          <w:rPr>
            <w:color w:val="0000EE"/>
            <w:u w:val="single"/>
          </w:rPr>
          <w:t>https://www.brighton-pride.org/pride-parade/</w:t>
        </w:r>
      </w:hyperlink>
      <w:r>
        <w:t xml:space="preserve"> - The Brighton &amp; Hove Pride Community Parade is scheduled for Saturday, 1st August 2026, starting at 11:00 am from Hove Lawns. The parade will follow a route through the city, culminating at Preston Circus. The event marks 35 years of the modern Pride celebration in Brighton and Hove. A full route map is available on the official Brighton Pride website.</w:t>
      </w:r>
      <w:r/>
    </w:p>
    <w:p>
      <w:pPr>
        <w:pStyle w:val="ListNumber"/>
        <w:spacing w:line="240" w:lineRule="auto"/>
        <w:ind w:left="720"/>
      </w:pPr>
      <w:r/>
      <w:hyperlink r:id="rId13">
        <w:r>
          <w:rPr>
            <w:color w:val="0000EE"/>
            <w:u w:val="single"/>
          </w:rPr>
          <w:t>https://www.brighton-pride.org/residents/</w:t>
        </w:r>
      </w:hyperlink>
      <w:r>
        <w:t xml:space="preserve"> - Residents' information for Brighton &amp; Hove Pride 2026 provides details on the parade route, road closures, and event timings. The parade will commence at 11:00 am from Hove Lawns, proceeding through the city to finish at Preston Circus. Road closures will begin at 9:30 am, with roads expected to reopen by 4:30 pm. Parking suspensions will be in place on Beaconsfield Road, Stanford Avenue, Preston Road, and throughout the parade route.</w:t>
      </w:r>
      <w:r/>
    </w:p>
    <w:p>
      <w:pPr>
        <w:pStyle w:val="ListNumber"/>
        <w:spacing w:line="240" w:lineRule="auto"/>
        <w:ind w:left="720"/>
      </w:pPr>
      <w:r/>
      <w:hyperlink r:id="rId14">
        <w:r>
          <w:rPr>
            <w:color w:val="0000EE"/>
            <w:u w:val="single"/>
          </w:rPr>
          <w:t>https://www.brighton-pride.org/travel/</w:t>
        </w:r>
      </w:hyperlink>
      <w:r>
        <w:t xml:space="preserve"> - The travel guide for Brighton &amp; Hove Pride 2026 offers information on transportation options, including train, bus, and taxi services. Brighton station is the recommended arrival point, as Preston Park and London Road stations will be closed from 5 pm on Friday, 31st July, through the Pride weekend. The guide also advises on road closures and parking restrictions during the event.</w:t>
      </w:r>
      <w:r/>
    </w:p>
    <w:p>
      <w:pPr>
        <w:pStyle w:val="ListNumber"/>
        <w:spacing w:line="240" w:lineRule="auto"/>
        <w:ind w:left="720"/>
      </w:pPr>
      <w:r/>
      <w:hyperlink r:id="rId12">
        <w:r>
          <w:rPr>
            <w:color w:val="0000EE"/>
            <w:u w:val="single"/>
          </w:rPr>
          <w:t>https://www.sussextaxis.co.uk/blog/brighton-pride-2026-complete-travel-road-closures-parking--taxi-guide/</w:t>
        </w:r>
      </w:hyperlink>
      <w:r>
        <w:t xml:space="preserve"> - This comprehensive guide provides details on Brighton Pride 2026, including event dates, ticket information, and travel logistics. It highlights the parade route, road closures, and parking restrictions, advising against driving to Preston Park due to limited parking and significant road closures. The guide also offers tips on using public transport and taxis during the event.</w:t>
      </w:r>
      <w:r/>
    </w:p>
    <w:p>
      <w:pPr>
        <w:pStyle w:val="ListNumber"/>
        <w:spacing w:line="240" w:lineRule="auto"/>
        <w:ind w:left="720"/>
      </w:pPr>
      <w:r/>
      <w:hyperlink r:id="rId15">
        <w:r>
          <w:rPr>
            <w:color w:val="0000EE"/>
            <w:u w:val="single"/>
          </w:rPr>
          <w:t>https://www.nomadotravel.app/en/guides/brighton-pride-guide</w:t>
        </w:r>
      </w:hyperlink>
      <w:r>
        <w:t xml:space="preserve"> - Nomado Travel's visitor guide for Brighton Pride 2026 covers event dates, ticketing, travel logistics, road closures, and costs. It emphasizes the significance of the parade and festival, advises on transportation options, and provides insights into the event's atmosphere and activities. The guide also offers practical tips for attendees to enhance their experience.</w:t>
      </w:r>
      <w:r/>
    </w:p>
    <w:p>
      <w:pPr>
        <w:pStyle w:val="ListNumber"/>
        <w:spacing w:line="240" w:lineRule="auto"/>
        <w:ind w:left="720"/>
      </w:pPr>
      <w:r/>
      <w:hyperlink r:id="rId11">
        <w:r>
          <w:rPr>
            <w:color w:val="0000EE"/>
            <w:u w:val="single"/>
          </w:rPr>
          <w:t>https://www.brighton-pride.org/pride-parade-route/</w:t>
        </w:r>
      </w:hyperlink>
      <w:r>
        <w:t xml:space="preserve"> - The official Brighton &amp; Hove Pride Parade route page provides detailed information on the parade's path, including the starting point at Hove Lawns, the route through the city, and the finishing point at Preston Circus. The page also offers insights into the parade's significance and its role in the Pride celebrations.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argus.co.uk/news/26415916.brighton-pride-parade-2026-route-road-closures/?ref=rss" TargetMode="External"/><Relationship Id="rId10" Type="http://schemas.openxmlformats.org/officeDocument/2006/relationships/hyperlink" Target="https://www.brighton-pride.org/pride-parade/" TargetMode="External"/><Relationship Id="rId11" Type="http://schemas.openxmlformats.org/officeDocument/2006/relationships/hyperlink" Target="https://www.brighton-pride.org/pride-parade-route/" TargetMode="External"/><Relationship Id="rId12" Type="http://schemas.openxmlformats.org/officeDocument/2006/relationships/hyperlink" Target="https://www.sussextaxis.co.uk/blog/brighton-pride-2026-complete-travel-road-closures-parking--taxi-guide/" TargetMode="External"/><Relationship Id="rId13" Type="http://schemas.openxmlformats.org/officeDocument/2006/relationships/hyperlink" Target="https://www.brighton-pride.org/residents/" TargetMode="External"/><Relationship Id="rId14" Type="http://schemas.openxmlformats.org/officeDocument/2006/relationships/hyperlink" Target="https://www.brighton-pride.org/travel/" TargetMode="External"/><Relationship Id="rId15" Type="http://schemas.openxmlformats.org/officeDocument/2006/relationships/hyperlink" Target="https://www.nomadotravel.app/en/guides/brighton-pride-gui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