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Brighton Pride Moments: Solidarity and Safety After Berlin Attack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parade-goers are turning out to Brighton and Hove Pride this weekend with purpose and pride, following the shooting at Berlin Pride; organisers have balanced celebration with reassurance by stepping up security and programming to honour victims and defend LGBTQ+ visibility.</w:t>
      </w:r>
      <w:r/>
    </w:p>
    <w:p>
      <w:r/>
      <w:r>
        <w:t>Essential Takeaways</w:t>
      </w:r>
      <w:r/>
      <w:r/>
    </w:p>
    <w:p>
      <w:pPr>
        <w:pStyle w:val="ListBullet"/>
        <w:spacing w:line="240" w:lineRule="auto"/>
        <w:ind w:left="720"/>
      </w:pPr>
      <w:r/>
      <w:r>
        <w:rPr>
          <w:b/>
        </w:rPr>
        <w:t>Solidarity first:</w:t>
      </w:r>
      <w:r>
        <w:t xml:space="preserve"> Brighton Pride weekend centres messages of support for Berlin, with organisers speaking about the attack during events. </w:t>
      </w:r>
      <w:r/>
    </w:p>
    <w:p>
      <w:pPr>
        <w:pStyle w:val="ListBullet"/>
        <w:spacing w:line="240" w:lineRule="auto"/>
        <w:ind w:left="720"/>
      </w:pPr>
      <w:r/>
      <w:r>
        <w:rPr>
          <w:b/>
        </w:rPr>
        <w:t>Heightened security:</w:t>
      </w:r>
      <w:r>
        <w:t xml:space="preserve"> Sussex Police will deploy armed officers in uniform and plain clothes as part of a months-long plan to keep crowds safe. </w:t>
      </w:r>
      <w:r/>
    </w:p>
    <w:p>
      <w:pPr>
        <w:pStyle w:val="ListBullet"/>
        <w:spacing w:line="240" w:lineRule="auto"/>
        <w:ind w:left="720"/>
      </w:pPr>
      <w:r/>
      <w:r>
        <w:rPr>
          <w:b/>
        </w:rPr>
        <w:t>Anniversary mood:</w:t>
      </w:r>
      <w:r>
        <w:t xml:space="preserve"> This year marks the 35th Brighton parade anniversary, mixing nostalgia and defiance , a quiet, resolute celebration. </w:t>
      </w:r>
      <w:r/>
    </w:p>
    <w:p>
      <w:pPr>
        <w:pStyle w:val="ListBullet"/>
        <w:spacing w:line="240" w:lineRule="auto"/>
        <w:ind w:left="720"/>
      </w:pPr>
      <w:r/>
      <w:r>
        <w:rPr>
          <w:b/>
        </w:rPr>
        <w:t>Big-line entertainment:</w:t>
      </w:r>
      <w:r>
        <w:t xml:space="preserve"> More than 150 LGBT+ artists will perform, with headline shows from Raye and Diana Ross at Pride on the Park. </w:t>
      </w:r>
      <w:r/>
    </w:p>
    <w:p>
      <w:pPr>
        <w:pStyle w:val="ListBullet"/>
        <w:spacing w:line="240" w:lineRule="auto"/>
        <w:ind w:left="720"/>
      </w:pPr>
      <w:r/>
      <w:r>
        <w:rPr>
          <w:b/>
        </w:rPr>
        <w:t>Community feeling:</w:t>
      </w:r>
      <w:r>
        <w:t xml:space="preserve"> Older campaigners and newcomers alike are expected to show up, remembering past struggles while enjoying a colourful, musical weekend.</w:t>
      </w:r>
      <w:r/>
      <w:r/>
    </w:p>
    <w:p>
      <w:pPr>
        <w:pStyle w:val="Heading2"/>
      </w:pPr>
      <w:r>
        <w:t>Why Brighton Pride feels different this year</w:t>
      </w:r>
      <w:r/>
    </w:p>
    <w:p>
      <w:r/>
      <w:r>
        <w:t>There’s a softer, more reflective hum under the usual drumbeat of music and colour, and you can feel it as soon as you arrive. Organisers have framed the weekend as both celebration and response, using the platform to show solidarity with Berlin after its Pride attack and to reinforce why public visibility still matters.</w:t>
      </w:r>
      <w:r/>
    </w:p>
    <w:p>
      <w:r/>
      <w:r>
        <w:t>Paul Kemp, managing director of Brighton and Hove Pride, has been clear that this year's events are about remembering and reaffirming. According to local reporting, the parade's 35th anniversary adds emotional weight, especially for older community members who recall far less welcoming times. Expect speeches and moments during the weekend that acknowledge loss while insisting on joy.</w:t>
      </w:r>
      <w:r/>
    </w:p>
    <w:p>
      <w:pPr>
        <w:pStyle w:val="Heading2"/>
      </w:pPr>
      <w:r>
        <w:t>How organisers are balancing celebration with security</w:t>
      </w:r>
      <w:r/>
    </w:p>
    <w:p>
      <w:r/>
      <w:r>
        <w:t>Safety isn’t an afterthought. Sussex Police confirmed a visible security plan, including armed officers in uniform and plain clothes, as part of a larger policing operation planned months in advance. Organisers, echoed in local coverage, stress this isn’t a knee-jerk reaction but a reassurance measure so people can relax and enjoy the festivities.</w:t>
      </w:r>
      <w:r/>
    </w:p>
    <w:p>
      <w:r/>
      <w:r>
        <w:t>If you’re going, take the usual festival-smart steps: travel light, arrive early, note the locations of first-aid and information points, and agree a meeting spot with friends. Those small steps make a big difference in crowded spaces and help organisers keep the day running smoothly.</w:t>
      </w:r>
      <w:r/>
    </w:p>
    <w:p>
      <w:pPr>
        <w:pStyle w:val="Heading2"/>
      </w:pPr>
      <w:r>
        <w:t>The parade: memory, defiance and a 35-year milestone</w:t>
      </w:r>
      <w:r/>
    </w:p>
    <w:p>
      <w:r/>
      <w:r>
        <w:t>Brighton Pride traces its modern lineage to 1991, but the parade's roots go back to 1973. That history lends the weekend a particular tone , part defiant blast of colour, part reflective remembrance. Older activists are expected to lead chants or simply stand and watch, while younger attendees bring fresh energy and expectation.</w:t>
      </w:r>
      <w:r/>
    </w:p>
    <w:p>
      <w:r/>
      <w:r>
        <w:t>Organisers have signalled they’ll directly address the Berlin attack during the weekend, and you’ll notice moments of silence, banners, and conversations across stalls and stages. It’s a reminder that Pride remains political as well as celebratory, asserting rights and safety at a time when many feel those things are under pressure.</w:t>
      </w:r>
      <w:r/>
    </w:p>
    <w:p>
      <w:pPr>
        <w:pStyle w:val="Heading2"/>
      </w:pPr>
      <w:r>
        <w:t>What to expect on the line-up and community stages</w:t>
      </w:r>
      <w:r/>
    </w:p>
    <w:p>
      <w:r/>
      <w:r>
        <w:t>If you’re in it for the music, Brighton hasn’t skimped: more than 150 LGBT+ artists are on the bill, with headline performances by Raye and Diana Ross at Pride on the Park. The programming deliberately mixes established acts with community stages, offering both big moments and intimate, local showcases.</w:t>
      </w:r>
      <w:r/>
    </w:p>
    <w:p>
      <w:r/>
      <w:r>
        <w:t>For families and first-timers, there’s an approachable rhythm to the weekend: daytime community events, kid-friendly spaces, and evening headline sets. Bring ear protection for little ones, pace yourselves between stages, and use the community zones as quieter refuges when you need a breather.</w:t>
      </w:r>
      <w:r/>
    </w:p>
    <w:p>
      <w:pPr>
        <w:pStyle w:val="Heading2"/>
      </w:pPr>
      <w:r>
        <w:t>Looking ahead: what this weekend signals for Pride in the UK</w:t>
      </w:r>
      <w:r/>
    </w:p>
    <w:p>
      <w:r/>
      <w:r>
        <w:t>Brighton’s response will be watched by other events across the UK. By combining visible security with a clear message of solidarity and a programme that centres LGBT+ artists and voices, organisers have modelled one way to sustain Pride under pressure. Industry observers and community leaders will likely draw lessons about contingency planning and the role of public ceremonies in times of grief.</w:t>
      </w:r>
      <w:r/>
    </w:p>
    <w:p>
      <w:r/>
      <w:r>
        <w:t>There’s a human note to it, too , attendees keep turning up because Pride is where they find each other, laugh, dance and remember. That combination of defiance and tenderness is what keeps these parades alive.</w:t>
      </w:r>
      <w:r/>
    </w:p>
    <w:p>
      <w:r/>
      <w:r>
        <w:t>It's a small change that can make every celebration feel both safer and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0">
        <w:r>
          <w:rPr>
            <w:color w:val="0000EE"/>
            <w:u w:val="single"/>
          </w:rPr>
          <w:t>[2]</w:t>
        </w:r>
      </w:hyperlink>
      <w:r>
        <w:t xml:space="preserve">- Paragraph 3: </w:t>
      </w:r>
      <w:hyperlink r:id="rId10">
        <w:r>
          <w:rPr>
            <w:color w:val="0000EE"/>
            <w:u w:val="single"/>
          </w:rPr>
          <w:t>[2]</w:t>
        </w:r>
      </w:hyperlink>
      <w:r>
        <w:t xml:space="preserve">, </w:t>
      </w:r>
      <w:hyperlink r:id="rId13">
        <w:r>
          <w:rPr>
            <w:color w:val="0000EE"/>
            <w:u w:val="single"/>
          </w:rPr>
          <w:t>[6]</w:t>
        </w:r>
      </w:hyperlink>
      <w:r>
        <w:t xml:space="preserve">- Paragraph 4: </w:t>
      </w:r>
      <w:hyperlink r:id="rId10">
        <w:r>
          <w:rPr>
            <w:color w:val="0000EE"/>
            <w:u w:val="single"/>
          </w:rPr>
          <w:t>[2]</w:t>
        </w:r>
      </w:hyperlink>
      <w:r>
        <w:t xml:space="preserve">, </w:t>
      </w:r>
      <w:hyperlink r:id="rId12">
        <w:r>
          <w:rPr>
            <w:color w:val="0000EE"/>
            <w:u w:val="single"/>
          </w:rPr>
          <w:t>[5]</w:t>
        </w:r>
      </w:hyperlink>
      <w:r>
        <w:t xml:space="preserve">- Paragraph 5: </w:t>
      </w:r>
      <w:hyperlink r:id="rId14">
        <w:r>
          <w:rPr>
            <w:color w:val="0000EE"/>
            <w:u w:val="single"/>
          </w:rPr>
          <w:t>[3]</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https://www.theargus.co.uk/news/26425563.berlin-pride-attack-focus-brighton-pride-weekend/?ref=rss</w:t>
        </w:r>
      </w:hyperlink>
      <w:r>
        <w:t xml:space="preserve"> - Please view link - unable to able to access data</w:t>
      </w:r>
      <w:r/>
    </w:p>
    <w:p>
      <w:pPr>
        <w:pStyle w:val="ListNumber"/>
        <w:spacing w:line="240" w:lineRule="auto"/>
        <w:ind w:left="720"/>
      </w:pPr>
      <w:r/>
      <w:hyperlink r:id="rId10">
        <w:r>
          <w:rPr>
            <w:color w:val="0000EE"/>
            <w:u w:val="single"/>
          </w:rPr>
          <w:t>https://apnews.com/article/4fabf20621b75cdd8f8e05119ea9d281</w:t>
        </w:r>
      </w:hyperlink>
      <w:r>
        <w:t xml:space="preserve"> - Hamburg's Pride parade, one of Germany's largest, took place on August 1, 2026, attracting approximately 300,000 attendees. This significant turnout was achieved under heightened security measures, implemented in response to a fatal extremist attack near Berlin's Pride event the previous week. The event's motto, "Queer in solidarity. Take a stand - for a future without fear," underscored the community's resilience. A tribute truck representing Berlin's Christopher Street Day parade featured participants dressed in dark clothing to honour the victims of the recent attack. Hamburg's deputy mayor emphasised the importance of standing strong in the face of violence, while organisers noted a resilient and spirited turnout despite ongoing grief. The Berlin attack occurred on July 25, when a 21-year-old suspect, Abdul Ballout, drove a van into a crowd and attacked others with a machete, killing one woman and injuring several others. Ballout, later killed by police, had pledged allegiance to the Islamic State in a video, and authorities confirmed his prior attempts to connect with IS members during a 2025 trip to Lebanon.</w:t>
      </w:r>
      <w:r/>
    </w:p>
    <w:p>
      <w:pPr>
        <w:pStyle w:val="ListNumber"/>
        <w:spacing w:line="240" w:lineRule="auto"/>
        <w:ind w:left="720"/>
      </w:pPr>
      <w:r/>
      <w:hyperlink r:id="rId14">
        <w:r>
          <w:rPr>
            <w:color w:val="0000EE"/>
            <w:u w:val="single"/>
          </w:rPr>
          <w:t>https://theweek.com/crime/berlin-police-kill-suspect-pride-attack</w:t>
        </w:r>
      </w:hyperlink>
      <w:r>
        <w:t xml:space="preserve"> - German police fatally shot 21-year-old Abdul Ballout, a German citizen of Lebanese heritage, after he attacked officers with a stabbing weapon on Sunday. Ballout was suspected of carrying out a deadly assault during Berlin’s Pride celebrations the previous day. Authorities allege he drove a van into a crowd at Tiergarten park during Christopher Street Day, Berlin’s oldest Pride event, before attacking bystanders with a machete. The incident resulted in one woman’s death and injuries to 29 others, three of whom remain in critical condition. German Interior Minister Alexander Dobrindt characterised the violence as an Islamic terror attack. The tragedy spurred a large public vigil at the Brandenburg Gate, where mourners gathered in solidarity with the LGBTQ+ community. Speakers at the event emphasised unity and resilience, declaring that “it was an attack on all of us.” In response, German authorities announced plans to reevaluate security measures for upcoming public events, including future Pride celebrations, amid growing fears of copycat incidents.</w:t>
      </w:r>
      <w:r/>
    </w:p>
    <w:p>
      <w:pPr>
        <w:pStyle w:val="ListNumber"/>
        <w:spacing w:line="240" w:lineRule="auto"/>
        <w:ind w:left="720"/>
      </w:pPr>
      <w:r/>
      <w:hyperlink r:id="rId11">
        <w:r>
          <w:rPr>
            <w:color w:val="0000EE"/>
            <w:u w:val="single"/>
          </w:rPr>
          <w:t>https://apnews.com/article/9760271f06c1e280355eab19894b603e</w:t>
        </w:r>
      </w:hyperlink>
      <w:r>
        <w:t xml:space="preserve"> - In the aftermath of a tragic extremist attack at Berlin's Pride festival that killed one person and injured nearly 30, Syrian belly dancer Haidar Darwish led a poignant and defiant performance at Museum Island. Despite the mourning within the LGBTQ+ community, Darwish and fellow artists from the Queens Against Borders group—a collective supporting refugees and LGBTQ+ migrants—chose to perform. Darwish addressed the audience with heartfelt words before dancing in a red fez and hoop skirt, embodying resilience and solidarity. The attacker, Abdul Ballout, a 21-year-old with previous extremist links, was shot and killed by police after charging officers. The performance, which included Egyptian and Nigerian artists, aimed not only to uplift their community but also to reach out to a broader audience of Berliners and tourists. Darwish emphasised the weariness many feel in having to continually fight for visibility and safety, but insisted on transforming grief into joy through performance. The evening ended with the audience joining in the dance, turning sorrow into an empowering collective act.</w:t>
      </w:r>
      <w:r/>
    </w:p>
    <w:p>
      <w:pPr>
        <w:pStyle w:val="ListNumber"/>
        <w:spacing w:line="240" w:lineRule="auto"/>
        <w:ind w:left="720"/>
      </w:pPr>
      <w:r/>
      <w:hyperlink r:id="rId12">
        <w:r>
          <w:rPr>
            <w:color w:val="0000EE"/>
            <w:u w:val="single"/>
          </w:rPr>
          <w:t>https://www.itv.com/news/meridian/2023-02-27/headline-acts-announced-for-brighton-and-hove-pride-2023</w:t>
        </w:r>
      </w:hyperlink>
      <w:r>
        <w:t xml:space="preserve"> - The headline acts for Brighton &amp; Hove Pride 2023 have been announced. International stars the Black Eyed Peas are confirmed as the headline act for Saturday 5 August. Four-time BRIT nominee Zara Larsson, Jax Jones, Dylan, Mae Muller, and Bellah Mae will also take to the stage on Saturday. Meanwhile, iconic group Steps has been confirmed as Sunday's headline act to close the festival. They'll be joined on Sunday by multi BRIT award winner Melanie C, along with Louise, B*Witched, The Vivienne, and Harley Moon Kemp. Brighton and Hove Pride is known as the UK’s biggest Pride Festival. Organisers say all tickets revenue raised goes directly to the operational and running costs of producing the Pride Festival, LGBTQ+ Pride Community Parade, Pride Village Party and community fundraising for the Rainbow Fund and Pride Social Impact Fund. The LGBT+ festival has so far raised over £1,236,000 for the Rainbow Fund, the Pride Social Impact Fund, Pride Cultural Development Fund and new Pride Solidarity Fund. The Brighton Rainbow Fund uses donations to give grants to LGBT and HIV groups and organisations in Brighton and Hove.</w:t>
      </w:r>
      <w:r/>
    </w:p>
    <w:p>
      <w:pPr>
        <w:pStyle w:val="ListNumber"/>
        <w:spacing w:line="240" w:lineRule="auto"/>
        <w:ind w:left="720"/>
      </w:pPr>
      <w:r/>
      <w:hyperlink r:id="rId13">
        <w:r>
          <w:rPr>
            <w:color w:val="0000EE"/>
            <w:u w:val="single"/>
          </w:rPr>
          <w:t>https://csd-berlin.de/en/45-pride-berlin-am-22-7-2023</w:t>
        </w:r>
      </w:hyperlink>
      <w:r>
        <w:t xml:space="preserve"> - On July 22nd at 12 o’clock, the 45th PRIDE BERLIN took place, with hundreds of thousands marching through Berlin to demonstrate for the rights of the LGBTQIA* community. The route was fixed, and the winners of the Soul of Stonewall Awards 2023 were announced. The event was opened by the board of the Berlin CSD e.V. and the Governing Mayor Kai Wegner from 11:30 am at Leipziger Straße. The total length of the route was 7.4 kilometers, with 500,000 participants officially registered with the assembly authorities and the police. The event featured diverse presenters at the closing rally and special guests, activists, and partners who strongly supported the CSD.</w:t>
      </w:r>
      <w:r/>
    </w:p>
    <w:p>
      <w:pPr>
        <w:pStyle w:val="ListNumber"/>
        <w:spacing w:line="240" w:lineRule="auto"/>
        <w:ind w:left="720"/>
      </w:pPr>
      <w:r/>
      <w:hyperlink r:id="rId15">
        <w:r>
          <w:rPr>
            <w:color w:val="0000EE"/>
            <w:u w:val="single"/>
          </w:rPr>
          <w:t>https://csd-berlin.de/en/history/2023/route-final</w:t>
        </w:r>
      </w:hyperlink>
      <w:r>
        <w:t xml:space="preserve"> - The 45th PRIDE BERLIN demonstration took place on July 22, 2023, under the motto "Be their voice – and ours! ...for more empathy and solidarity!" The demonstration began at 12 o'clock from Leipziger Straße / corner Spittelmarkt, moving through Mitte to the Bundesrat and Potsdamer Platz. The route then turned towards Schöneberg and Nollendorfplatz, continuing to the Siegessäule and ending on Straße des 17. Juni. Around 4:30 p.m., the first vehicles and foot groups reached the final area with the destination Brandenburg Gate. A diverse final rally took place on stage, featuring speeches as well as artistic and musical acts. The Berlin Pride | CSD Berlin ended around midnight. The entire program was available on the website during July. Special focus was placed on the worldwide hostile drag community, the inhumane laws and movements in African countries like Uganda, Ghana, and Namibia, the self-determination law, and the large list of demands for 2023.</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argus.co.uk/news/26425563.berlin-pride-attack-focus-brighton-pride-weekend/?ref=rss" TargetMode="External"/><Relationship Id="rId10" Type="http://schemas.openxmlformats.org/officeDocument/2006/relationships/hyperlink" Target="https://apnews.com/article/4fabf20621b75cdd8f8e05119ea9d281" TargetMode="External"/><Relationship Id="rId11" Type="http://schemas.openxmlformats.org/officeDocument/2006/relationships/hyperlink" Target="https://apnews.com/article/9760271f06c1e280355eab19894b603e" TargetMode="External"/><Relationship Id="rId12" Type="http://schemas.openxmlformats.org/officeDocument/2006/relationships/hyperlink" Target="https://www.itv.com/news/meridian/2023-02-27/headline-acts-announced-for-brighton-and-hove-pride-2023" TargetMode="External"/><Relationship Id="rId13" Type="http://schemas.openxmlformats.org/officeDocument/2006/relationships/hyperlink" Target="https://csd-berlin.de/en/45-pride-berlin-am-22-7-2023" TargetMode="External"/><Relationship Id="rId14" Type="http://schemas.openxmlformats.org/officeDocument/2006/relationships/hyperlink" Target="https://theweek.com/crime/berlin-police-kill-suspect-pride-attack" TargetMode="External"/><Relationship Id="rId15" Type="http://schemas.openxmlformats.org/officeDocument/2006/relationships/hyperlink" Target="https://csd-berlin.de/en/history/2023/route-fin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