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Colour, Music and Community on the Seafront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Flooding the seafront with colour and laughter, revellers and locals gathered in Brighton for Pride weekend, a two-day celebration of LGBTQ+ life that mixed outrageous outfits, big-name performances and a powerful sense of community , here’s what made this year’s Brighton Pride feel both joyful and memorable.</w:t>
      </w:r>
      <w:r/>
    </w:p>
    <w:p>
      <w:r/>
      <w:r>
        <w:t>Essential Takeaways</w:t>
      </w:r>
      <w:r/>
      <w:r/>
    </w:p>
    <w:p>
      <w:pPr>
        <w:pStyle w:val="ListBullet"/>
        <w:spacing w:line="240" w:lineRule="auto"/>
        <w:ind w:left="720"/>
      </w:pPr>
      <w:r/>
      <w:r>
        <w:rPr>
          <w:b/>
        </w:rPr>
        <w:t>Huge turnout:</w:t>
      </w:r>
      <w:r>
        <w:t xml:space="preserve"> Hundreds of thousands packed the city, creating a lively, carnival atmosphere along the coast.</w:t>
      </w:r>
      <w:r/>
    </w:p>
    <w:p>
      <w:pPr>
        <w:pStyle w:val="ListBullet"/>
        <w:spacing w:line="240" w:lineRule="auto"/>
        <w:ind w:left="720"/>
      </w:pPr>
      <w:r/>
      <w:r>
        <w:rPr>
          <w:b/>
        </w:rPr>
        <w:t>Parade spectacle:</w:t>
      </w:r>
      <w:r>
        <w:t xml:space="preserve"> Costumes ranged from playful to theatrical, with angel wings, banners and glitter on full display.</w:t>
      </w:r>
      <w:r/>
    </w:p>
    <w:p>
      <w:pPr>
        <w:pStyle w:val="ListBullet"/>
        <w:spacing w:line="240" w:lineRule="auto"/>
        <w:ind w:left="720"/>
      </w:pPr>
      <w:r/>
      <w:r>
        <w:rPr>
          <w:b/>
        </w:rPr>
        <w:t>Big-name music:</w:t>
      </w:r>
      <w:r>
        <w:t xml:space="preserve"> Singer-songwriter Raye performed at Preston Park, with a headline slot to close the festival later in the weekend.</w:t>
      </w:r>
      <w:r/>
    </w:p>
    <w:p>
      <w:pPr>
        <w:pStyle w:val="ListBullet"/>
        <w:spacing w:line="240" w:lineRule="auto"/>
        <w:ind w:left="720"/>
      </w:pPr>
      <w:r/>
      <w:r>
        <w:rPr>
          <w:b/>
        </w:rPr>
        <w:t>Longstanding tradition:</w:t>
      </w:r>
      <w:r>
        <w:t xml:space="preserve"> Brighton Pride marks decades of celebration and activism, rooted in the city’s LGBTQ+ history.</w:t>
      </w:r>
      <w:r/>
    </w:p>
    <w:p>
      <w:pPr>
        <w:pStyle w:val="ListBullet"/>
        <w:spacing w:line="240" w:lineRule="auto"/>
        <w:ind w:left="720"/>
      </w:pPr>
      <w:r/>
      <w:r>
        <w:rPr>
          <w:b/>
        </w:rPr>
        <w:t>Visible safety and diversity:</w:t>
      </w:r>
      <w:r>
        <w:t xml:space="preserve"> Emergency services were present and attendees came from many communities, making the event feel inclusive and secure.</w:t>
      </w:r>
      <w:r/>
      <w:r/>
    </w:p>
    <w:p>
      <w:pPr>
        <w:pStyle w:val="Heading2"/>
      </w:pPr>
      <w:r>
        <w:t>Colour, costume and contagious laughter on the seafront</w:t>
      </w:r>
      <w:r/>
    </w:p>
    <w:p>
      <w:r/>
      <w:r>
        <w:t>Brighton Pride’s parade rolled through the city like a technicolour river, people cheering and dancing as floats and marchers made their way along the seafront. The sensory beat of drumming, glitter, and loud laughter made it clear why this festival draws such huge crowds. Organisers say the atmosphere is part spectacle, part celebration , and it’s the human energy that keeps folks coming back.</w:t>
      </w:r>
      <w:r/>
    </w:p>
    <w:p>
      <w:pPr>
        <w:pStyle w:val="Heading2"/>
      </w:pPr>
      <w:r>
        <w:t>Music at Preston Park: pop power and singalongs</w:t>
      </w:r>
      <w:r/>
    </w:p>
    <w:p>
      <w:r/>
      <w:r>
        <w:t>The festival’s live stage in Preston Park offered upbeat sets, with singer-songwriter Raye bringing a fresh pop edge to the first day. Big names like this help the event feel like both a pride march and a summer music festival. If you’re planning to go next year, check set times in advance and arrive early for better sightlines , the park fills up fast.</w:t>
      </w:r>
      <w:r/>
    </w:p>
    <w:p>
      <w:pPr>
        <w:pStyle w:val="Heading2"/>
      </w:pPr>
      <w:r>
        <w:t>Tradition and activism: Brighton’s long Pride story</w:t>
      </w:r>
      <w:r/>
    </w:p>
    <w:p>
      <w:r/>
      <w:r>
        <w:t>Brighton’s Pride has grown from grassroots marches into a major city event, rooted in decades of LGBTQ+ organising and visibility. Exhibitions and local histories trace the movement’s arc here, and the celebration remains a mix of party and protest. That sense of continuity matters: it reminds attendees that Pride is about rights and joy in equal measure.</w:t>
      </w:r>
      <w:r/>
    </w:p>
    <w:p>
      <w:pPr>
        <w:pStyle w:val="Heading2"/>
      </w:pPr>
      <w:r>
        <w:t>Safety, access and community presence</w:t>
      </w:r>
      <w:r/>
    </w:p>
    <w:p>
      <w:r/>
      <w:r>
        <w:t>Police and emergency services were visibly present, helping things run smoothly without dampening the party vibe. The crowd included people from many backgrounds and communities, which made the celebration feel genuinely inclusive. Practical tip: bring a meet-up plan and agree on a landmark to reunite in busy spots, and pack water and sun protection if you’ll be outside all day.</w:t>
      </w:r>
      <w:r/>
    </w:p>
    <w:p>
      <w:pPr>
        <w:pStyle w:val="Heading2"/>
      </w:pPr>
      <w:r>
        <w:t>What to take home from this year’s Pride</w:t>
      </w:r>
      <w:r/>
    </w:p>
    <w:p>
      <w:r/>
      <w:r>
        <w:t>The images and headlines capture the colour and celebrity moments, but the real story is how thousands gather to be seen and to celebrate identity together. Whether you loved the music, the outfits, or the simple human joy of a city united for a weekend, Brighton Pride keeps proving it’s as much about belonging as it is about spectacle.</w:t>
      </w:r>
      <w:r/>
    </w:p>
    <w:p>
      <w:r/>
      <w:r>
        <w:t>It's a small change in routine that can make every Pride experience more meaningful , plan, pace yourself and enjoy the bright moments.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0">
        <w:r>
          <w:rPr>
            <w:color w:val="0000EE"/>
            <w:u w:val="single"/>
          </w:rPr>
          <w:t>[6]</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3">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https://ca.news.yahoo.com/colour-laughter-brighton-pride-nine-111926159.html</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https://www.brighton-pride.org/pride-at-50/</w:t>
        </w:r>
      </w:hyperlink>
      <w:r>
        <w:t xml:space="preserve"> - In 2023, Brighton &amp; Hove Pride celebrated the 50th anniversary of the first 'Brighton Gay Pride March' organised by the Sussex Gay Liberation Front in July 1973. The 'Pride at 50' campaign honoured trailblazers who ignited and continue to build the Pride movement. The exhibition featured archive images of the inaugural march and portraits of SGLF veterans by local photographer Chris Jepson, displayed in the library's foyer and window galleries.</w:t>
      </w:r>
      <w:r/>
    </w:p>
    <w:p>
      <w:pPr>
        <w:pStyle w:val="ListNumber"/>
        <w:spacing w:line="240" w:lineRule="auto"/>
        <w:ind w:left="720"/>
      </w:pPr>
      <w:r/>
      <w:hyperlink r:id="rId12">
        <w:r>
          <w:rPr>
            <w:color w:val="0000EE"/>
            <w:u w:val="single"/>
          </w:rPr>
          <w:t>https://www.itv.com/news/meridian/2023-08-06/black-eyed-peas-set-comes-to-abrupt-end-at-brighton-pride</w:t>
        </w:r>
      </w:hyperlink>
      <w:r>
        <w:t xml:space="preserve"> - During Brighton &amp; Hove Pride 2023, the Black Eyed Peas' headline performance was unexpectedly cut short due to a sound failure. Despite the interruption, the band continued to engage the audience, with members holding up a UK flag and a Pride flag displayed on screen. They dedicated their penultimate song, 'Where Is The Love?', to those suffering injustices worldwide, sharing that the inspiration for the 2003 hit came from the UK.</w:t>
      </w:r>
      <w:r/>
    </w:p>
    <w:p>
      <w:pPr>
        <w:pStyle w:val="ListNumber"/>
        <w:spacing w:line="240" w:lineRule="auto"/>
        <w:ind w:left="720"/>
      </w:pPr>
      <w:r/>
      <w:hyperlink r:id="rId13">
        <w:r>
          <w:rPr>
            <w:color w:val="0000EE"/>
            <w:u w:val="single"/>
          </w:rPr>
          <w:t>https://www.peequal.com/case-study/pride-2023-brighton-bristol/</w:t>
        </w:r>
      </w:hyperlink>
      <w:r>
        <w:t xml:space="preserve"> - At Brighton Pride 2023, PEEQUAL installed 60 inclusive urinal units across four locations to provide safe and private facilities for women, trans, and non-binary attendees. The initiative aimed to address the lack of suitable temporary toilet provisions at Pride events, ensuring dignity and safety for all festival-goers. The high visibility and demand for these units highlighted the positive reception and emotional connection from users.</w:t>
      </w:r>
      <w:r/>
    </w:p>
    <w:p>
      <w:pPr>
        <w:pStyle w:val="ListNumber"/>
        <w:spacing w:line="240" w:lineRule="auto"/>
        <w:ind w:left="720"/>
      </w:pPr>
      <w:r/>
      <w:hyperlink r:id="rId11">
        <w:r>
          <w:rPr>
            <w:color w:val="0000EE"/>
            <w:u w:val="single"/>
          </w:rPr>
          <w:t>https://www.brighton-pride.org/pride-at-50-exhibition/</w:t>
        </w:r>
      </w:hyperlink>
      <w:r>
        <w:t xml:space="preserve"> - The 'Pride at 50' exhibition in 2023 commemorated the 50th anniversary of the first 'Brighton Gay Pride March' organised by the Sussex Gay Liberation Front in July 1973. The exhibition showcased archive images of the inaugural march and featured nine new portraits of SGLF veterans by award-winning local photographer Chris Jepson. These were displayed in the library's foyer and window galleries, celebrating the trailblazers who ignited and continue to build the Pride movement.</w:t>
      </w:r>
      <w:r/>
    </w:p>
    <w:p>
      <w:pPr>
        <w:pStyle w:val="ListNumber"/>
        <w:spacing w:line="240" w:lineRule="auto"/>
        <w:ind w:left="720"/>
      </w:pPr>
      <w:r/>
      <w:hyperlink r:id="rId10">
        <w:r>
          <w:rPr>
            <w:color w:val="0000EE"/>
            <w:u w:val="single"/>
          </w:rPr>
          <w:t>https://www.brighton-pride.org/pride-at-50/</w:t>
        </w:r>
      </w:hyperlink>
      <w:r>
        <w:t xml:space="preserve"> - In 2023, Brighton &amp; Hove Pride celebrated the 50th anniversary of the first 'Brighton Gay Pride March' organised by the Sussex Gay Liberation Front in July 1973. The 'Pride at 50' campaign honoured trailblazers who ignited and continue to build the Pride movement. The exhibition featured archive images of the inaugural march and portraits of SGLF veterans by local photographer Chris Jepson, displayed in the library's foyer and window galleries.</w:t>
      </w:r>
      <w:r/>
    </w:p>
    <w:p>
      <w:pPr>
        <w:pStyle w:val="ListNumber"/>
        <w:spacing w:line="240" w:lineRule="auto"/>
        <w:ind w:left="720"/>
      </w:pPr>
      <w:r/>
      <w:hyperlink r:id="rId12">
        <w:r>
          <w:rPr>
            <w:color w:val="0000EE"/>
            <w:u w:val="single"/>
          </w:rPr>
          <w:t>https://www.itv.com/news/meridian/2023-08-06/black-eyed-peas-set-comes-to-abrupt-end-at-brighton-pride</w:t>
        </w:r>
      </w:hyperlink>
      <w:r>
        <w:t xml:space="preserve"> - During Brighton &amp; Hove Pride 2023, the Black Eyed Peas' headline performance was unexpectedly cut short due to a sound failure. Despite the interruption, the band continued to engage the audience, with members holding up a UK flag and a Pride flag displayed on screen. They dedicated their penultimate song, 'Where Is The Love?', to those suffering injustices worldwide, sharing that the inspiration for the 2003 hit came from the UK.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colour-laughter-brighton-pride-nine-111926159.html" TargetMode="External"/><Relationship Id="rId10" Type="http://schemas.openxmlformats.org/officeDocument/2006/relationships/hyperlink" Target="https://www.brighton-pride.org/pride-at-50/" TargetMode="External"/><Relationship Id="rId11" Type="http://schemas.openxmlformats.org/officeDocument/2006/relationships/hyperlink" Target="https://www.brighton-pride.org/pride-at-50-exhibition/" TargetMode="External"/><Relationship Id="rId12" Type="http://schemas.openxmlformats.org/officeDocument/2006/relationships/hyperlink" Target="https://www.itv.com/news/meridian/2023-08-06/black-eyed-peas-set-comes-to-abrupt-end-at-brighton-pride" TargetMode="External"/><Relationship Id="rId13" Type="http://schemas.openxmlformats.org/officeDocument/2006/relationships/hyperlink" Target="https://www.peequal.com/case-study/pride-2023-brighton-brist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