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Entry Changes This Year: What to Expect at Preston Park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will notice something different this Pride weekend , organisers have reworked entry at Preston Park after last year’s queues, promising a smoother arrival for thousands attending Brighton and Hove Pride. Here’s what’s changed, why it matters, and how to plan your day.</w:t>
      </w:r>
      <w:r/>
      <w:r/>
    </w:p>
    <w:p>
      <w:pPr>
        <w:pStyle w:val="ListBullet"/>
        <w:spacing w:line="240" w:lineRule="auto"/>
        <w:ind w:left="720"/>
      </w:pPr>
      <w:r/>
      <w:r>
        <w:rPr>
          <w:b/>
        </w:rPr>
        <w:t>New gate layout:</w:t>
      </w:r>
      <w:r>
        <w:t xml:space="preserve"> redesigned, larger queuing footprint to ease flow and reduce bottlenecks.</w:t>
      </w:r>
      <w:r/>
    </w:p>
    <w:p>
      <w:pPr>
        <w:pStyle w:val="ListBullet"/>
        <w:spacing w:line="240" w:lineRule="auto"/>
        <w:ind w:left="720"/>
      </w:pPr>
      <w:r/>
      <w:r>
        <w:rPr>
          <w:b/>
        </w:rPr>
        <w:t>Dynamic queue lanes:</w:t>
      </w:r>
      <w:r>
        <w:t xml:space="preserve"> ticket-type scanning removed so staff can move lines in real time; feels quicker and less rigid.</w:t>
      </w:r>
      <w:r/>
    </w:p>
    <w:p>
      <w:pPr>
        <w:pStyle w:val="ListBullet"/>
        <w:spacing w:line="240" w:lineRule="auto"/>
        <w:ind w:left="720"/>
      </w:pPr>
      <w:r/>
      <w:r>
        <w:rPr>
          <w:b/>
        </w:rPr>
        <w:t>More staff and “queue busters”:</w:t>
      </w:r>
      <w:r>
        <w:t xml:space="preserve"> extra teams at the gate to answer questions, speed checks and calm crowds.</w:t>
      </w:r>
      <w:r/>
    </w:p>
    <w:p>
      <w:pPr>
        <w:pStyle w:val="ListBullet"/>
        <w:spacing w:line="240" w:lineRule="auto"/>
        <w:ind w:left="720"/>
      </w:pPr>
      <w:r/>
      <w:r>
        <w:rPr>
          <w:b/>
        </w:rPr>
        <w:t>Longer Saturday hours and lockers:</w:t>
      </w:r>
      <w:r>
        <w:t xml:space="preserve"> extended opening times plus pre-bookable lockers for bulky items , handy and less stressful.</w:t>
      </w:r>
      <w:r/>
    </w:p>
    <w:p>
      <w:pPr>
        <w:pStyle w:val="ListBullet"/>
        <w:spacing w:line="240" w:lineRule="auto"/>
        <w:ind w:left="720"/>
      </w:pPr>
      <w:r/>
      <w:r>
        <w:rPr>
          <w:b/>
        </w:rPr>
        <w:t>Improved signage and travel guidance:</w:t>
      </w:r>
      <w:r>
        <w:t xml:space="preserve"> clearer wayfinding across Preston Park and updated travel advice to help you arrive relaxed.</w:t>
      </w:r>
      <w:r/>
      <w:r/>
    </w:p>
    <w:p>
      <w:pPr>
        <w:pStyle w:val="Heading2"/>
      </w:pPr>
      <w:r>
        <w:t>Why organisers changed the entry plan , and why it matters</w:t>
      </w:r>
      <w:r/>
    </w:p>
    <w:p>
      <w:r/>
      <w:r>
        <w:t>Brighton and Hove Pride had a rough patch last year when many ticket holders reported long, claustrophobic waits to get into Pride on the Park and the Street Party. The pictures and complaints stuck with organisers, and they’ve spent the off-season redesigning the arrival experience. It’s more than a tweak: the new layout and staffing are aimed at making the first impression feel calm, organised and even a little celebratory.</w:t>
      </w:r>
      <w:r/>
    </w:p>
    <w:p>
      <w:r/>
      <w:r>
        <w:t>If you’ve queued before, you’ll know the mood sours fast; quick, visible action at the gates keeps spirits up and gets people to the music and stalls sooner. Organisers say they listened to feedback and acted, which is exactly what you want when thousands are turning up.</w:t>
      </w:r>
      <w:r/>
    </w:p>
    <w:p>
      <w:pPr>
        <w:pStyle w:val="Heading2"/>
      </w:pPr>
      <w:r>
        <w:t>What the new gate layout and dynamic queues actually do</w:t>
      </w:r>
      <w:r/>
    </w:p>
    <w:p>
      <w:r/>
      <w:r>
        <w:t>Think of the gate area as a tiny traffic system. The new plan increases the physical space for queues and removes rigid ticket-type lanes at the scanning point. That means staff can reshuffle lanes on the fly and prioritise flow instead of forcing people into static channels that cause jams.</w:t>
      </w:r>
      <w:r/>
    </w:p>
    <w:p>
      <w:r/>
      <w:r>
        <w:t>Practically, that should mean fewer people stuck in one place, more movement, and a steadier sense of progress. If you’re arriving with friends, it’s worth designating a meeting spot outside rather than relying on being able to find each other in a bottleneck.</w:t>
      </w:r>
      <w:r/>
    </w:p>
    <w:p>
      <w:pPr>
        <w:pStyle w:val="Heading2"/>
      </w:pPr>
      <w:r>
        <w:t>Staffing, “queue busters” and the human touch</w:t>
      </w:r>
      <w:r/>
    </w:p>
    <w:p>
      <w:r/>
      <w:r>
        <w:t>One of the most welcome changes is more bodies on the gates , not just to scan tickets, but to help. The organisers have added proactive staff whose job is to circulate through queues, answer questions and prepare people before they get to the scanners. That usually cuts awkward pauses where someone’s digging for a phone or proof of ID.</w:t>
      </w:r>
      <w:r/>
    </w:p>
    <w:p>
      <w:r/>
      <w:r>
        <w:t>It’s a small change that has a big psychological effect: when someone’s explaining the process and directing traffic, you feel looked after. If you need assistance, look for personnel in high-visibility clothing rather than assuming you’re on your own.</w:t>
      </w:r>
      <w:r/>
    </w:p>
    <w:p>
      <w:pPr>
        <w:pStyle w:val="Heading2"/>
      </w:pPr>
      <w:r>
        <w:t>Longer Saturday hours, lockers and travel tips</w:t>
      </w:r>
      <w:r/>
    </w:p>
    <w:p>
      <w:r/>
      <w:r>
        <w:t>To spread demand, Saturday’s gate hours have been extended so fewer people need to arrive at the same time. That’s smart: staggered entry reduces crush risk and makes opening acts less frantic. Organisers have also introduced pre-bookable lockers, which is great if you’ve got a bulky bag or items you don’t want to carry all day.</w:t>
      </w:r>
      <w:r/>
    </w:p>
    <w:p>
      <w:r/>
      <w:r>
        <w:t>Brighton City Council and event pages offer travel advice and safety guidance , check those before you set off. If you can, travel light, arrive earlier rather than later, and pick a nearby meeting point inside the park so you don’t get stuck coordinating at the gates.</w:t>
      </w:r>
      <w:r/>
    </w:p>
    <w:p>
      <w:pPr>
        <w:pStyle w:val="Heading2"/>
      </w:pPr>
      <w:r>
        <w:t>Atmosphere, theme and what to expect inside</w:t>
      </w:r>
      <w:r/>
    </w:p>
    <w:p>
      <w:r/>
      <w:r>
        <w:t>The festival still kicks off with the community parade under the theme “the power of love”, commemorating decades of protest and resilience. With headliners confirmed and weekend programming intact, the tweaks at the gates are designed to get you into the spirit faster , less time queuing, more time enjoying the music and stalls.</w:t>
      </w:r>
      <w:r/>
    </w:p>
    <w:p>
      <w:r/>
      <w:r>
        <w:t>There’s always an emotional lift when thousands gather for Pride. Organisers have clearly tried to make sure the logistics don’t dampen that feeling; fingers crossed the changes match the ambition.</w:t>
      </w:r>
      <w:r/>
    </w:p>
    <w:p>
      <w:r/>
      <w:r>
        <w:t>It's a small change that can make every arrival feel much brighter.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12">
        <w:r>
          <w:rPr>
            <w:color w:val="0000EE"/>
            <w:u w:val="single"/>
          </w:rPr>
          <w:t>[4]</w:t>
        </w:r>
      </w:hyperlink>
      <w:r>
        <w:t xml:space="preserve">, </w:t>
      </w:r>
      <w:hyperlink r:id="rId13">
        <w:r>
          <w:rPr>
            <w:color w:val="0000EE"/>
            <w:u w:val="single"/>
          </w:rPr>
          <w:t>[5]</w:t>
        </w:r>
      </w:hyperlink>
      <w:r>
        <w:t xml:space="preserve">- Paragraph 6: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https://www.theargus.co.uk/news/26424015.brighton-pride-organisers-make-changes-entry-queues/?ref=rss</w:t>
        </w:r>
      </w:hyperlink>
      <w:r>
        <w:t xml:space="preserve"> - Please view link - unable to able to access data</w:t>
      </w:r>
      <w:r/>
    </w:p>
    <w:p>
      <w:pPr>
        <w:pStyle w:val="ListNumber"/>
        <w:spacing w:line="240" w:lineRule="auto"/>
        <w:ind w:left="720"/>
      </w:pPr>
      <w:r/>
      <w:hyperlink r:id="rId10">
        <w:r>
          <w:rPr>
            <w:color w:val="0000EE"/>
            <w:u w:val="single"/>
          </w:rPr>
          <w:t>https://www.itv.com/news/meridian/2025-08-04/pride-organisers-issue-apology-over-claustrophobic-queues</w:t>
        </w:r>
      </w:hyperlink>
      <w:r>
        <w:t xml:space="preserve"> - Brighton and Hove Pride organisers apologised for 'claustrophobic' and 'confusing' queues at the 2025 event. Attendees reported waiting over an hour to enter Pride on the Park and Pride Street Party at Preston Park. Organisers acknowledged the delays and committed to reviewing the event to improve future experiences. (</w:t>
      </w:r>
      <w:hyperlink r:id="rId16">
        <w:r>
          <w:rPr>
            <w:color w:val="0000EE"/>
            <w:u w:val="single"/>
          </w:rPr>
          <w:t>itv.com</w:t>
        </w:r>
      </w:hyperlink>
      <w:r>
        <w:t>)</w:t>
      </w:r>
      <w:r/>
    </w:p>
    <w:p>
      <w:pPr>
        <w:pStyle w:val="ListNumber"/>
        <w:spacing w:line="240" w:lineRule="auto"/>
        <w:ind w:left="720"/>
      </w:pPr>
      <w:r/>
      <w:hyperlink r:id="rId11">
        <w:r>
          <w:rPr>
            <w:color w:val="0000EE"/>
            <w:u w:val="single"/>
          </w:rPr>
          <w:t>https://www.brighton-hove.gov.uk/news/2025/proudly-presenting-pride-2025-we-listened-we-changed-were-ready-summer</w:t>
        </w:r>
      </w:hyperlink>
      <w:r>
        <w:t xml:space="preserve"> - Brighton &amp; Hove Pride announced significant changes for the 2025 event based on public feedback. St James's Street and surrounding roads remained open to vehicles and pedestrians, while the enhanced Street Party took place on Marine Parade, closed to vehicles. These adjustments aimed to address residents' concerns and support local businesses. (</w:t>
      </w:r>
      <w:hyperlink r:id="rId17">
        <w:r>
          <w:rPr>
            <w:color w:val="0000EE"/>
            <w:u w:val="single"/>
          </w:rPr>
          <w:t>brighton-hove.gov.uk</w:t>
        </w:r>
      </w:hyperlink>
      <w:r>
        <w:t>)</w:t>
      </w:r>
      <w:r/>
    </w:p>
    <w:p>
      <w:pPr>
        <w:pStyle w:val="ListNumber"/>
        <w:spacing w:line="240" w:lineRule="auto"/>
        <w:ind w:left="720"/>
      </w:pPr>
      <w:r/>
      <w:hyperlink r:id="rId12">
        <w:r>
          <w:rPr>
            <w:color w:val="0000EE"/>
            <w:u w:val="single"/>
          </w:rPr>
          <w:t>https://www.brighton-hove.gov.uk/news/2025/pride-2025-travel-information</w:t>
        </w:r>
      </w:hyperlink>
      <w:r>
        <w:t xml:space="preserve"> - Brighton &amp; Hove City Council provided travel information for Pride 2025, including a new Park &amp; Ride service from the University of Sussex to the city centre. Bus diversions and timetable changes were implemented, with shuttle services operating to and from Preston Park. Train services were also adjusted to accommodate increased demand during the event. (</w:t>
      </w:r>
      <w:hyperlink r:id="rId18">
        <w:r>
          <w:rPr>
            <w:color w:val="0000EE"/>
            <w:u w:val="single"/>
          </w:rPr>
          <w:t>brighton-hove.gov.uk</w:t>
        </w:r>
      </w:hyperlink>
      <w:r>
        <w:t>)</w:t>
      </w:r>
      <w:r/>
    </w:p>
    <w:p>
      <w:pPr>
        <w:pStyle w:val="ListNumber"/>
        <w:spacing w:line="240" w:lineRule="auto"/>
        <w:ind w:left="720"/>
      </w:pPr>
      <w:r/>
      <w:hyperlink r:id="rId13">
        <w:r>
          <w:rPr>
            <w:color w:val="0000EE"/>
            <w:u w:val="single"/>
          </w:rPr>
          <w:t>https://www.brighton-hove.gov.uk/news/2025/stay-safe-and-plan-ahead-pride-2025</w:t>
        </w:r>
      </w:hyperlink>
      <w:r>
        <w:t xml:space="preserve"> - Brighton &amp; Hove City Council urged attendees to plan ahead and enjoy Pride 2025 safely and responsibly. The council highlighted the expected large crowds and encouraged residents and visitors to look out for each other's well-being during the event. (</w:t>
      </w:r>
      <w:hyperlink r:id="rId19">
        <w:r>
          <w:rPr>
            <w:color w:val="0000EE"/>
            <w:u w:val="single"/>
          </w:rPr>
          <w:t>brighton-hove.gov.uk</w:t>
        </w:r>
      </w:hyperlink>
      <w:r>
        <w:t>)</w:t>
      </w:r>
      <w:r/>
    </w:p>
    <w:p>
      <w:pPr>
        <w:pStyle w:val="ListNumber"/>
        <w:spacing w:line="240" w:lineRule="auto"/>
        <w:ind w:left="720"/>
      </w:pPr>
      <w:r/>
      <w:hyperlink r:id="rId14">
        <w:r>
          <w:rPr>
            <w:color w:val="0000EE"/>
            <w:u w:val="single"/>
          </w:rPr>
          <w:t>https://www.brighton-hove.gov.uk/news/2025/wishing-you-safe-and-happy-pride</w:t>
        </w:r>
      </w:hyperlink>
      <w:r>
        <w:t xml:space="preserve"> - Brighton &amp; Hove City Council wished residents and visitors a safe and happy Pride 2025. The main events included the Pride Community Parade, Pride on the Park festival, and the Pride Street Party, with the Street Party moving from St James’s Street to Marine Parade for the first time. (</w:t>
      </w:r>
      <w:hyperlink r:id="rId20">
        <w:r>
          <w:rPr>
            <w:color w:val="0000EE"/>
            <w:u w:val="single"/>
          </w:rPr>
          <w:t>brighton-hove.gov.uk</w:t>
        </w:r>
      </w:hyperlink>
      <w:r>
        <w:t>)</w:t>
      </w:r>
      <w:r/>
    </w:p>
    <w:p>
      <w:pPr>
        <w:pStyle w:val="ListNumber"/>
        <w:spacing w:line="240" w:lineRule="auto"/>
        <w:ind w:left="720"/>
      </w:pPr>
      <w:r/>
      <w:hyperlink r:id="rId15">
        <w:r>
          <w:rPr>
            <w:color w:val="0000EE"/>
            <w:u w:val="single"/>
          </w:rPr>
          <w:t>https://www.itv.com/news/meridian/2025-02-13/mariah-carey-to-headline-brighton-pride-2025</w:t>
        </w:r>
      </w:hyperlink>
      <w:r>
        <w:t xml:space="preserve"> - Global superstar Mariah Carey was announced to headline Brighton &amp; Hove Pride 2025. She performed at Preston Park on Saturday, August 2, marking her first UK festival appearance in six years. The event also featured other artists, including Fatboy Slim and the Sugababes. (</w:t>
      </w:r>
      <w:hyperlink r:id="rId21">
        <w:r>
          <w:rPr>
            <w:color w:val="0000EE"/>
            <w:u w:val="single"/>
          </w:rPr>
          <w:t>itv.com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4015.brighton-pride-organisers-make-changes-entry-queues/?ref=rss" TargetMode="External"/><Relationship Id="rId10" Type="http://schemas.openxmlformats.org/officeDocument/2006/relationships/hyperlink" Target="https://www.itv.com/news/meridian/2025-08-04/pride-organisers-issue-apology-over-claustrophobic-queues" TargetMode="External"/><Relationship Id="rId11" Type="http://schemas.openxmlformats.org/officeDocument/2006/relationships/hyperlink" Target="https://www.brighton-hove.gov.uk/news/2025/proudly-presenting-pride-2025-we-listened-we-changed-were-ready-summer" TargetMode="External"/><Relationship Id="rId12" Type="http://schemas.openxmlformats.org/officeDocument/2006/relationships/hyperlink" Target="https://www.brighton-hove.gov.uk/news/2025/pride-2025-travel-information" TargetMode="External"/><Relationship Id="rId13" Type="http://schemas.openxmlformats.org/officeDocument/2006/relationships/hyperlink" Target="https://www.brighton-hove.gov.uk/news/2025/stay-safe-and-plan-ahead-pride-2025" TargetMode="External"/><Relationship Id="rId14" Type="http://schemas.openxmlformats.org/officeDocument/2006/relationships/hyperlink" Target="https://www.brighton-hove.gov.uk/news/2025/wishing-you-safe-and-happy-pride" TargetMode="External"/><Relationship Id="rId15" Type="http://schemas.openxmlformats.org/officeDocument/2006/relationships/hyperlink" Target="https://www.itv.com/news/meridian/2025-02-13/mariah-carey-to-headline-brighton-pride-2025" TargetMode="External"/><Relationship Id="rId16" Type="http://schemas.openxmlformats.org/officeDocument/2006/relationships/hyperlink" Target="https://www.itv.com/news/meridian/2025-08-04/pride-organisers-issue-apology-over-claustrophobic-queues?utm_source=openai" TargetMode="External"/><Relationship Id="rId17" Type="http://schemas.openxmlformats.org/officeDocument/2006/relationships/hyperlink" Target="https://www.brighton-hove.gov.uk/news/2025/proudly-presenting-pride-2025-we-listened-we-changed-were-ready-summer?utm_source=openai" TargetMode="External"/><Relationship Id="rId18" Type="http://schemas.openxmlformats.org/officeDocument/2006/relationships/hyperlink" Target="https://www.brighton-hove.gov.uk/news/2025/pride-2025-travel-information?utm_source=openai" TargetMode="External"/><Relationship Id="rId19" Type="http://schemas.openxmlformats.org/officeDocument/2006/relationships/hyperlink" Target="https://www.brighton-hove.gov.uk/news/2025/stay-safe-and-plan-ahead-pride-2025?utm_source=openai" TargetMode="External"/><Relationship Id="rId20" Type="http://schemas.openxmlformats.org/officeDocument/2006/relationships/hyperlink" Target="https://www.brighton-hove.gov.uk/news/2025/wishing-you-safe-and-happy-pride?utm_source=openai" TargetMode="External"/><Relationship Id="rId21" Type="http://schemas.openxmlformats.org/officeDocument/2006/relationships/hyperlink" Target="https://www.itv.com/news/meridian/2025-02-13/mariah-carey-to-headline-brighton-pride-2025?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