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Brunches for Parade Day Views and Bottomless Bubbles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about Pride plans? Shoppers and locals are already snapping up brunch spots for Brighton Pride’s parade on 1 August , a vivid, free procession starting at Hove Lawns that’s perfect to watch with cocktails, lobster or a cosy picnic. Here’s where to eat, drink and get the best vantage points.</w:t>
      </w:r>
      <w:r/>
    </w:p>
    <w:p>
      <w:r/>
      <w:r>
        <w:t>Essential Takeaways</w:t>
      </w:r>
      <w:r/>
      <w:r/>
    </w:p>
    <w:p>
      <w:pPr>
        <w:pStyle w:val="ListBullet"/>
        <w:spacing w:line="240" w:lineRule="auto"/>
        <w:ind w:left="720"/>
      </w:pPr>
      <w:r/>
      <w:r>
        <w:rPr>
          <w:b/>
        </w:rPr>
        <w:t>Parade starts:</w:t>
      </w:r>
      <w:r>
        <w:t xml:space="preserve"> 11am from Hove Lawns, winding into the city and up London Road to Preston Circus, free to watch.</w:t>
      </w:r>
      <w:r/>
    </w:p>
    <w:p>
      <w:pPr>
        <w:pStyle w:val="ListBullet"/>
        <w:spacing w:line="240" w:lineRule="auto"/>
        <w:ind w:left="720"/>
      </w:pPr>
      <w:r/>
      <w:r>
        <w:rPr>
          <w:b/>
        </w:rPr>
        <w:t>Big-ticket brunches:</w:t>
      </w:r>
      <w:r>
        <w:t xml:space="preserve"> Salt Room and No.124 offer premium menus and front-row terrace views , expect a stylish, seaside vibe.</w:t>
      </w:r>
      <w:r/>
    </w:p>
    <w:p>
      <w:pPr>
        <w:pStyle w:val="ListBullet"/>
        <w:spacing w:line="240" w:lineRule="auto"/>
        <w:ind w:left="720"/>
      </w:pPr>
      <w:r/>
      <w:r>
        <w:rPr>
          <w:b/>
        </w:rPr>
        <w:t>Drag and bottomless options:</w:t>
      </w:r>
      <w:r>
        <w:t xml:space="preserve"> Metropole, Revolution and other venues serve drag-led bottomless brunches with loud singalongs and bubbly.</w:t>
      </w:r>
      <w:r/>
    </w:p>
    <w:p>
      <w:pPr>
        <w:pStyle w:val="ListBullet"/>
        <w:spacing w:line="240" w:lineRule="auto"/>
        <w:ind w:left="720"/>
      </w:pPr>
      <w:r/>
      <w:r>
        <w:rPr>
          <w:b/>
        </w:rPr>
        <w:t>Family-friendly alternative:</w:t>
      </w:r>
      <w:r>
        <w:t xml:space="preserve"> Pavilion Pride Picnic in Royal Pavilion Gardens is free, calmer and alcohol-free , book ahead.</w:t>
      </w:r>
      <w:r/>
    </w:p>
    <w:p>
      <w:pPr>
        <w:pStyle w:val="ListBullet"/>
        <w:spacing w:line="240" w:lineRule="auto"/>
        <w:ind w:left="720"/>
      </w:pPr>
      <w:r/>
      <w:r>
        <w:rPr>
          <w:b/>
        </w:rPr>
        <w:t>Flexible choices:</w:t>
      </w:r>
      <w:r>
        <w:t xml:space="preserve"> Shelter Hall gives variety with multiple kitchens and views, perfect for groups who can’t agree on one menu.</w:t>
      </w:r>
      <w:r/>
      <w:r/>
    </w:p>
    <w:p>
      <w:pPr>
        <w:pStyle w:val="Heading2"/>
      </w:pPr>
      <w:r>
        <w:t>Where the parade goes and why vantage points matter</w:t>
      </w:r>
      <w:r/>
    </w:p>
    <w:p>
      <w:r/>
      <w:r>
        <w:t>Brighton Pride’s parade sets off from Hove Lawns at 11am and makes its way into town before threading north through Valley Gardens and London Road to Preston Circus. That route puts Kings Road and the seafront in the spotlight, so terraces and hotels along the promenade tend to offer the clearest, most dramatic views. Organisers map the route each year, and being near the sea feels different , you get the ocean breeze, colour on both sides of the road and that proper carnival buzz. If you want an uninterrupted view, book early for a terrace table; otherwise arrive well before the start if you’re watching on street level.</w:t>
      </w:r>
      <w:r/>
    </w:p>
    <w:p>
      <w:pPr>
        <w:pStyle w:val="Heading2"/>
      </w:pPr>
      <w:r>
        <w:t>Bottomless and drag: party brunches that double as theatre</w:t>
      </w:r>
      <w:r/>
    </w:p>
    <w:p>
      <w:r/>
      <w:r>
        <w:t>If a boozy, theatrical start is your thing, the Metropole’s Drag Bottomless Brunch is the kind of loud, glittering show where audience participation is practically mandatory. Revolution and other bars are doing similar two-hour bottomless sessions hosted by drag performers, which are cheaper and great if you want to keep things energetic without breaking the bank. These events sell out fast, and their high-energy atmosphere means they’re best for groups who don’t mind noise and a standing-room feel. Practical tip: wear shoes you can dance in and expect to sing along.</w:t>
      </w:r>
      <w:r/>
    </w:p>
    <w:p>
      <w:pPr>
        <w:pStyle w:val="Heading2"/>
      </w:pPr>
      <w:r>
        <w:t>For luxe parade-side dining: splurge with a view</w:t>
      </w:r>
      <w:r/>
    </w:p>
    <w:p>
      <w:r/>
      <w:r>
        <w:t>If you’d rather spend Pride with lobster and multiple cocktails, The Salt Room’s Ultimate Brighton Pride Brunch offers a three-course menu, welcome rosé and a terrace that looks straight onto Kings Road. No.124 by GuestHouse runs a Pride Terrace Party hosted by Michael Marouli, with a generous food-and-drink credit and sea views , ideal for a slightly more polished celebration. These choices are for when you want comfort and a memorable seat rather than elbowing through crowds. Book a table that mentions “parade view” when possible, and check whether your booking includes a set time so you can plan getting to or from Preston Park afterwards.</w:t>
      </w:r>
      <w:r/>
    </w:p>
    <w:p>
      <w:pPr>
        <w:pStyle w:val="Heading2"/>
      </w:pPr>
      <w:r>
        <w:t>Calm, family-friendly and alcohol-free: Pavilion Pride Picnic</w:t>
      </w:r>
      <w:r/>
    </w:p>
    <w:p>
      <w:r/>
      <w:r>
        <w:t>For families or anyone seeking something lower-key, the Pavilion Pride Picnic in the Royal Pavilion Gardens is a lovely alternative. It’s free but booking is required, and the gardens are an alcohol-free zone , so bring a picnic blanket, snacks and activities for kids. This is the quieter counterpoint to the bottoms-up brunches: shaded lawns, games and a relaxed tempo that still feels celebratory. If you’ve got little ones or a mixed-age gang, it’s the easiest way to enjoy Pride without the sensory overload.</w:t>
      </w:r>
      <w:r/>
    </w:p>
    <w:p>
      <w:pPr>
        <w:pStyle w:val="Heading2"/>
      </w:pPr>
      <w:r>
        <w:t>Choice and variety: group-friendly Shelter Hall and flexible options</w:t>
      </w:r>
      <w:r/>
    </w:p>
    <w:p>
      <w:r/>
      <w:r>
        <w:t>Shelter Hall is a clever option if your group can’t agree , seven independent kitchens under one roof mean tacos, pizza and cocktails coexist happily, with DJs and sea views to keep the mood up. Permit Room and other venues add regional flavours, from Indian brunch plates to cabaret-style sets. If you’re making plans last minute, look for places that offer walk-ins plus ticketed performance spaces. And always check road closures and travel info in advance, because parade routes change and some streets will be shut, affecting parking and buses.</w:t>
      </w:r>
      <w:r/>
    </w:p>
    <w:p>
      <w:r/>
      <w:r>
        <w:t>It's a small change that can make every Pride brunch feel like the right fit for your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12">
        <w:r>
          <w:rPr>
            <w:color w:val="0000EE"/>
            <w:u w:val="single"/>
          </w:rPr>
          <w:t>[4]</w:t>
        </w:r>
      </w:hyperlink>
      <w:r>
        <w:t xml:space="preserve">, </w:t>
      </w:r>
      <w:hyperlink r:id="rId14">
        <w:r>
          <w:rPr>
            <w:color w:val="0000EE"/>
            <w:u w:val="single"/>
          </w:rPr>
          <w:t>[5]</w:t>
        </w:r>
      </w:hyperlink>
      <w:r>
        <w:t xml:space="preserve">- Paragraph 4: </w:t>
      </w:r>
      <w:hyperlink r:id="rId14">
        <w:r>
          <w:rPr>
            <w:color w:val="0000EE"/>
            <w:u w:val="single"/>
          </w:rPr>
          <w:t>[5]</w:t>
        </w:r>
      </w:hyperlink>
      <w:r>
        <w:t xml:space="preserve">, </w:t>
      </w:r>
      <w:hyperlink r:id="rId11">
        <w:r>
          <w:rPr>
            <w:color w:val="0000EE"/>
            <w:u w:val="single"/>
          </w:rPr>
          <w:t>[3]</w:t>
        </w:r>
      </w:hyperlink>
      <w:r>
        <w:t xml:space="preserve">- Paragraph 5: </w:t>
      </w:r>
      <w:hyperlink r:id="rId15">
        <w:r>
          <w:rPr>
            <w:color w:val="0000EE"/>
            <w:u w:val="single"/>
          </w:rPr>
          <w:t>[7]</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https://www.theargus.co.uk/news/26403256.enjoy-brighton-pride-brunch-saturday-1-august/?ref=rss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LGBTQ+ Community Parade is scheduled for Saturday, 1 August 2026, with the theme 'The Power of Love'. This event marks 35 years of bold, joyful LGBTQ+ visibility in the city. The parade will commence at 11 am from Hove Lawns, proceeding through the city centre, Valley Gardens, London Road, and Preston Circus. The route is detailed on the official Brighton &amp; Hove Pride website. (</w:t>
      </w:r>
      <w:hyperlink r:id="rId16">
        <w:r>
          <w:rPr>
            <w:color w:val="0000EE"/>
            <w:u w:val="single"/>
          </w:rPr>
          <w:t>brighton-pride.org</w:t>
        </w:r>
      </w:hyperlink>
      <w:r>
        <w:t>)</w:t>
      </w:r>
      <w:r/>
    </w:p>
    <w:p>
      <w:pPr>
        <w:pStyle w:val="ListNumber"/>
        <w:spacing w:line="240" w:lineRule="auto"/>
        <w:ind w:left="720"/>
      </w:pPr>
      <w:r/>
      <w:hyperlink r:id="rId11">
        <w:r>
          <w:rPr>
            <w:color w:val="0000EE"/>
            <w:u w:val="single"/>
          </w:rPr>
          <w:t>https://www.brighton-pride.org/pride-parade-route/</w:t>
        </w:r>
      </w:hyperlink>
      <w:r>
        <w:t xml:space="preserve"> - The official Brighton &amp; Hove Pride Parade Route for 2026 is available on the Brighton &amp; Hove Pride website. This route outlines the path the parade will take through the city, starting at Hove Lawns and proceeding through various city streets to Preston Park. (</w:t>
      </w:r>
      <w:hyperlink r:id="rId17">
        <w:r>
          <w:rPr>
            <w:color w:val="0000EE"/>
            <w:u w:val="single"/>
          </w:rPr>
          <w:t>brighton-pride.org</w:t>
        </w:r>
      </w:hyperlink>
      <w:r>
        <w:t>)</w:t>
      </w:r>
      <w:r/>
    </w:p>
    <w:p>
      <w:pPr>
        <w:pStyle w:val="ListNumber"/>
        <w:spacing w:line="240" w:lineRule="auto"/>
        <w:ind w:left="720"/>
      </w:pPr>
      <w:r/>
      <w:hyperlink r:id="rId12">
        <w:r>
          <w:rPr>
            <w:color w:val="0000EE"/>
            <w:u w:val="single"/>
          </w:rPr>
          <w:t>https://www.visitbrighton.com/whats-on/pride-weekend-drag-bottomless-brunch-p2895311</w:t>
        </w:r>
      </w:hyperlink>
      <w:r>
        <w:t xml:space="preserve"> - The DoubleTree by Hilton Brighton Metropole is hosting a Drag Bottomless Brunch on Saturday, 1 August 2026, from 12:00 to 13:30. Tickets are priced at £59.00. The event features unlimited drinks, a brunch menu, and performances by resident drag queens. (</w:t>
      </w:r>
      <w:hyperlink r:id="rId18">
        <w:r>
          <w:rPr>
            <w:color w:val="0000EE"/>
            <w:u w:val="single"/>
          </w:rPr>
          <w:t>visitbrighton.com</w:t>
        </w:r>
      </w:hyperlink>
      <w:r>
        <w:t>)</w:t>
      </w:r>
      <w:r/>
    </w:p>
    <w:p>
      <w:pPr>
        <w:pStyle w:val="ListNumber"/>
        <w:spacing w:line="240" w:lineRule="auto"/>
        <w:ind w:left="720"/>
      </w:pPr>
      <w:r/>
      <w:hyperlink r:id="rId14">
        <w:r>
          <w:rPr>
            <w:color w:val="0000EE"/>
            <w:u w:val="single"/>
          </w:rPr>
          <w:t>https://www.brightonmusichall.co.uk/pride</w:t>
        </w:r>
      </w:hyperlink>
      <w:r>
        <w:t xml:space="preserve"> - Brighton Music Hall is celebrating Pride Weekend from 31 July to 2 August 2026. The venue offers various events, including Drag Musical Bingo hosted by Darcey Nox on Friday, 1 August, starting at 8 pm. The terrace will host a party on Saturday, 2 August, with live music and a DJ. (</w:t>
      </w:r>
      <w:hyperlink r:id="rId19">
        <w:r>
          <w:rPr>
            <w:color w:val="0000EE"/>
            <w:u w:val="single"/>
          </w:rPr>
          <w:t>brightonmusichall.co.uk</w:t>
        </w:r>
      </w:hyperlink>
      <w:r>
        <w:t>)</w:t>
      </w:r>
      <w:r/>
    </w:p>
    <w:p>
      <w:pPr>
        <w:pStyle w:val="ListNumber"/>
        <w:spacing w:line="240" w:lineRule="auto"/>
        <w:ind w:left="720"/>
      </w:pPr>
      <w:r/>
      <w:hyperlink r:id="rId13">
        <w:r>
          <w:rPr>
            <w:color w:val="0000EE"/>
            <w:u w:val="single"/>
          </w:rPr>
          <w:t>https://www.clubcafe.com/club-events/pride-trivia-cabaret-brunch/</w:t>
        </w:r>
      </w:hyperlink>
      <w:r>
        <w:t xml:space="preserve"> - Club Café Boston is hosting a Pride Trivia Cabaret Brunch on Sunday, 22 June 2024, from 12:00 pm to 3:00 pm. The event features performances by local artists and a trivia cabaret. Tickets are priced at $30.00 plus fees. (</w:t>
      </w:r>
      <w:hyperlink r:id="rId20">
        <w:r>
          <w:rPr>
            <w:color w:val="0000EE"/>
            <w:u w:val="single"/>
          </w:rPr>
          <w:t>clubcafe.com</w:t>
        </w:r>
      </w:hyperlink>
      <w:r>
        <w:t>)</w:t>
      </w:r>
      <w:r/>
    </w:p>
    <w:p>
      <w:pPr>
        <w:pStyle w:val="ListNumber"/>
        <w:spacing w:line="240" w:lineRule="auto"/>
        <w:ind w:left="720"/>
      </w:pPr>
      <w:r/>
      <w:hyperlink r:id="rId15">
        <w:r>
          <w:rPr>
            <w:color w:val="0000EE"/>
            <w:u w:val="single"/>
          </w:rPr>
          <w:t>https://www.brighton-hove.gov.uk/news/2024/pride-2024-road-closure-and-travel-information</w:t>
        </w:r>
      </w:hyperlink>
      <w:r>
        <w:t xml:space="preserve"> - The Brighton &amp; Hove City Council has provided road closure and travel information for Pride 2024. Several roads in the city centre will be closed on Saturday, 3 August, and Sunday, 4 August, due to the community parade, festival in Preston Park, and the Pride Village Party in Kemptown. Visitors are advised to plan their travel arrangements in advance. (</w:t>
      </w:r>
      <w:hyperlink r:id="rId21">
        <w:r>
          <w:rPr>
            <w:color w:val="0000EE"/>
            <w:u w:val="single"/>
          </w:rPr>
          <w:t>brighton-hove.gov.uk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03256.enjoy-brighton-pride-brunch-saturday-1-august/?ref=rss" TargetMode="External"/><Relationship Id="rId10" Type="http://schemas.openxmlformats.org/officeDocument/2006/relationships/hyperlink" Target="https://www.brighton-pride.org/pride-parade/" TargetMode="External"/><Relationship Id="rId11" Type="http://schemas.openxmlformats.org/officeDocument/2006/relationships/hyperlink" Target="https://www.brighton-pride.org/pride-parade-route/" TargetMode="External"/><Relationship Id="rId12" Type="http://schemas.openxmlformats.org/officeDocument/2006/relationships/hyperlink" Target="https://www.visitbrighton.com/whats-on/pride-weekend-drag-bottomless-brunch-p2895311" TargetMode="External"/><Relationship Id="rId13" Type="http://schemas.openxmlformats.org/officeDocument/2006/relationships/hyperlink" Target="https://www.clubcafe.com/club-events/pride-trivia-cabaret-brunch/" TargetMode="External"/><Relationship Id="rId14" Type="http://schemas.openxmlformats.org/officeDocument/2006/relationships/hyperlink" Target="https://www.brightonmusichall.co.uk/pride" TargetMode="External"/><Relationship Id="rId15" Type="http://schemas.openxmlformats.org/officeDocument/2006/relationships/hyperlink" Target="https://www.brighton-hove.gov.uk/news/2024/pride-2024-road-closure-and-travel-information" TargetMode="External"/><Relationship Id="rId16" Type="http://schemas.openxmlformats.org/officeDocument/2006/relationships/hyperlink" Target="https://www.brighton-pride.org/pride-parade/?utm_source=openai" TargetMode="External"/><Relationship Id="rId17" Type="http://schemas.openxmlformats.org/officeDocument/2006/relationships/hyperlink" Target="https://www.brighton-pride.org/pride-parade-route/?utm_source=openai" TargetMode="External"/><Relationship Id="rId18" Type="http://schemas.openxmlformats.org/officeDocument/2006/relationships/hyperlink" Target="https://www.visitbrighton.com/whats-on/pride-weekend-drag-bottomless-brunch-p2895311?utm_source=openai" TargetMode="External"/><Relationship Id="rId19" Type="http://schemas.openxmlformats.org/officeDocument/2006/relationships/hyperlink" Target="https://www.brightonmusichall.co.uk/pride?utm_source=openai" TargetMode="External"/><Relationship Id="rId20" Type="http://schemas.openxmlformats.org/officeDocument/2006/relationships/hyperlink" Target="https://www.clubcafe.com/club-events/pride-trivia-cabaret-brunch/?utm_source=openai" TargetMode="External"/><Relationship Id="rId21" Type="http://schemas.openxmlformats.org/officeDocument/2006/relationships/hyperlink" Target="https://www.brighton-hove.gov.uk/news/2024/pride-2024-road-closure-and-travel-informa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