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2026 Travel Tips: Bus Timetables, Diversions and Shuttles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are planning ahead as Brighton Pride 2026 reshapes travel across the city; residents and visitors should expect major bus diversions, special shuttle services and changed rail links so you can still enjoy the parade and events without getting stranded.</w:t>
      </w:r>
      <w:r/>
    </w:p>
    <w:p>
      <w:r/>
      <w:r>
        <w:t>Essential Takeaways</w:t>
      </w:r>
      <w:r/>
      <w:r/>
    </w:p>
    <w:p>
      <w:pPr>
        <w:pStyle w:val="ListBullet"/>
        <w:spacing w:line="240" w:lineRule="auto"/>
        <w:ind w:left="720"/>
      </w:pPr>
      <w:r/>
      <w:r>
        <w:rPr>
          <w:b/>
        </w:rPr>
        <w:t>Major bus disruptions:</w:t>
      </w:r>
      <w:r>
        <w:t xml:space="preserve"> Dozens of Brighton and Hove Buses routes are altered, with the biggest impacts on Saturday, 1 August. Expect terminations and diversions. </w:t>
      </w:r>
      <w:r/>
    </w:p>
    <w:p>
      <w:pPr>
        <w:pStyle w:val="ListBullet"/>
        <w:spacing w:line="240" w:lineRule="auto"/>
        <w:ind w:left="720"/>
      </w:pPr>
      <w:r/>
      <w:r>
        <w:rPr>
          <w:b/>
        </w:rPr>
        <w:t>Key streets closed:</w:t>
      </w:r>
      <w:r>
        <w:t xml:space="preserve"> Old Steine, North Street, London Road, St James's Street and the Palace Pier area will see closures that affect normal stopping points. </w:t>
      </w:r>
      <w:r/>
    </w:p>
    <w:p>
      <w:pPr>
        <w:pStyle w:val="ListBullet"/>
        <w:spacing w:line="240" w:lineRule="auto"/>
        <w:ind w:left="720"/>
      </w:pPr>
      <w:r/>
      <w:r>
        <w:rPr>
          <w:b/>
        </w:rPr>
        <w:t>Special shuttle:</w:t>
      </w:r>
      <w:r>
        <w:t xml:space="preserve"> A Pride Route 600 shuttle will link Preston Park, the Old Steine and the Waterhall campsite for easier festival access. </w:t>
      </w:r>
      <w:r/>
    </w:p>
    <w:p>
      <w:pPr>
        <w:pStyle w:val="ListBullet"/>
        <w:spacing w:line="240" w:lineRule="auto"/>
        <w:ind w:left="720"/>
      </w:pPr>
      <w:r/>
      <w:r>
        <w:rPr>
          <w:b/>
        </w:rPr>
        <w:t>Stagecoach changes:</w:t>
      </w:r>
      <w:r>
        <w:t xml:space="preserve"> Only two Stagecoach South routes are affected, 17 and Coastliner 700, both on diversionary routes that skip central stops. </w:t>
      </w:r>
      <w:r/>
    </w:p>
    <w:p>
      <w:pPr>
        <w:pStyle w:val="ListBullet"/>
        <w:spacing w:line="240" w:lineRule="auto"/>
        <w:ind w:left="720"/>
      </w:pPr>
      <w:r/>
      <w:r>
        <w:rPr>
          <w:b/>
        </w:rPr>
        <w:t>Check rail options:</w:t>
      </w:r>
      <w:r>
        <w:t xml:space="preserve"> Train operators are running service updates and enhancements around Pride; always verify before travel.</w:t>
      </w:r>
      <w:r/>
      <w:r/>
    </w:p>
    <w:p>
      <w:pPr>
        <w:pStyle w:val="Heading2"/>
      </w:pPr>
      <w:r>
        <w:t>What to expect on the busiest day , Saturday’s sweeping road closures</w:t>
      </w:r>
      <w:r/>
    </w:p>
    <w:p>
      <w:r/>
      <w:r>
        <w:t>Saturday brings the most disruption, and you’ll feel it: streets in the heart of the city will be closed for the parade, so buses can’t follow their usual routes. Brighton and Hove Buses warn that some closures will last all day while others run in blocks, which makes punctuality tricky. This isn’t new , large events have long forced temporary networks , but it’s worth noting if you rely on central stops like Old Steine or Churchill Square. Plan to arrive earlier or leave later, and factor in walking time from alternative stops. If you’re driving, expect delays and plan parking or drop-offs outside the closure zone. For bus users, check live updates; the operator says diversions depend on roads reopening on time.</w:t>
      </w:r>
      <w:r/>
    </w:p>
    <w:p>
      <w:pPr>
        <w:pStyle w:val="Heading2"/>
      </w:pPr>
      <w:r>
        <w:t>Which services are altered , terminations, diversions and coastal reroutes</w:t>
      </w:r>
      <w:r/>
    </w:p>
    <w:p>
      <w:r/>
      <w:r>
        <w:t>Dozens of routes are affected across the long weekend. Many services from Hove and the west will end at Churchill Square rather than continuing into central Brighton, while services from Lewes Road and Elm Grove may terminate at The Open Market or The Level. Coastal routes are being steered away from St James’s Street and the Sea Life Centre and will run via Edward Street and Rock Gardens instead, so your usual seaside stop might be out of reach. Routes 25, 28, 29 and 29A will start and finish at Lewes Road bus garage for much of the day. If you’re unsure whether your regular service is running, head to the operator’s website for full route lists and diversion maps. Carrying a screenshot of your planned route helps if network staff are busy.</w:t>
      </w:r>
      <w:r/>
    </w:p>
    <w:p>
      <w:pPr>
        <w:pStyle w:val="Heading2"/>
      </w:pPr>
      <w:r>
        <w:t>Special services and alternatives , the Pride shuttle and rail options</w:t>
      </w:r>
      <w:r/>
    </w:p>
    <w:p>
      <w:r/>
      <w:r>
        <w:t>One neat workaround is the special Route 600 Pride shuttle, which connects Preston Park, the Old Steine and the Waterhall campsite , handy if you’re camping or want a direct link to the main event area. It’s designed to take the pressure off regular routes and get people to festival hubs without a long walk. Meanwhile, train operators are also tweaking timetables to cope with demand; rail providers typically post service updates for big events, and some run enhanced services into Brighton. If you’re coming from further afield, consider a combined approach: park-and-ride or a train into the city plus a short shuttle ride. Booking ahead for rail and checking live departure boards will save stress, especially in the evening when crowds thin out.</w:t>
      </w:r>
      <w:r/>
    </w:p>
    <w:p>
      <w:pPr>
        <w:pStyle w:val="Heading2"/>
      </w:pPr>
      <w:r>
        <w:t>Stagecoach and night services , what’s still running</w:t>
      </w:r>
      <w:r/>
    </w:p>
    <w:p>
      <w:r/>
      <w:r>
        <w:t>Stagecoach South has relatively limited changes compared with the city operator, but two services do divert: Route 17 will run via Preston Drove and Ditchling Road, and Coastliner 700 will go via Seven Dials and Regent Hill. That means central stops like Old Steine and Churchill Square won’t be served when diversions are active. Night services are also affected, so if you’re planning to stay late for clubs or after-parties, double-check the later timetables. Night buses can be vital on busy weekends, and a small walk to an alternate stop may be the difference between getting home and waiting in a crowd.</w:t>
      </w:r>
      <w:r/>
    </w:p>
    <w:p>
      <w:pPr>
        <w:pStyle w:val="Heading2"/>
      </w:pPr>
      <w:r>
        <w:t>Practical tips for a smoother Brighton Pride journey</w:t>
      </w:r>
      <w:r/>
    </w:p>
    <w:p>
      <w:r/>
      <w:r>
        <w:t>Plan routes the day before and again on the morning; operators update pages as roads reopen. Allow extra travel time, and if you can, travel light , crowds, queues and slower buses make luggage harder to manage. Wear comfortable shoes for walking between diverted stops and festival sites. If you’re visiting with a group, agree on meeting points outside the busiest areas in case phone signals get slow. And remember: local staff and volunteer marshals will be doing their best to help, so ask them for the quickest alternative stops. Little adjustments make the day far less fraught.</w:t>
      </w:r>
      <w:r/>
    </w:p>
    <w:p>
      <w:r/>
      <w:r>
        <w:t>It's a small change to how you travel that can make every Pride moment easier to reach.</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9">
        <w:r>
          <w:rPr>
            <w:color w:val="0000EE"/>
            <w:u w:val="single"/>
          </w:rPr>
          <w:t>[1]</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9">
        <w:r>
          <w:rPr>
            <w:color w:val="0000EE"/>
            <w:u w:val="single"/>
          </w:rPr>
          <w:t>[1]</w:t>
        </w:r>
      </w:hyperlink>
      <w:r>
        <w:t xml:space="preserve">, </w:t>
      </w:r>
      <w:hyperlink r:id="rId13">
        <w:r>
          <w:rPr>
            <w:color w:val="0000EE"/>
            <w:u w:val="single"/>
          </w:rPr>
          <w:t>[7]</w:t>
        </w:r>
      </w:hyperlink>
      <w:r>
        <w:t xml:space="preserve">- Paragraph 6: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https://www.theargus.co.uk/news/26428661.brighton-pride-2026-bus-timetable-changes-diversions/?ref=rss</w:t>
        </w:r>
      </w:hyperlink>
      <w:r>
        <w:t xml:space="preserve"> - Please view link - unable to able to access data</w:t>
      </w:r>
      <w:r/>
    </w:p>
    <w:p>
      <w:pPr>
        <w:pStyle w:val="ListNumber"/>
        <w:spacing w:line="240" w:lineRule="auto"/>
        <w:ind w:left="720"/>
      </w:pPr>
      <w:r/>
      <w:hyperlink r:id="rId10">
        <w:r>
          <w:rPr>
            <w:color w:val="0000EE"/>
            <w:u w:val="single"/>
          </w:rPr>
          <w:t>https://www.brighton-pride.org/brighton-hove-buses/</w:t>
        </w:r>
      </w:hyperlink>
      <w:r>
        <w:t xml:space="preserve"> - Brighton &amp; Hove Buses has announced special services for Brighton Pride 2026, including the Route 600 shuttle connecting Waterhall Campsite, Preston Park, and Old Steine. Contactless payments will be accepted on all local services. The company is also a Platinum member of Pride 'City Angels', promoting a cleaner city and supporting LGBTQ initiatives. Rupert Cox, Interim Managing Director, expressed excitement about partnering with Pride and ensuring smooth and safe transportation during the weekend.</w:t>
      </w:r>
      <w:r/>
    </w:p>
    <w:p>
      <w:pPr>
        <w:pStyle w:val="ListNumber"/>
        <w:spacing w:line="240" w:lineRule="auto"/>
        <w:ind w:left="720"/>
      </w:pPr>
      <w:r/>
      <w:hyperlink r:id="rId12">
        <w:r>
          <w:rPr>
            <w:color w:val="0000EE"/>
            <w:u w:val="single"/>
          </w:rPr>
          <w:t>https://www.railtechnologymagazine.com/articles/gtr-confirms-enhanced-rail-services-brighton-pride-2026-35th-anniversary-returns</w:t>
        </w:r>
      </w:hyperlink>
      <w:r>
        <w:t xml:space="preserve"> - Govia Thameslink Railway (GTR) has confirmed enhanced train services for Brighton Pride 2026, supporting the 35th anniversary of the event. The operator will provide additional capacity with longer trains on key routes to and from London Bridge and London Victoria, as well as on coastal routes in and out of Brighton on Saturday 1 August. Extra services will run during peak times to accommodate large crowds expected over the Pride weekend.</w:t>
      </w:r>
      <w:r/>
    </w:p>
    <w:p>
      <w:pPr>
        <w:pStyle w:val="ListNumber"/>
        <w:spacing w:line="240" w:lineRule="auto"/>
        <w:ind w:left="720"/>
      </w:pPr>
      <w:r/>
      <w:hyperlink r:id="rId11">
        <w:r>
          <w:rPr>
            <w:color w:val="0000EE"/>
            <w:u w:val="single"/>
          </w:rPr>
          <w:t>https://www.brighton-pride.org/travel/</w:t>
        </w:r>
      </w:hyperlink>
      <w:r>
        <w:t xml:space="preserve"> - Brighton Pride 2026 is scheduled for Saturday 1st and Sunday 2nd August. Attendees are advised to plan their travel in advance, especially for the return journey on Saturday night. GTR will operate more trains with extra carriages to accommodate large crowds. Brighton station will be the main station for Pride events, with Preston Park and London Road stations closed from 17:00 on Friday 31 July until Monday 3 August. Oyster cards and contactless payments are not valid for journeys to and from Brighton; advance ticket purchase is recommended.</w:t>
      </w:r>
      <w:r/>
    </w:p>
    <w:p>
      <w:pPr>
        <w:pStyle w:val="ListNumber"/>
        <w:spacing w:line="240" w:lineRule="auto"/>
        <w:ind w:left="720"/>
      </w:pPr>
      <w:r/>
      <w:hyperlink r:id="rId14">
        <w:r>
          <w:rPr>
            <w:color w:val="0000EE"/>
            <w:u w:val="single"/>
          </w:rPr>
          <w:t>https://www.gatwickexpress.com/service-updates/service-updates/brighton-pride</w:t>
        </w:r>
      </w:hyperlink>
      <w:r>
        <w:t xml:space="preserve"> - Gatwick Express is collaborating with Brighton &amp; Hove Pride to facilitate travel for Brighton Pride 2026 on Saturday 1 and Sunday 2 August. Due to expected large crowds, more services and extra carriages will be provided. Passengers are advised to plan ahead, allow extra time for journeys, and re-check for any on-the-day alterations. Brighton station will be the main station for Pride events, with Preston Park and London Road stations closed from 17:00 on Friday 31 July until Monday 3 August. Oyster cards and contactless payments are not valid for journeys to and from Brighton; advance ticket purchase is recommended.</w:t>
      </w:r>
      <w:r/>
    </w:p>
    <w:p>
      <w:pPr>
        <w:pStyle w:val="ListNumber"/>
        <w:spacing w:line="240" w:lineRule="auto"/>
        <w:ind w:left="720"/>
      </w:pPr>
      <w:r/>
      <w:hyperlink r:id="rId15">
        <w:r>
          <w:rPr>
            <w:color w:val="0000EE"/>
            <w:u w:val="single"/>
          </w:rPr>
          <w:t>https://www.brighton-pride.org/residents/</w:t>
        </w:r>
      </w:hyperlink>
      <w:r>
        <w:t xml:space="preserve"> - Brighton Pride 2026 will take place on Saturday 1st and Sunday 2nd August in Preston Park, with events across the city, including the Pride Street Party on Marine Parade. The Pride Community Parade is scheduled for Saturday 1st August, starting at 11:00am from Hove Lawns and proceeding through the city to Preston Circus. Road closures around Preston Circus will begin at 9:30am, with the parade expected to arrive around 1:00pm and dispersal complete by 4:00pm, aiming to reopen roads by 4:30pm. Residents are advised to plan accordingly and check for updates on road closures.</w:t>
      </w:r>
      <w:r/>
    </w:p>
    <w:p>
      <w:pPr>
        <w:pStyle w:val="ListNumber"/>
        <w:spacing w:line="240" w:lineRule="auto"/>
        <w:ind w:left="720"/>
      </w:pPr>
      <w:r/>
      <w:hyperlink r:id="rId13">
        <w:r>
          <w:rPr>
            <w:color w:val="0000EE"/>
            <w:u w:val="single"/>
          </w:rPr>
          <w:t>https://www.southernrailway.com/service-updates/service-updates/brighton-pride</w:t>
        </w:r>
      </w:hyperlink>
      <w:r>
        <w:t xml:space="preserve"> - Southern Railway is working with Brighton &amp; Hove Pride to provide enhanced train services for Brighton Pride 2026 on Saturday 1 and Sunday 2 August. Due to expected large crowds, more services and extra carriages will be available. Passengers are advised to plan ahead, allow extra time for journeys, and re-check for any on-the-day alterations. Brighton station will be the main station for Pride events, with Preston Park and London Road stations closed from 17:00 on Friday 31 July until Monday 3 August. Oyster cards and contactless payments are not valid for journeys to and from Brighton; advance ticket purchase is recommended.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28661.brighton-pride-2026-bus-timetable-changes-diversions/?ref=rss" TargetMode="External"/><Relationship Id="rId10" Type="http://schemas.openxmlformats.org/officeDocument/2006/relationships/hyperlink" Target="https://www.brighton-pride.org/brighton-hove-buses/" TargetMode="External"/><Relationship Id="rId11" Type="http://schemas.openxmlformats.org/officeDocument/2006/relationships/hyperlink" Target="https://www.brighton-pride.org/travel/" TargetMode="External"/><Relationship Id="rId12" Type="http://schemas.openxmlformats.org/officeDocument/2006/relationships/hyperlink" Target="https://www.railtechnologymagazine.com/articles/gtr-confirms-enhanced-rail-services-brighton-pride-2026-35th-anniversary-returns" TargetMode="External"/><Relationship Id="rId13" Type="http://schemas.openxmlformats.org/officeDocument/2006/relationships/hyperlink" Target="https://www.southernrailway.com/service-updates/service-updates/brighton-pride" TargetMode="External"/><Relationship Id="rId14" Type="http://schemas.openxmlformats.org/officeDocument/2006/relationships/hyperlink" Target="https://www.gatwickexpress.com/service-updates/service-updates/brighton-pride" TargetMode="External"/><Relationship Id="rId15" Type="http://schemas.openxmlformats.org/officeDocument/2006/relationships/hyperlink" Target="https://www.brighton-pride.org/resid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