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&amp; Hove Pride 2026 Moments You’ll Want to See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colour, courage and community: Brighton &amp; Hove Pride’s 2026 parade and Preston Park festival returned with the theme “the power of love”, vivid costumes, an emotional focus on Pride’s history and a line-up to match , all against a backdrop of solidarity after recent attacks in Europe.</w:t>
      </w:r>
      <w:r/>
    </w:p>
    <w:p>
      <w:r/>
      <w:r>
        <w:t>Essential Takeaways</w:t>
      </w:r>
      <w:r/>
      <w:r/>
    </w:p>
    <w:p>
      <w:pPr>
        <w:pStyle w:val="ListBullet"/>
        <w:spacing w:line="240" w:lineRule="auto"/>
        <w:ind w:left="720"/>
      </w:pPr>
      <w:r/>
      <w:r>
        <w:rPr>
          <w:b/>
        </w:rPr>
        <w:t>When and where:</w:t>
      </w:r>
      <w:r>
        <w:t xml:space="preserve"> Parade set off from Hove Lawns at 11am and this year finishes near Preston Circus, dispersing on Beaconsfield Road.</w:t>
      </w:r>
      <w:r/>
    </w:p>
    <w:p>
      <w:pPr>
        <w:pStyle w:val="ListBullet"/>
        <w:spacing w:line="240" w:lineRule="auto"/>
        <w:ind w:left="720"/>
      </w:pPr>
      <w:r/>
      <w:r>
        <w:rPr>
          <w:b/>
        </w:rPr>
        <w:t>Theme:</w:t>
      </w:r>
      <w:r>
        <w:t xml:space="preserve"> “The power of love” highlights solidarity across Clause 28, the Aids crisis and decades of activism.</w:t>
      </w:r>
      <w:r/>
    </w:p>
    <w:p>
      <w:pPr>
        <w:pStyle w:val="ListBullet"/>
        <w:spacing w:line="240" w:lineRule="auto"/>
        <w:ind w:left="720"/>
      </w:pPr>
      <w:r/>
      <w:r>
        <w:rPr>
          <w:b/>
        </w:rPr>
        <w:t>Headliner:</w:t>
      </w:r>
      <w:r>
        <w:t xml:space="preserve"> Raye plays Preston Park festival and closes the main stage at 9pm, with a full line-up announced earlier in the year.</w:t>
      </w:r>
      <w:r/>
    </w:p>
    <w:p>
      <w:pPr>
        <w:pStyle w:val="ListBullet"/>
        <w:spacing w:line="240" w:lineRule="auto"/>
        <w:ind w:left="720"/>
      </w:pPr>
      <w:r/>
      <w:r>
        <w:rPr>
          <w:b/>
        </w:rPr>
        <w:t>Tone:</w:t>
      </w:r>
      <w:r>
        <w:t xml:space="preserve"> Festive and reflective , organisers explicitly addressed the recent Berlin attacks and made safety and remembrance part of the day.</w:t>
      </w:r>
      <w:r/>
    </w:p>
    <w:p>
      <w:pPr>
        <w:pStyle w:val="ListBullet"/>
        <w:spacing w:line="240" w:lineRule="auto"/>
        <w:ind w:left="720"/>
      </w:pPr>
      <w:r/>
      <w:r>
        <w:rPr>
          <w:b/>
        </w:rPr>
        <w:t>Visuals:</w:t>
      </w:r>
      <w:r>
        <w:t xml:space="preserve"> Costumes ranged from sleek and subtle to flamboyant and DIY , expect bright fabrics, glitter and a strong sense of history.</w:t>
      </w:r>
      <w:r/>
      <w:r/>
    </w:p>
    <w:p>
      <w:pPr>
        <w:pStyle w:val="Heading2"/>
      </w:pPr>
      <w:r>
        <w:t>Parade route and the new finish , what’s different this year</w:t>
      </w:r>
      <w:r/>
    </w:p>
    <w:p>
      <w:r/>
      <w:r>
        <w:t>The parade started on Hove Lawns and, for 2026, it finishes closer to the city at Preston Circus, where crowds will spread out along Beaconsfield Road. That shortcut feels practical and bustling: you’re never far from cafes and transport as the party disperses. Brighton Pride’s organisers have switched the finish before, but this year the move feels deliberate , keeping the march accessible while concentrating festival-goers into Preston Park. For visitors, it’s worth arriving early to catch the creative looks as the procession forms. If you’re planning to watch, check the official Brighton Pride parade route map so you know the best spots to stand, and bring a small fold-up chair or waterproof layer , Brighton weather is charmingly changeable.</w:t>
      </w:r>
      <w:r/>
    </w:p>
    <w:p>
      <w:pPr>
        <w:pStyle w:val="Heading2"/>
      </w:pPr>
      <w:r>
        <w:t>“The power of love”: history packed into costume and programming</w:t>
      </w:r>
      <w:r/>
    </w:p>
    <w:p>
      <w:r/>
      <w:r>
        <w:t>This year’s theme leaned into memory as much as celebration. The festival foregrounded the stories of those who built Pride, from the Sussex Gay Liberation Front in 1973 to the relaunch in 1991 that shaped the modern event. You could see that in the costumes , some groups wore retro nods, others used placards and banners to honour campaigns like resistance to Clause 28 and Aids activism. That blend of pageant and protest is what gives Brighton Pride its particular warmth. For anyone curious about the backstory, Brighton Pride’s official materials give a quick timeline of the city’s LGBTQI+ organising, which helps you appreciate why the event still feels both joyful and purposeful.</w:t>
      </w:r>
      <w:r/>
    </w:p>
    <w:p>
      <w:pPr>
        <w:pStyle w:val="Heading2"/>
      </w:pPr>
      <w:r>
        <w:t>Solidarity after Berlin: how safety and remembrance shaped the day</w:t>
      </w:r>
      <w:r/>
    </w:p>
    <w:p>
      <w:r/>
      <w:r>
        <w:t>The parade and festival took place amid grief and concern after a violent attack near a Berlin Pride event days earlier. Organisers and local leaders made solidarity and safety visible parts of the day. Paul Kemp, Brighton and Hove Pride’s managing director, said the incident influenced this year’s tone and programming. You could feel it in quieter, reflective moments between the music and march , and in the presence of stewards and emergency plans. If you’re attending, keep an eye on official announcements and steward guidance. Stick with friends, note exits at large crowds and charge your phone , small steps that make a big difference in staying safe and present.</w:t>
      </w:r>
      <w:r/>
    </w:p>
    <w:p>
      <w:pPr>
        <w:pStyle w:val="Heading2"/>
      </w:pPr>
      <w:r>
        <w:t>The music and festival vibe , Raye headlining and more</w:t>
      </w:r>
      <w:r/>
    </w:p>
    <w:p>
      <w:r/>
      <w:r>
        <w:t>Raye closing Preston Park at 9pm gave the weekend a real pop crescendo. The full line-up was published earlier in the year, and the festival offered a mix of mainstream acts and local DJs that kept the atmosphere lively from afternoon right through to the headliner. Preston Park’s stages are easy to navigate for families and groups, with food stalls and quieter areas if you want a break from the main stage thrum. Bring ear protection if you’re near speakers, and some cash for independent traders who add so much colour to the day. Expect that festival blend of sticky-lolly summer fun and emotional highlights , perfect if you want a night that’s both celebratory and communal.</w:t>
      </w:r>
      <w:r/>
    </w:p>
    <w:p>
      <w:pPr>
        <w:pStyle w:val="Heading2"/>
      </w:pPr>
      <w:r>
        <w:t>How to make the most of Brighton Pride , practical tips</w:t>
      </w:r>
      <w:r/>
    </w:p>
    <w:p>
      <w:r/>
      <w:r>
        <w:t>Arrive early to nab a good viewing spot and to soak up parade formations, which are often the most inventive and photo-ready before the crowd thickens. Wear comfortable shoes and a waterproof layer; Brighton’s breeze is part of the experience. Plan meeting points with your group and agree a time and place if phones die. Use the official Brighton Pride site for route maps and programming , organisers frequently update details about stages, accessibility and safety. And don’t be shy: chat to stallholders, applaud the community groups, and take a moment at the quieter memorial spots. Pride’s mix of spectacle and story is why so many come back year after year.</w:t>
      </w:r>
      <w:r/>
    </w:p>
    <w:p>
      <w:r/>
      <w:r>
        <w:t>It’s a small change that can make every visit more joyful and safer , see you at the next parade.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https://www.theargus.co.uk/news/26428686.brighton-hove-pride-2026-celebrations-pictures/?ref=rss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LGBTQ+ Community Parade 2026 returns on Saturday 1st August with the theme: The Power of Love. In 2026, Brighton &amp; Hove Pride proudly celebrates 35 years of bold, joyful LGBTQ+ visibility. Though not the city’s first Pride, our history stretches back to 1973, when the Sussex Gay Liberation Front organised the earliest marches. It marks 35 years since Pride as we know it today returned in 1991 and began shaping the vibrant celebration we share now.</w:t>
      </w:r>
      <w:r/>
    </w:p>
    <w:p>
      <w:pPr>
        <w:pStyle w:val="ListNumber"/>
        <w:spacing w:line="240" w:lineRule="auto"/>
        <w:ind w:left="720"/>
      </w:pPr>
      <w:r/>
      <w:hyperlink r:id="rId11">
        <w:r>
          <w:rPr>
            <w:color w:val="0000EE"/>
            <w:u w:val="single"/>
          </w:rPr>
          <w:t>https://www.brighton-pride.org/pride-parade-route/</w:t>
        </w:r>
      </w:hyperlink>
      <w:r>
        <w:t xml:space="preserve"> - The Brighton &amp; Hove Pride Community Parade will take place on Saturday 1st August 2026. The Parade will start on the Promenade at Hove Lawns at 11:00am and proceed through the city to finish at Preston Circus. As with previous years, we will be closing the roads around Preston Circus to allow for the Parade to disperse. This year the Parade will end at Preston Circus. We will be taking everyone, Parade floats and participants, northbound on Beaconsfield Road to disperse.</w:t>
      </w:r>
      <w:r/>
    </w:p>
    <w:p>
      <w:pPr>
        <w:pStyle w:val="ListNumber"/>
        <w:spacing w:line="240" w:lineRule="auto"/>
        <w:ind w:left="720"/>
      </w:pPr>
      <w:r/>
      <w:hyperlink r:id="rId12">
        <w:r>
          <w:rPr>
            <w:color w:val="0000EE"/>
            <w:u w:val="single"/>
          </w:rPr>
          <w:t>https://www.planomato.com/en/brighton/p/brighton-pride-2026-654</w:t>
        </w:r>
      </w:hyperlink>
      <w:r>
        <w:t xml:space="preserve"> - Brighton Pride 2026 is officially set for the first weekend of August, running from Saturday, August 1st, to Sunday, August 2nd. This event is widely known as the country's most popular celebration for the LGBT+ community, and as usual, the action is split between the city streets and Preston Park. The weekend kicks off with the Pride Community LGBTQ+ Parade on Saturday, August 1st. If you plan on watching or joining, the theme for the 2026 parade is 'The Power of Love'.</w:t>
      </w:r>
      <w:r/>
    </w:p>
    <w:p>
      <w:pPr>
        <w:pStyle w:val="ListNumber"/>
        <w:spacing w:line="240" w:lineRule="auto"/>
        <w:ind w:left="720"/>
      </w:pPr>
      <w:r/>
      <w:hyperlink r:id="rId14">
        <w:r>
          <w:rPr>
            <w:color w:val="0000EE"/>
            <w:u w:val="single"/>
          </w:rPr>
          <w:t>https://www.planomato.com/en/brighton/p/rupaul-brighton-hove-pride-2026</w:t>
        </w:r>
      </w:hyperlink>
      <w:r>
        <w:t xml:space="preserve"> - Brighton and Hove Pride 2026, known as 'Pride on the Park', is returning to Preston Park on the weekend of 1st and 2nd August 2026. This year marks the 35th anniversary of LGBTQ+ pride in the city, an event that has been running since 1991. The organisers have chosen 'The Power of Love' as the theme for this edition, which will be reflected in the community parade that kicks off the weekend. This parade serves as a nod to the history of the activists who established the event over three decades ago, highlighting the ongoing solidarity within the community.</w:t>
      </w:r>
      <w:r/>
    </w:p>
    <w:p>
      <w:pPr>
        <w:pStyle w:val="ListNumber"/>
        <w:spacing w:line="240" w:lineRule="auto"/>
        <w:ind w:left="720"/>
      </w:pPr>
      <w:r/>
      <w:hyperlink r:id="rId13">
        <w:r>
          <w:rPr>
            <w:color w:val="0000EE"/>
            <w:u w:val="single"/>
          </w:rPr>
          <w:t>https://www.brightonandhovenews.org/2026/03/26/brighton-hove-pride-announces-full-2026-line-up/</w:t>
        </w:r>
      </w:hyperlink>
      <w:r>
        <w:t xml:space="preserve"> - Brighton &amp; Hove Pride announces its full line-up for this year’s Pride on the Park supported by Hayu extravaganza! From Beverly Hills to Brighton, Y2K’s It Girl Paris Hilton has been announced as this year’s Sunday icon and will take to the main stage on August 2nd – she’ll have us all #Sliving our best lives! A cultural phenomenon and pioneer of modern influencer culture, Paris Hilton is still THEE moment – prepare to be-dazzled!</w:t>
      </w:r>
      <w:r/>
    </w:p>
    <w:p>
      <w:pPr>
        <w:pStyle w:val="ListNumber"/>
        <w:spacing w:line="240" w:lineRule="auto"/>
        <w:ind w:left="720"/>
      </w:pPr>
      <w:r/>
      <w:hyperlink r:id="rId15">
        <w:r>
          <w:rPr>
            <w:color w:val="0000EE"/>
            <w:u w:val="single"/>
          </w:rPr>
          <w:t>https://www.brightonandhovehockeyclub.net/news/bhhcs-inaugural-brighton-pride-parade-1st-august-2026-2978943.html</w:t>
        </w:r>
      </w:hyperlink>
      <w:r>
        <w:t xml:space="preserve"> - For the first time, our club will be part of the Brighton Pride 2026 parade, and the club would really love you to be there with us. Pride is about visibility, inclusion, and community. It is about showing up for each other and celebrating the diversity that makes our club what it is. This year’s theme, “The Power of Love”, speaks directly to that – the idea that sport, community, and connection can create spaces where everyone feels they belong.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8686.brighton-hove-pride-2026-celebrations-pictures/?ref=rss" TargetMode="External"/><Relationship Id="rId10" Type="http://schemas.openxmlformats.org/officeDocument/2006/relationships/hyperlink" Target="https://www.brighton-pride.org/pride-parade/" TargetMode="External"/><Relationship Id="rId11" Type="http://schemas.openxmlformats.org/officeDocument/2006/relationships/hyperlink" Target="https://www.brighton-pride.org/pride-parade-route/" TargetMode="External"/><Relationship Id="rId12" Type="http://schemas.openxmlformats.org/officeDocument/2006/relationships/hyperlink" Target="https://www.planomato.com/en/brighton/p/brighton-pride-2026-654" TargetMode="External"/><Relationship Id="rId13" Type="http://schemas.openxmlformats.org/officeDocument/2006/relationships/hyperlink" Target="https://www.brightonandhovenews.org/2026/03/26/brighton-hove-pride-announces-full-2026-line-up/" TargetMode="External"/><Relationship Id="rId14" Type="http://schemas.openxmlformats.org/officeDocument/2006/relationships/hyperlink" Target="https://www.planomato.com/en/brighton/p/rupaul-brighton-hove-pride-2026" TargetMode="External"/><Relationship Id="rId15" Type="http://schemas.openxmlformats.org/officeDocument/2006/relationships/hyperlink" Target="https://www.brightonandhovehockeyclub.net/news/bhhcs-inaugural-brighton-pride-parade-1st-august-2026-2978943.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