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&amp; Hove Pride 2026 Moments: Community, Colour and Culture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Thousands turned out as Brighton &amp; Hove Pride 2026 kicked off the city’s 35th anniversary celebrations, with a vibrant Community Parade, packed Pride on the Park line-up and streets awash in rainbow flags, here’s what happened, why it mattered and how the weekend boosted local life.</w:t>
      </w:r>
      <w:r/>
    </w:p>
    <w:p>
      <w:r/>
      <w:r>
        <w:t>Essential Takeaways</w:t>
      </w:r>
      <w:r/>
      <w:r/>
    </w:p>
    <w:p>
      <w:pPr>
        <w:pStyle w:val="ListBullet"/>
        <w:spacing w:line="240" w:lineRule="auto"/>
        <w:ind w:left="720"/>
      </w:pPr>
      <w:r/>
      <w:r>
        <w:rPr>
          <w:b/>
        </w:rPr>
        <w:t>Mass turnout:</w:t>
      </w:r>
      <w:r>
        <w:t xml:space="preserve"> Thousands lined the route, creating a carnival atmosphere and full streets from early morning. </w:t>
      </w:r>
      <w:r/>
    </w:p>
    <w:p>
      <w:pPr>
        <w:pStyle w:val="ListBullet"/>
        <w:spacing w:line="240" w:lineRule="auto"/>
        <w:ind w:left="720"/>
      </w:pPr>
      <w:r/>
      <w:r>
        <w:rPr>
          <w:b/>
        </w:rPr>
        <w:t>Diverse participants:</w:t>
      </w:r>
      <w:r>
        <w:t xml:space="preserve"> Community groups, emergency services, schools, businesses and charities all took part, emphasising inclusivity. </w:t>
      </w:r>
      <w:r/>
    </w:p>
    <w:p>
      <w:pPr>
        <w:pStyle w:val="ListBullet"/>
        <w:spacing w:line="240" w:lineRule="auto"/>
        <w:ind w:left="720"/>
      </w:pPr>
      <w:r/>
      <w:r>
        <w:rPr>
          <w:b/>
        </w:rPr>
        <w:t>Big-name music:</w:t>
      </w:r>
      <w:r>
        <w:t xml:space="preserve"> Pride on the Park staged headline acts including RAYE, G Flip and Jessie J, drawing wider audiences. </w:t>
      </w:r>
      <w:r/>
    </w:p>
    <w:p>
      <w:pPr>
        <w:pStyle w:val="ListBullet"/>
        <w:spacing w:line="240" w:lineRule="auto"/>
        <w:ind w:left="720"/>
      </w:pPr>
      <w:r/>
      <w:r>
        <w:rPr>
          <w:b/>
        </w:rPr>
        <w:t>Local lift:</w:t>
      </w:r>
      <w:r>
        <w:t xml:space="preserve"> Shops, cafés and hotels reported one of their busiest weekends, with businesses decorating in rainbow colours. </w:t>
      </w:r>
      <w:r/>
    </w:p>
    <w:p>
      <w:pPr>
        <w:pStyle w:val="ListBullet"/>
        <w:spacing w:line="240" w:lineRule="auto"/>
        <w:ind w:left="720"/>
      </w:pPr>
      <w:r/>
      <w:r>
        <w:rPr>
          <w:b/>
        </w:rPr>
        <w:t>Purposeful protest:</w:t>
      </w:r>
      <w:r>
        <w:t xml:space="preserve"> Parade banners and marches raised awareness of ongoing LGBTQ+ rights and community support needs.</w:t>
      </w:r>
      <w:r/>
      <w:r/>
    </w:p>
    <w:p>
      <w:pPr>
        <w:pStyle w:val="Heading2"/>
      </w:pPr>
      <w:r>
        <w:t>Parade day: colour, costumes and a city turned into a stage</w:t>
      </w:r>
      <w:r/>
    </w:p>
    <w:p>
      <w:r/>
      <w:r>
        <w:t>The strongest image from Saturday was the sheer colour, floats, feathered outfits, banners and a soundtrack that made the high street feel like a block party. Spectators queued from early hours to nab kerbside views, and the atmosphere was loud and joyful in a way that felt almost theatrical. According to Brighton &amp; Hove Pride materials, the Community Parade is designed to be an accessible, visible start to the weekend, and this year’s route filled with groups representing every corner of local life. If you want the best view next time, arrive early, bring a folding chair and pack water, the sensory overload is part of the fun.</w:t>
      </w:r>
      <w:r/>
    </w:p>
    <w:p>
      <w:pPr>
        <w:pStyle w:val="Heading2"/>
      </w:pPr>
      <w:r>
        <w:t>Who marched and why it mattered</w:t>
      </w:r>
      <w:r/>
    </w:p>
    <w:p>
      <w:r/>
      <w:r>
        <w:t>It wasn’t just performers and drag stars on display; community organisations, sports clubs, universities and emergency services walked together, which underlines how Pride has evolved into a civic event as well as a celebration. Staff and students from local institutions were on the streets, and Brighton &amp; Hove Hockey Club even fielded its inaugural Pride entry, showing grassroots engagement. Beyond the pageantry, marchers used banners and placards to highlight ongoing struggles for equality, reminding everyone that visibility doubles as activism. That blend of party and protest keeps the weekend rooted in purpose.</w:t>
      </w:r>
      <w:r/>
    </w:p>
    <w:p>
      <w:pPr>
        <w:pStyle w:val="Heading2"/>
      </w:pPr>
      <w:r>
        <w:t>Pride on the Park: big names, varied stages and non-stop entertainment</w:t>
      </w:r>
      <w:r/>
    </w:p>
    <w:p>
      <w:r/>
      <w:r>
        <w:t>After the parade, many thousands flowed into Pride on the Park where the Main Stage hosted pop and indie favourites including RAYE, G Flip and Jessie J, while community and cabaret stages kept smaller acts in the spotlight. Festival organisers released a full line-up earlier in the year to build anticipation, and the eclectic mix meant there was something for everyone, dance, cabaret, R&amp;B and local DJs. For festivalgoers, pacing matters: plan breaks, locate the chill-out areas and check the timetable so you don’t miss the sets you’ve come for.</w:t>
      </w:r>
      <w:r/>
    </w:p>
    <w:p>
      <w:pPr>
        <w:pStyle w:val="Heading2"/>
      </w:pPr>
      <w:r>
        <w:t>What it meant for traders and the local economy</w:t>
      </w:r>
      <w:r/>
    </w:p>
    <w:p>
      <w:r/>
      <w:r>
        <w:t>Shopfronts and hospitality outlets leaned into the weekend, with many businesses decorating in rainbow colours and reporting peak trade. Hotels and restaurants saw a spike as visitors arrived from across the UK and beyond, turning Pride into one of the city’s busiest trading periods of the year. For smaller traders, it’s worth thinking ahead, stock up, staff smartly and offer quick takeaway options, because the footfall is both a chance to sell and to show community support.</w:t>
      </w:r>
      <w:r/>
    </w:p>
    <w:p>
      <w:pPr>
        <w:pStyle w:val="Heading2"/>
      </w:pPr>
      <w:r>
        <w:t>Safety, logistics and how the city handled the crowds</w:t>
      </w:r>
      <w:r/>
    </w:p>
    <w:p>
      <w:r/>
      <w:r>
        <w:t>Volunteers, stewards and emergency services were visible throughout the day, helping manage road closures and transport changes. Organisers published parade route and access details to keep things moving, and many attendees chose to walk between the city centre and festival site to avoid saturated buses. If you’re planning to attend future events, check official transport updates, wear sturdy shoes and pick a meeting point with phone signal, crowds are joyous but mobile coverage can be patchy.</w:t>
      </w:r>
      <w:r/>
    </w:p>
    <w:p>
      <w:pPr>
        <w:pStyle w:val="Heading2"/>
      </w:pPr>
      <w:r>
        <w:t>Looking ahead: Pride’s future in Brighton and beyond</w:t>
      </w:r>
      <w:r/>
    </w:p>
    <w:p>
      <w:r/>
      <w:r>
        <w:t>Brighton &amp; Hove Pride remains a bellwether for large-scale LGBTQ+ celebrations across the UK, mixing headline acts with grassroots representation and community causes. The 35th anniversary weekend reinforced that blend: it’s a party that funds and fuels visibility, and it gives local voices a megaphone. As the city basks in the confetti, there’s a sense that Pride will keep evolving, more community-led floats, perhaps, and even deeper engagement with local businesses that want to be visible allies.</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https://sussex.news/top-post/brighton-hove-pride-2026-parade-brings-colour-community-and-celebration-to-the-city/42690/</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Community Parade is a vibrant annual event that showcases the city's commitment to LGBTQ+ visibility and inclusivity. In 2026, the parade is scheduled for Saturday, 1st August, with the theme 'The Power of Love'. The procession will start at Hove Lawns and proceed through the city centre, culminating at Preston Park. The event is expected to attract over 300,000 attendees, featuring a diverse array of community groups, charities, businesses, and performers. Applications for participation are now closed, and the parade route is available on the official website.</w:t>
      </w:r>
      <w:r/>
    </w:p>
    <w:p>
      <w:pPr>
        <w:pStyle w:val="ListNumber"/>
        <w:spacing w:line="240" w:lineRule="auto"/>
        <w:ind w:left="720"/>
      </w:pPr>
      <w:r/>
      <w:hyperlink r:id="rId11">
        <w:r>
          <w:rPr>
            <w:color w:val="0000EE"/>
            <w:u w:val="single"/>
          </w:rPr>
          <w:t>https://staff.sussex.ac.uk/news/article/70768-brighton-hove-pride-community-parade-2026</w:t>
        </w:r>
      </w:hyperlink>
      <w:r>
        <w:t xml:space="preserve"> - The University of Sussex is actively participating in the Brighton &amp; Hove Pride Community Parade 2026. The event is scheduled for Saturday, 1st August 2026, from 9 am to 2 pm. The parade will commence at Hove Lawns and conclude at Preston Park. Current students, staff, students' union staff, and alumni are invited to join the university's walking party. Participation is limited and allocated on a first-come, first-served basis. Participants will receive branded T-shirts to wear during the parade. For more details and to register, visit the university's staff hub page.</w:t>
      </w:r>
      <w:r/>
    </w:p>
    <w:p>
      <w:pPr>
        <w:pStyle w:val="ListNumber"/>
        <w:spacing w:line="240" w:lineRule="auto"/>
        <w:ind w:left="720"/>
      </w:pPr>
      <w:r/>
      <w:hyperlink r:id="rId12">
        <w:r>
          <w:rPr>
            <w:color w:val="0000EE"/>
            <w:u w:val="single"/>
          </w:rPr>
          <w:t>https://www.brightonandhovehockeyclub.net/news/bhhcs-inaugural-brighton-pride-parade-1st-august-2026-2978943.html</w:t>
        </w:r>
      </w:hyperlink>
      <w:r>
        <w:t xml:space="preserve"> - Brighton &amp; Hove Hockey Club (BHHC) is participating in the inaugural Brighton Pride Parade on Saturday, 1st August 2026. The club invites members, supporters, and allies to join them in the parade, which aligns with this year's theme, 'The Power of Love'. Participants are asked to meet at 10:30 am at Hove Promenade before joining the parade. Following the parade, attendees can gather for a drink nearby or proceed to Preston Park for those with tickets. Places are capped at 50, and interested individuals can sign up via a provided WhatsApp link.</w:t>
      </w:r>
      <w:r/>
    </w:p>
    <w:p>
      <w:pPr>
        <w:pStyle w:val="ListNumber"/>
        <w:spacing w:line="240" w:lineRule="auto"/>
        <w:ind w:left="720"/>
      </w:pPr>
      <w:r/>
      <w:hyperlink r:id="rId13">
        <w:r>
          <w:rPr>
            <w:color w:val="0000EE"/>
            <w:u w:val="single"/>
          </w:rPr>
          <w:t>https://www.brightonandhovenews.org/2026/03/26/brighton-hove-pride-announces-full-2026-line-up/</w:t>
        </w:r>
      </w:hyperlink>
      <w:r>
        <w:t xml:space="preserve"> - Brighton &amp; Hove Pride has announced its full line-up for the 2026 'Pride On The Park' extravaganza. The event, marking the 35th anniversary of LGBTQ+ pride in the city, is scheduled for the weekend of 1st and 2nd August 2026. The theme for this year's celebration is 'The Power of Love'. Notable performers include Paris Hilton, who will take to the main stage on Sunday, 2nd August, and Holly Johnson of Frankie Goes to Hollywood, who will headline the Legends slot. The event will feature multiple stages and immersive spaces, including Legends Cabaret, The Cocoa Butter Club, Queer Town, Party Bag, and new additions like Bears In The Woods, Queer Soap Box, and Outro, plus family zones and more.</w:t>
      </w:r>
      <w:r/>
    </w:p>
    <w:p>
      <w:pPr>
        <w:pStyle w:val="ListNumber"/>
        <w:spacing w:line="240" w:lineRule="auto"/>
        <w:ind w:left="720"/>
      </w:pPr>
      <w:r/>
      <w:hyperlink r:id="rId14">
        <w:r>
          <w:rPr>
            <w:color w:val="0000EE"/>
            <w:u w:val="single"/>
          </w:rPr>
          <w:t>https://www.planomato.com/en/brighton/p/rupaul-brighton-hove-pride-2026</w:t>
        </w:r>
      </w:hyperlink>
      <w:r>
        <w:t xml:space="preserve"> - Drag superstar RuPaul is scheduled to perform a DJ set during the Brighton and Hove Pride 2026 festival at Preston Park. The event, known as 'Pride on the Park', is returning to Preston Park on the weekend of 1st and 2nd August 2026. This year marks the 35th anniversary of LGBTQ+ pride in the city, an event that has been running since 1991. The organisers have chosen 'The Power of Love' as the theme for this edition, which will be reflected in the community parade that kicks off the weekend. This parade serves as a nod to the history of the activists who established the event over three decades ago, highlighting the ongoing solidarity within the community. The musical lineup for this year includes a variety of performers across the weekend. RuPaul is scheduled to take an icons slot during the festivities, following reports of a DJ set appearance. Alongside this, the programme features appearances from artists such as Paris Hilton, Jessie J, Five, and Diana Ross.</w:t>
      </w:r>
      <w:r/>
    </w:p>
    <w:p>
      <w:pPr>
        <w:pStyle w:val="ListNumber"/>
        <w:spacing w:line="240" w:lineRule="auto"/>
        <w:ind w:left="720"/>
      </w:pPr>
      <w:r/>
      <w:hyperlink r:id="rId15">
        <w:r>
          <w:rPr>
            <w:color w:val="0000EE"/>
            <w:u w:val="single"/>
          </w:rPr>
          <w:t>https://www.youtube.com/watch?v=zoHmRTgv36I</w:t>
        </w:r>
      </w:hyperlink>
      <w:r>
        <w:t xml:space="preserve"> - This video showcases the full highlights of the Brighton Pride 2025 Parade, one of Europe's largest and most colourful LGBTQ+ events. Hundreds of thousands of people marched through Brighton from Hove Lawns to Preston Park in a 4-hour celebration of love, protest, and equality. The 2025 theme, 'Ravishing Rage', brought together incredible costumes, floats, music, and fierce energy in support of the LGBTQ+ community. The video features parade highlights, costumes, drag artists, crowd moments, and more, providing a vibrant glimpse into the festivities.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ssex.news/top-post/brighton-hove-pride-2026-parade-brings-colour-community-and-celebration-to-the-city/42690/" TargetMode="External"/><Relationship Id="rId10" Type="http://schemas.openxmlformats.org/officeDocument/2006/relationships/hyperlink" Target="https://www.brighton-pride.org/pride-parade/" TargetMode="External"/><Relationship Id="rId11" Type="http://schemas.openxmlformats.org/officeDocument/2006/relationships/hyperlink" Target="https://staff.sussex.ac.uk/news/article/70768-brighton-hove-pride-community-parade-2026" TargetMode="External"/><Relationship Id="rId12" Type="http://schemas.openxmlformats.org/officeDocument/2006/relationships/hyperlink" Target="https://www.brightonandhovehockeyclub.net/news/bhhcs-inaugural-brighton-pride-parade-1st-august-2026-2978943.html" TargetMode="External"/><Relationship Id="rId13" Type="http://schemas.openxmlformats.org/officeDocument/2006/relationships/hyperlink" Target="https://www.brightonandhovenews.org/2026/03/26/brighton-hove-pride-announces-full-2026-line-up/"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youtube.com/watch?v=zoHmRTgv36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