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Brother Casting Changes Fans Want: More LGBTQIA+ Contestants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social conversation as Big Brother viewers demand fairer casting: former houseguest Frankie Grande and drag star Peppermint are urging CBS to add more LGBTQIA+ voices after season 28 left one queer contestant isolated, and it matters for representation on reality TV.</w:t>
      </w:r>
      <w:r/>
    </w:p>
    <w:p>
      <w:r/>
      <w:r>
        <w:t>Essential Takeaways</w:t>
      </w:r>
      <w:r/>
      <w:r/>
    </w:p>
    <w:p>
      <w:pPr>
        <w:pStyle w:val="ListBullet"/>
        <w:spacing w:line="240" w:lineRule="auto"/>
        <w:ind w:left="720"/>
      </w:pPr>
      <w:r/>
      <w:r>
        <w:rPr>
          <w:b/>
        </w:rPr>
        <w:t>Public plea:</w:t>
      </w:r>
      <w:r>
        <w:t xml:space="preserve"> Frankie Grande and Peppermint, in collaboration with GLAAD, have pushed for more authentic LGBTQIA+ casting in reality shows. </w:t>
      </w:r>
      <w:r/>
    </w:p>
    <w:p>
      <w:pPr>
        <w:pStyle w:val="ListBullet"/>
        <w:spacing w:line="240" w:lineRule="auto"/>
        <w:ind w:left="720"/>
      </w:pPr>
      <w:r/>
      <w:r>
        <w:rPr>
          <w:b/>
        </w:rPr>
        <w:t>Visible fallout:</w:t>
      </w:r>
      <w:r>
        <w:t xml:space="preserve"> Jason De Puy (Salina EsTitties), the only openly gay contestant in Big Brother 28, faced social isolation and homophobic jibes in the house. </w:t>
      </w:r>
      <w:r/>
    </w:p>
    <w:p>
      <w:pPr>
        <w:pStyle w:val="ListBullet"/>
        <w:spacing w:line="240" w:lineRule="auto"/>
        <w:ind w:left="720"/>
      </w:pPr>
      <w:r/>
      <w:r>
        <w:rPr>
          <w:b/>
        </w:rPr>
        <w:t>Gameplay vs prejudice:</w:t>
      </w:r>
      <w:r>
        <w:t xml:space="preserve"> Fans are split, some cite gameplay errors, others say the treatment crossed into prejudice and exclusion. </w:t>
      </w:r>
      <w:r/>
    </w:p>
    <w:p>
      <w:pPr>
        <w:pStyle w:val="ListBullet"/>
        <w:spacing w:line="240" w:lineRule="auto"/>
        <w:ind w:left="720"/>
      </w:pPr>
      <w:r/>
      <w:r>
        <w:rPr>
          <w:b/>
        </w:rPr>
        <w:t>Broadcast responsibility:</w:t>
      </w:r>
      <w:r>
        <w:t xml:space="preserve"> Critics argue CBS shares responsibility when problematic language airs without clearer context or consequences. </w:t>
      </w:r>
      <w:r/>
      <w:r/>
    </w:p>
    <w:p>
      <w:pPr>
        <w:pStyle w:val="Heading2"/>
      </w:pPr>
      <w:r>
        <w:t>Why former houseguests are calling out Big Brother now</w:t>
      </w:r>
      <w:r/>
    </w:p>
    <w:p>
      <w:r/>
      <w:r>
        <w:t>Former contestant Frankie Grande publicly reacted after viewers watched Jason De Puy become isolated on Big Brother 28, and his post referenced an open letter he and Peppermint wrote with GLAAD calling for authentic LGBTQIA+ representation. The scene where De Puy sits alone, visibly upset, struck a lot of people as painfully familiar and unnecessary. Grande’s intervention feels less like celebrity opinion and more like a nudge from someone who’s been inside the game and seen what can happen when casting lacks balance.</w:t>
      </w:r>
      <w:r/>
    </w:p>
    <w:p>
      <w:r/>
      <w:r>
        <w:t>Reality stars turning into advocates is now part of how culture shifts on TV. When familiar faces call for change, networks and audiences both pay attention , and often start asking whether casting truly reflects the communities contestants claim to represent.</w:t>
      </w:r>
      <w:r/>
    </w:p>
    <w:p>
      <w:pPr>
        <w:pStyle w:val="Heading2"/>
      </w:pPr>
      <w:r>
        <w:t>What happened to Jason inside the Big Brother house</w:t>
      </w:r>
      <w:r/>
    </w:p>
    <w:p>
      <w:r/>
      <w:r>
        <w:t>Jason De Puy, who has also performed as Salina EsTitties on RuPaul’s Drag Race, became the season’s only openly gay player and quickly found himself on the sidelines after a confrontation at a house tea party. He was accused of lying by Head of Household Kamu Kirk, then sat alone while other contestants didn’t check on him. Social media clips of him mouthing “I miss gay people” were widely shared and sparked immediate reaction.</w:t>
      </w:r>
      <w:r/>
    </w:p>
    <w:p>
      <w:r/>
      <w:r>
        <w:t>Some viewers pointed out that Jason’s in-game strategy had been messy, which is fair in the context of a competition. But many argued being the sole queer contestant changes the stakes , being isolated in that situation can feel less like strategy and more like exclusion.</w:t>
      </w:r>
      <w:r/>
    </w:p>
    <w:p>
      <w:pPr>
        <w:pStyle w:val="Heading2"/>
      </w:pPr>
      <w:r>
        <w:t>Is the backlash about gameplay or homophobia?</w:t>
      </w:r>
      <w:r/>
    </w:p>
    <w:p>
      <w:r/>
      <w:r>
        <w:t>The conversation split into two clear camps: viewers who saw Jason’s choices as standard messy gameplay, and those who say his treatment went beyond strategy into hostile territory. Terms like “zesty” were used on screen and interpreted by some as coded homophobic language, which prompted calls for greater sensitivity from both housemates and producers. When derogatory-sounding language is broadcast without challenge, critics say networks are complicit.</w:t>
      </w:r>
      <w:r/>
    </w:p>
    <w:p>
      <w:r/>
      <w:r>
        <w:t>This debate isn’t new in reality TV: shows that rely on interpersonal conflict walk a tight line between drama and real harm. The difference, critics say, is whether producers think ahead about balancing casts so minority contestants aren’t constantly outnumbered and exposed.</w:t>
      </w:r>
      <w:r/>
    </w:p>
    <w:p>
      <w:pPr>
        <w:pStyle w:val="Heading2"/>
      </w:pPr>
      <w:r>
        <w:t>Why broader LGBTQIA+ casting would change the game</w:t>
      </w:r>
      <w:r/>
    </w:p>
    <w:p>
      <w:r/>
      <w:r>
        <w:t>Casting more LGBTQIA+ contestants isn’t just about optics; it changes dynamics inside the house and what viewers see at home. When contestants from a range of backgrounds can lean on peers who share cultural reference points, moments of isolation are less likely to become spectacles. Grande, Peppermint and GLAAD’s push is grounded in that practical logic: authentic representation tends to reduce the harm caused by ignorance or coded remarks, and it makes the show richer and more unexpected.</w:t>
      </w:r>
      <w:r/>
    </w:p>
    <w:p>
      <w:r/>
      <w:r>
        <w:t>If you’re choosing what to watch, notice how casting affects the tone. Shows with diverse casts often produce subtler conflict and more layered storytelling, because contestants don’t carry the extra burden of representing an entire community on their own.</w:t>
      </w:r>
      <w:r/>
    </w:p>
    <w:p>
      <w:pPr>
        <w:pStyle w:val="Heading2"/>
      </w:pPr>
      <w:r>
        <w:t>What networks can do , and what viewers can expect next</w:t>
      </w:r>
      <w:r/>
    </w:p>
    <w:p>
      <w:r/>
      <w:r>
        <w:t>Broadcasters can take immediate, concrete steps: broaden casting searches, include more candidates from the LGBTQIA+ community, and provide clearer on-set support and anti-harassment training. They can also be more deliberate about editing and contextualising incidents that involve prejudice so audiences see the full story, not a clip that normalises harmful language.</w:t>
      </w:r>
      <w:r/>
    </w:p>
    <w:p>
      <w:r/>
      <w:r>
        <w:t>Viewers should keep the pressure up, too. Social conversation and thoughtful criticism push producers to think harder about diversity, and that can gradually change the kinds of stories reality TV tells.</w:t>
      </w:r>
      <w:r/>
    </w:p>
    <w:p>
      <w:r/>
      <w:r>
        <w:t>It's a small change that can make every moment in the house feel less lonely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[5]</w:t>
        </w:r>
      </w:hyperlink>
      <w:r>
        <w:t xml:space="preserve">, </w:t>
      </w:r>
      <w:hyperlink r:id="rId12">
        <w:r>
          <w:rPr>
            <w:color w:val="0000EE"/>
            <w:u w:val="single"/>
          </w:rPr>
          <w:t>[6]</w:t>
        </w:r>
      </w:hyperlink>
      <w:r>
        <w:t xml:space="preserve">- Paragraph 5: </w:t>
      </w:r>
      <w:hyperlink r:id="rId14">
        <w:r>
          <w:rPr>
            <w:color w:val="0000EE"/>
            <w:u w:val="single"/>
          </w:rPr>
          <w:t>[4]</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https://www.al.com/tv/2026/07/big-brother-alum-slams-painful-treatment-of-gay-contestant-calls-for-more-diverse-casting.html</w:t>
        </w:r>
      </w:hyperlink>
      <w:r>
        <w:t xml:space="preserve"> - Please view link - unable to able to access data</w:t>
      </w:r>
      <w:r/>
    </w:p>
    <w:p>
      <w:pPr>
        <w:pStyle w:val="ListNumber"/>
        <w:spacing w:line="240" w:lineRule="auto"/>
        <w:ind w:left="720"/>
      </w:pPr>
      <w:r/>
      <w:hyperlink r:id="rId9">
        <w:r>
          <w:rPr>
            <w:color w:val="0000EE"/>
            <w:u w:val="single"/>
          </w:rPr>
          <w:t>https://www.al.com/tv/2026/07/big-brother-alum-slams-painful-treatment-of-gay-contestant-calls-for-more-diverse-casting.html</w:t>
        </w:r>
      </w:hyperlink>
      <w:r>
        <w:t xml:space="preserve"> - Frankie Grande, a former 'Big Brother' contestant, has called for increased LGBTQIA+ representation on the show after witnessing the isolation of Jason De Puy, the only openly gay contestant in season 28. Grande highlighted the need for queer contestants to feel welcomed and not face prejudice. De Puy, known as Salina EsTitties from 'RuPaul’s Drag Race', faced tension with fellow housemate Kamu Kirk, who made uncomfortable remarks about De Puy's drag persona. This situation underscores the importance of inclusive casting and authentic representation in reality television.</w:t>
      </w:r>
      <w:r/>
    </w:p>
    <w:p>
      <w:pPr>
        <w:pStyle w:val="ListNumber"/>
        <w:spacing w:line="240" w:lineRule="auto"/>
        <w:ind w:left="720"/>
      </w:pPr>
      <w:r/>
      <w:hyperlink r:id="rId11">
        <w:r>
          <w:rPr>
            <w:color w:val="0000EE"/>
            <w:u w:val="single"/>
          </w:rPr>
          <w:t>https://www.metroweekly.com/2026/07/salina-estitties-big-brother-season-28/</w:t>
        </w:r>
      </w:hyperlink>
      <w:r>
        <w:t xml:space="preserve"> - Jason De Puy, also known as Salina EsTitties from 'RuPaul’s Drag Race', is set to compete on season 28 of 'Big Brother'. De Puy, a 35-year-old drag queen from Los Angeles, is the first contestant from the 'Drag Race' franchise to join the American version of the CBS reality competition. In his promotional video, he expressed excitement about the opportunity and his intention to win the game, aiming to be the first gay, first-generation Latino drag queen to win 'Big Brother'.</w:t>
      </w:r>
      <w:r/>
    </w:p>
    <w:p>
      <w:pPr>
        <w:pStyle w:val="ListNumber"/>
        <w:spacing w:line="240" w:lineRule="auto"/>
        <w:ind w:left="720"/>
      </w:pPr>
      <w:r/>
      <w:hyperlink r:id="rId14">
        <w:r>
          <w:rPr>
            <w:color w:val="0000EE"/>
            <w:u w:val="single"/>
          </w:rPr>
          <w:t>https://www.cosmopolitan.com/entertainment/celebs/a73168547/why-are-jasons-tattoos-covered-big-brother/</w:t>
        </w:r>
      </w:hyperlink>
      <w:r>
        <w:t xml:space="preserve"> - Jason De Puy, known as Salina EsTitties, has been seen covering his tattoos during 'Big Brother' season 28. This practice is due to licensing and copyright laws that prevent CBS from displaying tattoos without explicit permission from the tattoo artist. If such permission isn't obtained, the tattoos must be concealed. This issue has been prevalent in the entertainment industry, with productions requiring clearance for any tattoos shown onscreen to avoid legal complications.</w:t>
      </w:r>
      <w:r/>
    </w:p>
    <w:p>
      <w:pPr>
        <w:pStyle w:val="ListNumber"/>
        <w:spacing w:line="240" w:lineRule="auto"/>
        <w:ind w:left="720"/>
      </w:pPr>
      <w:r/>
      <w:hyperlink r:id="rId10">
        <w:r>
          <w:rPr>
            <w:color w:val="0000EE"/>
            <w:u w:val="single"/>
          </w:rPr>
          <w:t>https://www.thewrap.com/frankie-grande-peppermint-lgbtq-reality-tv-casting-open-letter/</w:t>
        </w:r>
      </w:hyperlink>
      <w:r>
        <w:t xml:space="preserve"> - Frankie Grande and Peppermint, both alumni of 'Big Brother' and 'RuPaul’s Drag Race' respectively, have collaborated with GLAAD to pen an open letter urging reality television producers to cast LGBTQ+ individuals more authentically. The letter calls for increased representation that mirrors the prominence of the queer community in American society, highlighting the need for genuine inclusion in reality TV casting.</w:t>
      </w:r>
      <w:r/>
    </w:p>
    <w:p>
      <w:pPr>
        <w:pStyle w:val="ListNumber"/>
        <w:spacing w:line="240" w:lineRule="auto"/>
        <w:ind w:left="720"/>
      </w:pPr>
      <w:r/>
      <w:hyperlink r:id="rId12">
        <w:r>
          <w:rPr>
            <w:color w:val="0000EE"/>
            <w:u w:val="single"/>
          </w:rPr>
          <w:t>https://www.attitude.co.uk/culture/film-tv/glaad-call-for-lgbtq-representation-on-reality-tv-frankie-grande-pepperment-481052/</w:t>
        </w:r>
      </w:hyperlink>
      <w:r>
        <w:t xml:space="preserve"> - A coalition of LGBTQ+ celebrities, including Ilana Glazer, Alan Cumming, and Elliot Page, have joined Frankie Grande and Peppermint in supporting GLAAD's call for better representation of LGBTQ+ individuals in reality television. The open letter urges casting directors and producers to improve the authenticity and visibility of queer characters, reflecting the community's prominence in society.</w:t>
      </w:r>
      <w:r/>
    </w:p>
    <w:p>
      <w:pPr>
        <w:pStyle w:val="ListNumber"/>
        <w:spacing w:line="240" w:lineRule="auto"/>
        <w:ind w:left="720"/>
      </w:pPr>
      <w:r/>
      <w:hyperlink r:id="rId13">
        <w:r>
          <w:rPr>
            <w:color w:val="0000EE"/>
            <w:u w:val="single"/>
          </w:rPr>
          <w:t>https://www.them.us/entertainment/tv-and-movies/big-brother-salina-estitties-kamu-kirk</w:t>
        </w:r>
      </w:hyperlink>
      <w:r>
        <w:t xml:space="preserve"> - In 'Big Brother' season 28, contestant Kamu Kirk faced backlash for making anti-drag remarks towards fellow housemate Jason De Puy, known as Salina EsTitties. Kirk's comments, which included expressing discomfort with wearing women's clothing and referencing his MMA image, sparked criticism from fans and former contestants, highlighting ongoing issues of homophobia and discrimination within the reality TV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l.com/tv/2026/07/big-brother-alum-slams-painful-treatment-of-gay-contestant-calls-for-more-diverse-casting.html" TargetMode="External"/><Relationship Id="rId10" Type="http://schemas.openxmlformats.org/officeDocument/2006/relationships/hyperlink" Target="https://www.thewrap.com/frankie-grande-peppermint-lgbtq-reality-tv-casting-open-letter/" TargetMode="External"/><Relationship Id="rId11" Type="http://schemas.openxmlformats.org/officeDocument/2006/relationships/hyperlink" Target="https://www.metroweekly.com/2026/07/salina-estitties-big-brother-season-28/" TargetMode="External"/><Relationship Id="rId12" Type="http://schemas.openxmlformats.org/officeDocument/2006/relationships/hyperlink" Target="https://www.attitude.co.uk/culture/film-tv/glaad-call-for-lgbtq-representation-on-reality-tv-frankie-grande-pepperment-481052/" TargetMode="External"/><Relationship Id="rId13" Type="http://schemas.openxmlformats.org/officeDocument/2006/relationships/hyperlink" Target="https://www.them.us/entertainment/tv-and-movies/big-brother-salina-estitties-kamu-kirk" TargetMode="External"/><Relationship Id="rId14" Type="http://schemas.openxmlformats.org/officeDocument/2006/relationships/hyperlink" Target="https://www.cosmopolitan.com/entertainment/celebs/a73168547/why-are-jasons-tattoos-covered-big-broth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