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Alki Beach Pride Moments: Flag Fans, Flying Beach Balls and Community Spirit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locals flocked to Alki for a colourful warm-up to the big day, as volunteers unfurled giant Seattle Pride flags on the sand , and a rogue beach ball caught the breeze, briefly stealing the show. It mattered because the event showcased community energy, previewed the August festival, and reminded everyone why these gatherings feel essential.</w:t>
      </w:r>
      <w:r/>
    </w:p>
    <w:p>
      <w:r/>
      <w:r>
        <w:t>Essential Takeaways</w:t>
      </w:r>
      <w:r/>
      <w:r/>
    </w:p>
    <w:p>
      <w:pPr>
        <w:pStyle w:val="ListBullet"/>
        <w:spacing w:line="240" w:lineRule="auto"/>
        <w:ind w:left="720"/>
      </w:pPr>
      <w:r/>
      <w:r>
        <w:rPr>
          <w:b/>
        </w:rPr>
        <w:t>Anniversary celebration:</w:t>
      </w:r>
      <w:r>
        <w:t xml:space="preserve"> Alki Beach Pride is marking its 12th year with a full-day festival on Saturday 15 August, noon–8pm.</w:t>
      </w:r>
      <w:r/>
    </w:p>
    <w:p>
      <w:pPr>
        <w:pStyle w:val="ListBullet"/>
        <w:spacing w:line="240" w:lineRule="auto"/>
        <w:ind w:left="720"/>
      </w:pPr>
      <w:r/>
      <w:r>
        <w:rPr>
          <w:b/>
        </w:rPr>
        <w:t>Preview event vibe:</w:t>
      </w:r>
      <w:r>
        <w:t xml:space="preserve"> Dozens gathered to unfurl giant flags lent by Seattle Pride; the scene was loud, bright and cheerful.</w:t>
      </w:r>
      <w:r/>
    </w:p>
    <w:p>
      <w:pPr>
        <w:pStyle w:val="ListBullet"/>
        <w:spacing w:line="240" w:lineRule="auto"/>
        <w:ind w:left="720"/>
      </w:pPr>
      <w:r/>
      <w:r>
        <w:rPr>
          <w:b/>
        </w:rPr>
        <w:t>Unexpected moment:</w:t>
      </w:r>
      <w:r>
        <w:t xml:space="preserve"> A giant beach ball was swept away by wind during the flags demonstration, then recovered later , a bit of drama with a happy ending.</w:t>
      </w:r>
      <w:r/>
    </w:p>
    <w:p>
      <w:pPr>
        <w:pStyle w:val="ListBullet"/>
        <w:spacing w:line="240" w:lineRule="auto"/>
        <w:ind w:left="720"/>
      </w:pPr>
      <w:r/>
      <w:r>
        <w:rPr>
          <w:b/>
        </w:rPr>
        <w:t>Local heroes:</w:t>
      </w:r>
      <w:r>
        <w:t xml:space="preserve"> Organisers Stacy and Jolie Bass-Walden led the turnout; Dykes on Bikes kicked off the procession and DJ Brick the Doll kept spirits high.</w:t>
      </w:r>
      <w:r/>
    </w:p>
    <w:p>
      <w:pPr>
        <w:pStyle w:val="ListBullet"/>
        <w:spacing w:line="240" w:lineRule="auto"/>
        <w:ind w:left="720"/>
      </w:pPr>
      <w:r/>
      <w:r>
        <w:rPr>
          <w:b/>
        </w:rPr>
        <w:t>Practical note:</w:t>
      </w:r>
      <w:r>
        <w:t xml:space="preserve"> Expect music, vendors, food, and community booths at the main festival , plan for sun, sand and sea breezes.</w:t>
      </w:r>
      <w:r/>
      <w:r/>
    </w:p>
    <w:p>
      <w:pPr>
        <w:pStyle w:val="Heading2"/>
      </w:pPr>
      <w:r>
        <w:t>A windy warm-up that felt like summer theatre</w:t>
      </w:r>
      <w:r/>
    </w:p>
    <w:p>
      <w:r/>
      <w:r>
        <w:t>The strongest image from today was simple and very human: volunteers laughing as a huge ball skittered across the sand and into the sky, a bright pulse against the blue. According to local coverage, the flags were laid out with plenty of choreography and coaching on how to do “The Wave” with the flags, which made the whole scene feel like a performance piece. Organisers had hoped for a calm photoshoot, but the breeze had other ideas , and it gave everyone a story to tell.</w:t>
      </w:r>
      <w:r/>
    </w:p>
    <w:p>
      <w:r/>
      <w:r>
        <w:t>Behind the levity there’s a serious throughline: this preview was about momentum. Alki Beach Pride has grown into an all-day celebration, and moments like a runaway beach ball do more to bind a neighbourhood together than a perfect staged shot would. If you’re planning to attend the main festival, bring a hat that ties on, a light blanket and a sense of humour.</w:t>
      </w:r>
      <w:r/>
    </w:p>
    <w:p>
      <w:pPr>
        <w:pStyle w:val="Heading2"/>
      </w:pPr>
      <w:r>
        <w:t>Who’s behind it and why it matters</w:t>
      </w:r>
      <w:r/>
    </w:p>
    <w:p>
      <w:r/>
      <w:r>
        <w:t>Stacy and Jolie Bass-Walden of Alki continue to run the show, and their work has been noticed beyond the peninsula , Seattle Pride lent the giant flags used in the preview, and the organisation had recently recognised Stacy with an award. The event combines grassroots organising with wider civic and LGBTQ+ networks, which is why local leaders showed up too; District 1 City Councilmember Rob Saka was among the volunteers.</w:t>
      </w:r>
      <w:r/>
    </w:p>
    <w:p>
      <w:r/>
      <w:r>
        <w:t>That mix of personal commitment and institutional support is why the festival still feels both intimate and big. For many attendees it’s not just a party, it’s a place to see friends, meet neighbours, and feel visible. Expect that same blend on 15 August, where small volunteer-run booths will sit alongside larger community tables.</w:t>
      </w:r>
      <w:r/>
    </w:p>
    <w:p>
      <w:pPr>
        <w:pStyle w:val="Heading2"/>
      </w:pPr>
      <w:r>
        <w:t>Rides, rhythm and resilient moments</w:t>
      </w:r>
      <w:r/>
    </w:p>
    <w:p>
      <w:r/>
      <w:r>
        <w:t>The preview began in style with Dykes on Bikes rolling in, which set the tone: loud, proud and playful. Later, when the beach gathering moved back toward Blue Moon Burgers, DJ Brick the Doll took over, keeping the beat going while people mingled, grabbed bites and compared notes about the ball’s brief flight.</w:t>
      </w:r>
      <w:r/>
    </w:p>
    <w:p>
      <w:r/>
      <w:r>
        <w:t>Events like this are increasingly curated as neighbourhood festivals with a festival-friendly mix: music slots, food sellers, craft vendors and family-friendly activities. If you’re coming, pace your day , there’s music to catch, vendors to explore, and shade to seek as the afternoon heat and wind trade places.</w:t>
      </w:r>
      <w:r/>
    </w:p>
    <w:p>
      <w:pPr>
        <w:pStyle w:val="Heading2"/>
      </w:pPr>
      <w:r>
        <w:t>When community logistics meet seaside conditions</w:t>
      </w:r>
      <w:r/>
    </w:p>
    <w:p>
      <w:r/>
      <w:r>
        <w:t>If there’s a practical lesson from today it’s this: beach events need plans for wind. The flags and the giant ball were visually brilliant, but the sea breeze turned them into variable props. Organisers clearly expect that , they staged the flags, coached volunteers, and kept the show moving even after the ball took off. Later word from event organisers confirmed the beach ball was retrieved and returned, which made for a neat full stop.</w:t>
      </w:r>
      <w:r/>
    </w:p>
    <w:p>
      <w:r/>
      <w:r>
        <w:t>For visitors, bring layers and secure valuables; for families with small children, keep an eye on loose toys. And if you’re a vendor, peg your marquee well and bring extra weights , coastal gusts aren’t shy.</w:t>
      </w:r>
      <w:r/>
    </w:p>
    <w:p>
      <w:pPr>
        <w:pStyle w:val="Heading2"/>
      </w:pPr>
      <w:r>
        <w:t>What to expect on 15 August and how to make the most of it</w:t>
      </w:r>
      <w:r/>
    </w:p>
    <w:p>
      <w:r/>
      <w:r>
        <w:t>The headline attraction is an all-day festival on the sand, noon to 8pm, with music line-ups, vendors, and community groups. According to the preview, the atmosphere will be celebratory and inclusive, and organisers are still finalising the day’s schedule as the event approaches. Plan to arrive early for parking, bring cash or a card depending on stalls, and make a loose schedule: music sets you don’t want to miss, snack breaks, and time to wander the vendor rows.</w:t>
      </w:r>
      <w:r/>
    </w:p>
    <w:p>
      <w:r/>
      <w:r>
        <w:t>If you love people-watching, flag choreography, or the kind of small mishaps that become local legend, this is the event to bookmark. It's a beach day, a parade and a neighbourhood reunion all rolled into one.</w:t>
      </w:r>
      <w:r/>
    </w:p>
    <w:p>
      <w:r/>
      <w:r>
        <w:t>It's a small change that can make every visit feel more like coming home.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[5]</w:t>
        </w:r>
      </w:hyperlink>
      <w:r>
        <w:t xml:space="preserve">- Paragraph 2: </w:t>
      </w:r>
      <w:hyperlink r:id="rId11">
        <w:r>
          <w:rPr>
            <w:color w:val="0000EE"/>
            <w:u w:val="single"/>
          </w:rPr>
          <w:t>[3]</w:t>
        </w:r>
      </w:hyperlink>
      <w:r>
        <w:t xml:space="preserve">, </w:t>
      </w:r>
      <w:hyperlink r:id="rId9">
        <w:r>
          <w:rPr>
            <w:color w:val="0000EE"/>
            <w:u w:val="single"/>
          </w:rPr>
          <w:t>[2]</w:t>
        </w:r>
      </w:hyperlink>
      <w:r>
        <w:t xml:space="preserve">- Paragraph 3: </w:t>
      </w:r>
      <w:hyperlink r:id="rId9">
        <w:r>
          <w:rPr>
            <w:color w:val="0000EE"/>
            <w:u w:val="single"/>
          </w:rPr>
          <w:t>[2]</w:t>
        </w:r>
      </w:hyperlink>
      <w:r>
        <w:t xml:space="preserve">, </w:t>
      </w:r>
      <w:hyperlink r:id="rId12">
        <w:r>
          <w:rPr>
            <w:color w:val="0000EE"/>
            <w:u w:val="single"/>
          </w:rPr>
          <w:t>[4]</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https://westseattleblog.com/2026/08/video-beach-breezes-blow-a-component-of-alki-beach-pride-flag-celebration-off-course-but-party-stays-on-track/</w:t>
        </w:r>
      </w:hyperlink>
      <w:r>
        <w:t xml:space="preserve"> - Please view link - unable to able to access data</w:t>
      </w:r>
      <w:r/>
    </w:p>
    <w:p>
      <w:pPr>
        <w:pStyle w:val="ListNumber"/>
        <w:spacing w:line="240" w:lineRule="auto"/>
        <w:ind w:left="720"/>
      </w:pPr>
      <w:r/>
      <w:hyperlink r:id="rId9">
        <w:r>
          <w:rPr>
            <w:color w:val="0000EE"/>
            <w:u w:val="single"/>
          </w:rPr>
          <w:t>https://westseattleblog.com/2026/08/video-beach-breezes-blow-a-component-of-alki-beach-pride-flag-celebration-off-course-but-party-stays-on-track/</w:t>
        </w:r>
      </w:hyperlink>
      <w:r>
        <w:t xml:space="preserve"> - The article reports on the Alki Beach Pride preview flag event held on August 1, 2026, in Seattle. Despite strong winds that grounded the Blue Angels and caused a giant beach ball to fly away, the event continued successfully. Organised by Stacy and Jolie Bass-Walden, the 12th anniversary festival is scheduled for August 15, 2026, featuring music, vendors, food, and community activities. The event began with the arrival of Dykes on Bikes, followed by flag unfurling and a performance by DJ Brick the Doll. The beach ball was later recovered, ensuring the celebration proceeded as planned.</w:t>
      </w:r>
      <w:r/>
    </w:p>
    <w:p>
      <w:pPr>
        <w:pStyle w:val="ListNumber"/>
        <w:spacing w:line="240" w:lineRule="auto"/>
        <w:ind w:left="720"/>
      </w:pPr>
      <w:r/>
      <w:hyperlink r:id="rId11">
        <w:r>
          <w:rPr>
            <w:color w:val="0000EE"/>
            <w:u w:val="single"/>
          </w:rPr>
          <w:t>https://www.alkibeachpride.org/</w:t>
        </w:r>
      </w:hyperlink>
      <w:r>
        <w:t xml:space="preserve"> - The official website of Alki Beach Pride provides comprehensive information about the annual festival, including its mission, history, and upcoming events. The 12th anniversary celebration is scheduled for August 15, 2026, from noon to 8 pm at Alki Beach in Seattle. The festival aims to unite the 2SLGBTQ+ community, celebrate queer culture, and foster inclusivity and respect. The website offers details on the event's schedule, performers, vendors, and volunteer opportunities.</w:t>
      </w:r>
      <w:r/>
    </w:p>
    <w:p>
      <w:pPr>
        <w:pStyle w:val="ListNumber"/>
        <w:spacing w:line="240" w:lineRule="auto"/>
        <w:ind w:left="720"/>
      </w:pPr>
      <w:r/>
      <w:hyperlink r:id="rId12">
        <w:r>
          <w:rPr>
            <w:color w:val="0000EE"/>
            <w:u w:val="single"/>
          </w:rPr>
          <w:t>https://www.dykesonbikesseattle.org/dyke-goods/p/2026-calendar</w:t>
        </w:r>
      </w:hyperlink>
      <w:r>
        <w:t xml:space="preserve"> - The Seattle Dykes on Bikes Womxn's Motorcycle Club offers a 2026 calendar featuring unique queer art. The calendar is available in two sizes and serves as a fundraiser for the club. Proceeds support the club's activities and initiatives. The calendar is described as a perfect holiday-season gift and is made on demand to reduce overproduction. The product details include paper pages bound with a silver-color metal wire and a paper weight of 8 oz/yd² (271 g/m²). (</w:t>
      </w:r>
      <w:hyperlink r:id="rId15">
        <w:r>
          <w:rPr>
            <w:color w:val="0000EE"/>
            <w:u w:val="single"/>
          </w:rPr>
          <w:t>dykesonbikesseattle.org</w:t>
        </w:r>
      </w:hyperlink>
      <w:r>
        <w:t>)</w:t>
      </w:r>
      <w:r/>
    </w:p>
    <w:p>
      <w:pPr>
        <w:pStyle w:val="ListNumber"/>
        <w:spacing w:line="240" w:lineRule="auto"/>
        <w:ind w:left="720"/>
      </w:pPr>
      <w:r/>
      <w:hyperlink r:id="rId10">
        <w:r>
          <w:rPr>
            <w:color w:val="0000EE"/>
            <w:u w:val="single"/>
          </w:rPr>
          <w:t>https://www.kuow.org/stories/photos-pride-on-display-in-seattle</w:t>
        </w:r>
      </w:hyperlink>
      <w:r>
        <w:t xml:space="preserve"> - KUOW's article features photographs from the annual Seattle Pride Parade held on June 28, 2026. The images capture various moments, including Babi Velho Barreto's portrayal, Dykes on Bikes Seattle members leading the parade, and performances by Rainbow City members. The article provides a visual representation of the vibrant and diverse expressions of pride displayed during the event. (</w:t>
      </w:r>
      <w:hyperlink r:id="rId16">
        <w:r>
          <w:rPr>
            <w:color w:val="0000EE"/>
            <w:u w:val="single"/>
          </w:rPr>
          <w:t>kuow.org</w:t>
        </w:r>
      </w:hyperlink>
      <w:r>
        <w:t>)</w:t>
      </w:r>
      <w:r/>
    </w:p>
    <w:p>
      <w:pPr>
        <w:pStyle w:val="ListNumber"/>
        <w:spacing w:line="240" w:lineRule="auto"/>
        <w:ind w:left="720"/>
      </w:pPr>
      <w:r/>
      <w:hyperlink r:id="rId13">
        <w:r>
          <w:rPr>
            <w:color w:val="0000EE"/>
            <w:u w:val="single"/>
          </w:rPr>
          <w:t>https://www.discoverslu.com/events/kickstands-up-gallery-tour/</w:t>
        </w:r>
      </w:hyperlink>
      <w:r>
        <w:t xml:space="preserve"> - The 'Kickstands Up! Gallery Tour' is an event hosted by the Museum of History and Industry (MOHAI) in Seattle. Scheduled for March 7, 2026, at 1:00 pm, the tour is led by a Monkey, Ride Captain from Seattle Dykes on Bikes Womxn’s Motorcycle Club. The event offers insights into the club's history in the fight for LGBTQ+ rights and the significance of motorcycles within the community. Spots are limited and assigned on a first-come, first-served basis. (</w:t>
      </w:r>
      <w:hyperlink r:id="rId17">
        <w:r>
          <w:rPr>
            <w:color w:val="0000EE"/>
            <w:u w:val="single"/>
          </w:rPr>
          <w:t>discoverslu.com</w:t>
        </w:r>
      </w:hyperlink>
      <w:r>
        <w:t>)</w:t>
      </w:r>
      <w:r/>
    </w:p>
    <w:p>
      <w:pPr>
        <w:pStyle w:val="ListNumber"/>
        <w:spacing w:line="240" w:lineRule="auto"/>
        <w:ind w:left="720"/>
      </w:pPr>
      <w:r/>
      <w:hyperlink r:id="rId14">
        <w:r>
          <w:rPr>
            <w:color w:val="0000EE"/>
            <w:u w:val="single"/>
          </w:rPr>
          <w:t>https://ridebrevay.com/pages/2026momentumwtfnb</w:t>
        </w:r>
      </w:hyperlink>
      <w:r>
        <w:t xml:space="preserve"> - 'Momentum' is the second annual celebration of women, trans, femme, and non-binary cyclists, organised by Brevay Cycling. Scheduled for August 1–7, 2026, the event aims to celebrate the cycling community in Seattle, break down barriers to access, and showcase various ways people can engage in cycling. The festival includes a full week of programming, expanding beyond a block party and film night. Hosted by Brevay Cycling and PNW Components, the event features activities and initiatives to empower and connect the WTFNB cycling community. (</w:t>
      </w:r>
      <w:hyperlink r:id="rId18">
        <w:r>
          <w:rPr>
            <w:color w:val="0000EE"/>
            <w:u w:val="single"/>
          </w:rPr>
          <w:t>ridebrevay.com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estseattleblog.com/2026/08/video-beach-breezes-blow-a-component-of-alki-beach-pride-flag-celebration-off-course-but-party-stays-on-track/" TargetMode="External"/><Relationship Id="rId10" Type="http://schemas.openxmlformats.org/officeDocument/2006/relationships/hyperlink" Target="https://www.kuow.org/stories/photos-pride-on-display-in-seattle" TargetMode="External"/><Relationship Id="rId11" Type="http://schemas.openxmlformats.org/officeDocument/2006/relationships/hyperlink" Target="https://www.alkibeachpride.org/" TargetMode="External"/><Relationship Id="rId12" Type="http://schemas.openxmlformats.org/officeDocument/2006/relationships/hyperlink" Target="https://www.dykesonbikesseattle.org/dyke-goods/p/2026-calendar" TargetMode="External"/><Relationship Id="rId13" Type="http://schemas.openxmlformats.org/officeDocument/2006/relationships/hyperlink" Target="https://www.discoverslu.com/events/kickstands-up-gallery-tour/" TargetMode="External"/><Relationship Id="rId14" Type="http://schemas.openxmlformats.org/officeDocument/2006/relationships/hyperlink" Target="https://ridebrevay.com/pages/2026momentumwtfnb" TargetMode="External"/><Relationship Id="rId15" Type="http://schemas.openxmlformats.org/officeDocument/2006/relationships/hyperlink" Target="https://www.dykesonbikesseattle.org/dyke-goods/p/2026-calendar?utm_source=openai" TargetMode="External"/><Relationship Id="rId16" Type="http://schemas.openxmlformats.org/officeDocument/2006/relationships/hyperlink" Target="https://www.kuow.org/stories/photos-pride-on-display-in-seattle?utm_source=openai" TargetMode="External"/><Relationship Id="rId17" Type="http://schemas.openxmlformats.org/officeDocument/2006/relationships/hyperlink" Target="https://www.discoverslu.com/events/kickstands-up-gallery-tour/?utm_source=openai" TargetMode="External"/><Relationship Id="rId18" Type="http://schemas.openxmlformats.org/officeDocument/2006/relationships/hyperlink" Target="https://ridebrevay.com/pages/2026momentumwtfnb?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