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Hamburg Pride Draws 250,000 People in Show of Solidarity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activists turned out in force as Hamburg’s CSD weekend became a visible wave of support for queer communities, with organisers expecting around 250,000 people to take part in demonstrations and events , a public statement about safety, equality and standing together after the Berlin attack.</w:t>
      </w:r>
      <w:r/>
    </w:p>
    <w:p>
      <w:r/>
      <w:r>
        <w:t>Essential Takeaways</w:t>
      </w:r>
      <w:r/>
      <w:r/>
    </w:p>
    <w:p>
      <w:pPr>
        <w:pStyle w:val="ListBullet"/>
        <w:spacing w:line="240" w:lineRule="auto"/>
        <w:ind w:left="720"/>
      </w:pPr>
      <w:r/>
      <w:r>
        <w:rPr>
          <w:b/>
        </w:rPr>
        <w:t>Huge turnout:</w:t>
      </w:r>
      <w:r>
        <w:t xml:space="preserve"> Organisers expect roughly 250,000 people across demonstrations and accompanying events, signalling strong public solidarity.</w:t>
      </w:r>
      <w:r/>
    </w:p>
    <w:p>
      <w:pPr>
        <w:pStyle w:val="ListBullet"/>
        <w:spacing w:line="240" w:lineRule="auto"/>
        <w:ind w:left="720"/>
      </w:pPr>
      <w:r/>
      <w:r>
        <w:rPr>
          <w:b/>
        </w:rPr>
        <w:t>Safety still front of mind:</w:t>
      </w:r>
      <w:r>
        <w:t xml:space="preserve"> The Berlin attack last week remains central to the mood, with visible security measures and calls for protection of queer people.</w:t>
      </w:r>
      <w:r/>
    </w:p>
    <w:p>
      <w:pPr>
        <w:pStyle w:val="ListBullet"/>
        <w:spacing w:line="240" w:lineRule="auto"/>
        <w:ind w:left="720"/>
      </w:pPr>
      <w:r/>
      <w:r>
        <w:rPr>
          <w:b/>
        </w:rPr>
        <w:t>City impact:</w:t>
      </w:r>
      <w:r>
        <w:t xml:space="preserve"> Major traffic disruptions are planned for Saturday as parade routes and event spaces draw large crowds.</w:t>
      </w:r>
      <w:r/>
    </w:p>
    <w:p>
      <w:pPr>
        <w:pStyle w:val="ListBullet"/>
        <w:spacing w:line="240" w:lineRule="auto"/>
        <w:ind w:left="720"/>
      </w:pPr>
      <w:r/>
      <w:r>
        <w:rPr>
          <w:b/>
        </w:rPr>
        <w:t>Tone and atmosphere:</w:t>
      </w:r>
      <w:r>
        <w:t xml:space="preserve"> Witnesses describe a determined, emotional but upbeat atmosphere , colourful, loud and resolute.</w:t>
      </w:r>
      <w:r/>
    </w:p>
    <w:p>
      <w:pPr>
        <w:pStyle w:val="ListBullet"/>
        <w:spacing w:line="240" w:lineRule="auto"/>
        <w:ind w:left="720"/>
      </w:pPr>
      <w:r/>
      <w:r>
        <w:rPr>
          <w:b/>
        </w:rPr>
        <w:t>Practical note:</w:t>
      </w:r>
      <w:r>
        <w:t xml:space="preserve"> Attendees should expect detours, public-transport changes and increased policing; plan meeting points and mobile-charging options.</w:t>
      </w:r>
      <w:r/>
      <w:r/>
    </w:p>
    <w:p>
      <w:pPr>
        <w:pStyle w:val="Heading2"/>
      </w:pPr>
      <w:r>
        <w:t>A city on the move: momentum after a shocking week</w:t>
      </w:r>
      <w:r/>
    </w:p>
    <w:p>
      <w:r/>
      <w:r>
        <w:t>Hamburg’s Pride feels like more than celebration this year , it’s a statement. Organisers put weekend attendance at about a quarter of a million, and you can sense why: people want to be seen and counted after the violent attack in Berlin last week that left one person dead and dozens injured. According to national reporting, the suspected attacker was shot by police after the incident, and that trauma is colouring how communities approach public gatherings.</w:t>
      </w:r>
      <w:r/>
    </w:p>
    <w:p>
      <w:r/>
      <w:r>
        <w:t>The atmosphere is resolute rather than fearful. Banners and rainbow flags are everywhere, but so are quieter vigils and moments of reflection. For many attendees this has become a way to grieve and to insist that public life for queer people must be protected.</w:t>
      </w:r>
      <w:r/>
    </w:p>
    <w:p>
      <w:pPr>
        <w:pStyle w:val="Heading2"/>
      </w:pPr>
      <w:r>
        <w:t>Security and logistics: what to expect on the ground</w:t>
      </w:r>
      <w:r/>
    </w:p>
    <w:p>
      <w:r/>
      <w:r>
        <w:t>Authorities and event organisers have visibly ramped up safety planning. You’ll notice more officers in and around parade routes, and bag checks or temporary closures at some sites. Reuters and other outlets have covered the Berlin investigation closely, and local organisers say they’ve worked with police to prepare contingency plans.</w:t>
      </w:r>
      <w:r/>
    </w:p>
    <w:p>
      <w:r/>
      <w:r>
        <w:t>If you’re heading in, travel light, use official meeting points and keep emergency numbers handy. Make a simple plan with friends , where to meet if mobile service becomes patchy , and charge your phone before you leave.</w:t>
      </w:r>
      <w:r/>
    </w:p>
    <w:p>
      <w:pPr>
        <w:pStyle w:val="Heading2"/>
      </w:pPr>
      <w:r>
        <w:t>Transport headaches and practical tips for getting there</w:t>
      </w:r>
      <w:r/>
    </w:p>
    <w:p>
      <w:r/>
      <w:r>
        <w:t>Expect disruption: city services have warned of traffic restrictions and reroutes across central Hamburg for Saturday’s events. Local reporting lists a number of affected bus and tram lines, so commuters should plan alternatives or accept delays.</w:t>
      </w:r>
      <w:r/>
    </w:p>
    <w:p>
      <w:r/>
      <w:r>
        <w:t>Take public transport earlier than you might otherwise, or walk short distances if you can. If you rely on cycling, secure your bike in a busy location and avoid leaving valuables unattended. Bring easy-to-carry snacks and water , queues for food stalls can be long, and it’s sensible to stay hydrated under the sun and under the emotion of the day.</w:t>
      </w:r>
      <w:r/>
    </w:p>
    <w:p>
      <w:pPr>
        <w:pStyle w:val="Heading2"/>
      </w:pPr>
      <w:r>
        <w:t>What people are saying: solidarity, grief and resolve</w:t>
      </w:r>
      <w:r/>
    </w:p>
    <w:p>
      <w:r/>
      <w:r>
        <w:t>Voices on the ground mix grief with defiance. Community leaders and participants alike have framed the weekend as a necessary response to violence: not just protest, but a reaffirmation of belonging. National outlets have been reporting statements from organisers who emphasise protection, visibility and equal rights.</w:t>
      </w:r>
      <w:r/>
    </w:p>
    <w:p>
      <w:r/>
      <w:r>
        <w:t>It’s a vivid moment of civic unity, and many attendees said they felt safer being among a crowd that refuses to be intimidated. That feeling of collective courage is part of what keeps Pride relevant beyond the parties and floats.</w:t>
      </w:r>
      <w:r/>
    </w:p>
    <w:p>
      <w:pPr>
        <w:pStyle w:val="Heading2"/>
      </w:pPr>
      <w:r>
        <w:t>Looking ahead: a new baseline for public gatherings?</w:t>
      </w:r>
      <w:r/>
    </w:p>
    <w:p>
      <w:r/>
      <w:r>
        <w:t>The events in Hamburg may set a tone for other cities planning Pride and related demonstrations this season. Expect organisers to adopt some of the same measures: clearer communications, closer police co‑ordination and more visible support services like first aid and quiet spaces for those who need them.</w:t>
      </w:r>
      <w:r/>
    </w:p>
    <w:p>
      <w:r/>
      <w:r>
        <w:t>And while no one wants every Pride to come with a security checklist, many say this is a necessary evolution , a practical way to make celebration sustainable when threats are real.</w:t>
      </w:r>
      <w:r/>
    </w:p>
    <w:p>
      <w:r/>
      <w:r>
        <w:t>It's a small change that can make every gathering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[4]</w:t>
        </w:r>
      </w:hyperlink>
      <w:r>
        <w:t xml:space="preserve">- Paragraph 4: </w:t>
      </w:r>
      <w:hyperlink r:id="rId11">
        <w:r>
          <w:rPr>
            <w:color w:val="0000EE"/>
            <w:u w:val="single"/>
          </w:rPr>
          <w:t>[5]</w:t>
        </w:r>
      </w:hyperlink>
      <w:r>
        <w:t xml:space="preserve">- Paragraph 5: </w:t>
      </w:r>
      <w:hyperlink r:id="rId11">
        <w:r>
          <w:rPr>
            <w:color w:val="0000EE"/>
            <w:u w:val="single"/>
          </w:rPr>
          <w:t>[6]</w:t>
        </w:r>
      </w:hyperlink>
      <w:r>
        <w:t xml:space="preserve">- Paragraph 6: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https://www.ln-online.de/politik/liveticker-nach-dem-csd-anschlag-wir-sind-eine-gesellschaft-csd-in-hamburg-gestartet-XSH55WCVLJDDRIKRPCDDAZPLVU.html</w:t>
        </w:r>
      </w:hyperlink>
      <w:r>
        <w:t xml:space="preserve"> - Please view link - unable to able to access data</w:t>
      </w:r>
      <w:r/>
    </w:p>
    <w:p>
      <w:pPr>
        <w:pStyle w:val="ListNumber"/>
        <w:spacing w:line="240" w:lineRule="auto"/>
        <w:ind w:left="720"/>
      </w:pPr>
      <w:r/>
      <w:hyperlink r:id="rId10">
        <w:r>
          <w:rPr>
            <w:color w:val="0000EE"/>
            <w:u w:val="single"/>
          </w:rPr>
          <w:t>https://www.theweek.com/crime/berlin-police-kill-suspect-pride-attack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w:t>
      </w:r>
      <w:hyperlink r:id="rId12">
        <w:r>
          <w:rPr>
            <w:color w:val="0000EE"/>
            <w:u w:val="single"/>
          </w:rPr>
          <w:t>theweek.com</w:t>
        </w:r>
      </w:hyperlink>
      <w:r>
        <w:t>)</w:t>
      </w:r>
      <w:r/>
    </w:p>
    <w:p>
      <w:pPr>
        <w:pStyle w:val="ListNumber"/>
        <w:spacing w:line="240" w:lineRule="auto"/>
        <w:ind w:left="720"/>
      </w:pPr>
      <w:r/>
      <w:hyperlink r:id="rId11">
        <w:r>
          <w:rPr>
            <w:color w:val="0000EE"/>
            <w:u w:val="single"/>
          </w:rPr>
          <w:t>https://www.hamburger-allgemeine.de/csd-in-hamburg-verkehrsbehinderungen-am-sonnabend/</w:t>
        </w:r>
      </w:hyperlink>
      <w:r>
        <w:t xml:space="preserve"> - On August 5, 2023, Hamburg's Christopher Street Day (CSD) parade is expected to draw up to 250,000 participants, leading to significant traffic disruptions. The parade will commence at 12:00 PM from Langen Reihe, proceeding through various streets, and conclude at Lombardsbrücke around 5:00 PM. Attendees are advised to use public transportation, bicycles, or walk to the event due to extensive road closures along the parade route. (</w:t>
      </w:r>
      <w:hyperlink r:id="rId13">
        <w:r>
          <w:rPr>
            <w:color w:val="0000EE"/>
            <w:u w:val="single"/>
          </w:rPr>
          <w:t>hamburger-allgemeine.de</w:t>
        </w:r>
      </w:hyperlink>
      <w:r>
        <w:t>)</w:t>
      </w:r>
      <w:r/>
    </w:p>
    <w:p>
      <w:pPr>
        <w:pStyle w:val="ListNumber"/>
        <w:spacing w:line="240" w:lineRule="auto"/>
        <w:ind w:left="720"/>
      </w:pPr>
      <w:r/>
      <w:hyperlink r:id="rId11">
        <w:r>
          <w:rPr>
            <w:color w:val="0000EE"/>
            <w:u w:val="single"/>
          </w:rPr>
          <w:t>https://www.hamburger-allgemeine.de/csd-in-hamburg-verkehrsbehinderungen-am-sonnabend/</w:t>
        </w:r>
      </w:hyperlink>
      <w:r>
        <w:t xml:space="preserve"> - On August 5, 2023, Hamburg's Christopher Street Day (CSD) parade is expected to draw up to 250,000 participants, leading to significant traffic disruptions. The parade will commence at 12:00 PM from Langen Reihe, proceeding through various streets, and conclude at Lombardsbrücke around 5:00 PM. Attendees are advised to use public transportation, bicycles, or walk to the event due to extensive road closures along the parade route. (</w:t>
      </w:r>
      <w:hyperlink r:id="rId13">
        <w:r>
          <w:rPr>
            <w:color w:val="0000EE"/>
            <w:u w:val="single"/>
          </w:rPr>
          <w:t>hamburger-allgemeine.de</w:t>
        </w:r>
      </w:hyperlink>
      <w:r>
        <w:t>)</w:t>
      </w:r>
      <w:r/>
    </w:p>
    <w:p>
      <w:pPr>
        <w:pStyle w:val="ListNumber"/>
        <w:spacing w:line="240" w:lineRule="auto"/>
        <w:ind w:left="720"/>
      </w:pPr>
      <w:r/>
      <w:hyperlink r:id="rId11">
        <w:r>
          <w:rPr>
            <w:color w:val="0000EE"/>
            <w:u w:val="single"/>
          </w:rPr>
          <w:t>https://www.hamburger-allgemeine.de/csd-in-hamburg-verkehrsbehinderungen-am-sonnabend/</w:t>
        </w:r>
      </w:hyperlink>
      <w:r>
        <w:t xml:space="preserve"> - On August 5, 2023, Hamburg's Christopher Street Day (CSD) parade is expected to draw up to 250,000 participants, leading to significant traffic disruptions. The parade will commence at 12:00 PM from Langen Reihe, proceeding through various streets, and conclude at Lombardsbrücke around 5:00 PM. Attendees are advised to use public transportation, bicycles, or walk to the event due to extensive road closures along the parade route. (</w:t>
      </w:r>
      <w:hyperlink r:id="rId13">
        <w:r>
          <w:rPr>
            <w:color w:val="0000EE"/>
            <w:u w:val="single"/>
          </w:rPr>
          <w:t>hamburger-allgemeine.de</w:t>
        </w:r>
      </w:hyperlink>
      <w:r>
        <w:t>)</w:t>
      </w:r>
      <w:r/>
    </w:p>
    <w:p>
      <w:pPr>
        <w:pStyle w:val="ListNumber"/>
        <w:spacing w:line="240" w:lineRule="auto"/>
        <w:ind w:left="720"/>
      </w:pPr>
      <w:r/>
      <w:hyperlink r:id="rId11">
        <w:r>
          <w:rPr>
            <w:color w:val="0000EE"/>
            <w:u w:val="single"/>
          </w:rPr>
          <w:t>https://www.hamburger-allgemeine.de/csd-in-hamburg-verkehrsbehinderungen-am-sonnabend/</w:t>
        </w:r>
      </w:hyperlink>
      <w:r>
        <w:t xml:space="preserve"> - On August 5, 2023, Hamburg's Christopher Street Day (CSD) parade is expected to draw up to 250,000 participants, leading to significant traffic disruptions. The parade will commence at 12:00 PM from Langen Reihe, proceeding through various streets, and conclude at Lombardsbrücke around 5:00 PM. Attendees are advised to use public transportation, bicycles, or walk to the event due to extensive road closures along the parade route. (</w:t>
      </w:r>
      <w:hyperlink r:id="rId13">
        <w:r>
          <w:rPr>
            <w:color w:val="0000EE"/>
            <w:u w:val="single"/>
          </w:rPr>
          <w:t>hamburger-allgemeine.de</w:t>
        </w:r>
      </w:hyperlink>
      <w:r>
        <w:t>)</w:t>
      </w:r>
      <w:r/>
    </w:p>
    <w:p>
      <w:pPr>
        <w:pStyle w:val="ListNumber"/>
        <w:spacing w:line="240" w:lineRule="auto"/>
        <w:ind w:left="720"/>
      </w:pPr>
      <w:r/>
      <w:hyperlink r:id="rId11">
        <w:r>
          <w:rPr>
            <w:color w:val="0000EE"/>
            <w:u w:val="single"/>
          </w:rPr>
          <w:t>https://www.hamburger-allgemeine.de/csd-in-hamburg-verkehrsbehinderungen-am-sonnabend/</w:t>
        </w:r>
      </w:hyperlink>
      <w:r>
        <w:t xml:space="preserve"> - On August 5, 2023, Hamburg's Christopher Street Day (CSD) parade is expected to draw up to 250,000 participants, leading to significant traffic disruptions. The parade will commence at 12:00 PM from Langen Reihe, proceeding through various streets, and conclude at Lombardsbrücke around 5:00 PM. Attendees are advised to use public transportation, bicycles, or walk to the event due to extensive road closures along the parade route. (</w:t>
      </w:r>
      <w:hyperlink r:id="rId13">
        <w:r>
          <w:rPr>
            <w:color w:val="0000EE"/>
            <w:u w:val="single"/>
          </w:rPr>
          <w:t>hamburger-allgemeine.de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n-online.de/politik/liveticker-nach-dem-csd-anschlag-wir-sind-eine-gesellschaft-csd-in-hamburg-gestartet-XSH55WCVLJDDRIKRPCDDAZPLVU.html" TargetMode="External"/><Relationship Id="rId10" Type="http://schemas.openxmlformats.org/officeDocument/2006/relationships/hyperlink" Target="https://www.theweek.com/crime/berlin-police-kill-suspect-pride-attack" TargetMode="External"/><Relationship Id="rId11" Type="http://schemas.openxmlformats.org/officeDocument/2006/relationships/hyperlink" Target="https://www.hamburger-allgemeine.de/csd-in-hamburg-verkehrsbehinderungen-am-sonnabend/" TargetMode="External"/><Relationship Id="rId12" Type="http://schemas.openxmlformats.org/officeDocument/2006/relationships/hyperlink" Target="https://theweek.com/crime/berlin-police-kill-suspect-pride-attack?utm_source=openai" TargetMode="External"/><Relationship Id="rId13" Type="http://schemas.openxmlformats.org/officeDocument/2006/relationships/hyperlink" Target="https://www.hamburger-allgemeine.de/csd-in-hamburg-verkehrsbehinderungen-am-sonnaben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