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Safety Measures as Amsterdam Prepares in Shadow of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eyes to Amsterdam this weekend as thousands gather for boisterous WorldPride; organisers, city officials and visitors are on alert after a deadly attack at Berlin Pride, and the response matters for security, solidarity and the atmosphere of celebration.</w:t>
      </w:r>
      <w:r/>
    </w:p>
    <w:p>
      <w:r/>
      <w:r>
        <w:t>Essential Takeaways</w:t>
      </w:r>
      <w:r/>
      <w:r/>
    </w:p>
    <w:p>
      <w:pPr>
        <w:pStyle w:val="ListBullet"/>
        <w:spacing w:line="240" w:lineRule="auto"/>
        <w:ind w:left="720"/>
      </w:pPr>
      <w:r/>
      <w:r>
        <w:rPr>
          <w:b/>
        </w:rPr>
        <w:t>Heightened security:</w:t>
      </w:r>
      <w:r>
        <w:t xml:space="preserve"> Amsterdam's mayor has announced extra police presence and checkpoints to reassure visitors and residents.</w:t>
      </w:r>
      <w:r/>
    </w:p>
    <w:p>
      <w:pPr>
        <w:pStyle w:val="ListBullet"/>
        <w:spacing w:line="240" w:lineRule="auto"/>
        <w:ind w:left="720"/>
      </w:pPr>
      <w:r/>
      <w:r>
        <w:rPr>
          <w:b/>
        </w:rPr>
        <w:t>Swift memorials:</w:t>
      </w:r>
      <w:r>
        <w:t xml:space="preserve"> Authorities and community groups held vigils and a memorial service to honour Berlin victims, creating a solemn backdrop.</w:t>
      </w:r>
      <w:r/>
    </w:p>
    <w:p>
      <w:pPr>
        <w:pStyle w:val="ListBullet"/>
        <w:spacing w:line="240" w:lineRule="auto"/>
        <w:ind w:left="720"/>
      </w:pPr>
      <w:r/>
      <w:r>
        <w:rPr>
          <w:b/>
        </w:rPr>
        <w:t>Safety planning:</w:t>
      </w:r>
      <w:r>
        <w:t xml:space="preserve"> Organisers are running bag checks and increased patrols; many attendees say it feels both safer and a touch more controlled.</w:t>
      </w:r>
      <w:r/>
    </w:p>
    <w:p>
      <w:pPr>
        <w:pStyle w:val="ListBullet"/>
        <w:spacing w:line="240" w:lineRule="auto"/>
        <w:ind w:left="720"/>
      </w:pPr>
      <w:r/>
      <w:r>
        <w:rPr>
          <w:b/>
        </w:rPr>
        <w:t>Community mood:</w:t>
      </w:r>
      <w:r>
        <w:t xml:space="preserve"> Despite fear and grief, Pride events continue, leaning into unity, resilience and visible solidarity.</w:t>
      </w:r>
      <w:r/>
    </w:p>
    <w:p>
      <w:pPr>
        <w:pStyle w:val="ListBullet"/>
        <w:spacing w:line="240" w:lineRule="auto"/>
        <w:ind w:left="720"/>
      </w:pPr>
      <w:r/>
      <w:r>
        <w:rPr>
          <w:b/>
        </w:rPr>
        <w:t>Practical advice:</w:t>
      </w:r>
      <w:r>
        <w:t xml:space="preserve"> Pack light, follow local guidance, agree on meeting points with friends, and expect temporary route changes.</w:t>
      </w:r>
      <w:r/>
      <w:r/>
    </w:p>
    <w:p>
      <w:pPr>
        <w:pStyle w:val="Heading2"/>
      </w:pPr>
      <w:r>
        <w:t>How organisers balanced festival cheer with a serious mood</w:t>
      </w:r>
      <w:r/>
    </w:p>
    <w:p>
      <w:r/>
      <w:r>
        <w:t>Amsterdam's WorldPride usually feels loud, colourful and a little unruly; this year it arrived with a quieter undercurrent, a soft knot of worry you could sense in crowds. Organisers moved quickly to blend celebration with caution, introducing visible checkpoints and more uniformed officers without smothering the party vibe. According to local reporting, the extra steps aim to keep the streets open and the floats rolling while giving people confidence to attend.</w:t>
      </w:r>
      <w:r/>
    </w:p>
    <w:p>
      <w:r/>
      <w:r>
        <w:t>The change didn't happen in a vacuum. Events in Berlin , where a deadly attack targeted Pride attendees , pushed Dutch officials to rethink plans and communicate clearly about risks. That mix of festival energy and sober planning is likely to be the template for other large Pride events across Europe this season.</w:t>
      </w:r>
      <w:r/>
    </w:p>
    <w:p>
      <w:pPr>
        <w:pStyle w:val="Heading2"/>
      </w:pPr>
      <w:r>
        <w:t>What city officials actually implemented on the ground</w:t>
      </w:r>
      <w:r/>
    </w:p>
    <w:p>
      <w:r/>
      <w:r>
        <w:t>Amsterdam's mayor publicly signalled extra security measures, and the streets show it: more police on foot, strategic road closures and baggage checks near major stages and parade routes. The city emphasised these measures are precautionary and reversible, meant to let people celebrate safely. City sources told local outlets these are scalable steps , they can be dialled up or down depending on threat assessments.</w:t>
      </w:r>
      <w:r/>
    </w:p>
    <w:p>
      <w:r/>
      <w:r>
        <w:t>For visitors, that means arriving a little earlier than usual, expecting queues at entry points and following stewards' instructions. If you're planning to see a particular float or stage, give yourself extra time for security checks so you don't miss it.</w:t>
      </w:r>
      <w:r/>
    </w:p>
    <w:p>
      <w:pPr>
        <w:pStyle w:val="Heading2"/>
      </w:pPr>
      <w:r>
        <w:t>How the community responded , vigils, anger and solidarity</w:t>
      </w:r>
      <w:r/>
    </w:p>
    <w:p>
      <w:r/>
      <w:r>
        <w:t>There were immediate public reactions: vigils, a memorial service scheduled in Amsterdam, and strong condemnations from political leaders who called for defending an "open and tolerant" society. Community groups used those moments to grieve and to reaffirm why Pride remains essential. The tone was equal parts sorrow and defiance , people lighting candles in the evening, then returning to marches the next day to show fear won't win.</w:t>
      </w:r>
      <w:r/>
    </w:p>
    <w:p>
      <w:r/>
      <w:r>
        <w:t>That human response matters. It helps shift headlines from panic to perseverance, and it reminds visitors that attending is also an act of solidarity with victims and with the wider LGBTQ+ community.</w:t>
      </w:r>
      <w:r/>
    </w:p>
    <w:p>
      <w:pPr>
        <w:pStyle w:val="Heading2"/>
      </w:pPr>
      <w:r>
        <w:t>What experts and organisers want you to know about safety at public events</w:t>
      </w:r>
      <w:r/>
    </w:p>
    <w:p>
      <w:r/>
      <w:r>
        <w:t>Organisers emphasised layered security: visible police, trained stewards, CCTV and intelligence-sharing across borders. According to reporting, authorities are coordinating with international partners to track threats and to advise on crowd management. For festival-goers, the sensible takeaway is simple , stay aware, travel in groups, and know the nearest exits and first-aid points.</w:t>
      </w:r>
      <w:r/>
    </w:p>
    <w:p>
      <w:r/>
      <w:r>
        <w:t>If you have specific needs , medical conditions, accessibility requirements or small children , contact event organisers ahead of time. Many Pride events now publish safety maps and meeting points online; save those to your phone and share them with friends.</w:t>
      </w:r>
      <w:r/>
    </w:p>
    <w:p>
      <w:pPr>
        <w:pStyle w:val="Heading2"/>
      </w:pPr>
      <w:r>
        <w:t>Practical tips for visitors who want to enjoy WorldPride safely</w:t>
      </w:r>
      <w:r/>
    </w:p>
    <w:p>
      <w:r/>
      <w:r>
        <w:t>Pack light and carry essentials only; bulky bags are more likely to be searched or refused at entry. Agree on a clear meeting point with your group in case you get separated, and keep a charged phone and portable battery. Watch for changes in parade routes or timetables posted on official channels , these often appear last minute. And don’t underestimate small comforts: water, comfortable shoes and a quiet corner can make a long day much easier.</w:t>
      </w:r>
      <w:r/>
    </w:p>
    <w:p>
      <w:r/>
      <w:r>
        <w:t>Above all, remember that attending is both celebration and civic act , your presence supports communities who refuse to be silenced.</w:t>
      </w:r>
      <w:r/>
    </w:p>
    <w:p>
      <w:r/>
      <w:r>
        <w:t>It's a small change in routine that can make every parade step safer and every moment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10">
        <w:r>
          <w:rPr>
            <w:color w:val="0000EE"/>
            <w:u w:val="single"/>
          </w:rPr>
          <w:t>[6]</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https://www.investing.com/news/world-news/thousands-expected-in-amsterdam-for-boisterous-worldpride-in-shadow-of-berlin-attack-4829566</w:t>
        </w:r>
      </w:hyperlink>
      <w:r>
        <w:t xml:space="preserve"> - Please view link - unable to able to access data</w:t>
      </w:r>
      <w:r/>
    </w:p>
    <w:p>
      <w:pPr>
        <w:pStyle w:val="ListNumber"/>
        <w:spacing w:line="240" w:lineRule="auto"/>
        <w:ind w:left="720"/>
      </w:pPr>
      <w:r/>
      <w:hyperlink r:id="rId9">
        <w:r>
          <w:rPr>
            <w:color w:val="0000EE"/>
            <w:u w:val="single"/>
          </w:rPr>
          <w:t>https://www.investing.com/news/world-news/thousands-expected-in-amsterdam-for-boisterous-worldpride-in-shadow-of-berlin-attack-4829566</w:t>
        </w:r>
      </w:hyperlink>
      <w:r>
        <w:t xml:space="preserve"> - Amsterdam is set to host WorldPride, with thousands expected to line the city's canals for the flagship event. The canal parade, a highlight of Amsterdam Pride, will feature scores of boats adorned with rainbow flags and balloons, accompanied by large crowds in colourful outfits. The event's slogan is 'UNITY'. In response to the recent deadly attack at Berlin's Pride, Amsterdam's Mayor Femke Halsema announced unspecified extra security measures, including both visible and covert deployments. A spokesperson for Amsterdam Pride emphasised that the focus remains on inclusivity, stating, 'The aim of terrorism is to spread fear, and we must not give in to that.'</w:t>
      </w:r>
      <w:r/>
    </w:p>
    <w:p>
      <w:pPr>
        <w:pStyle w:val="ListNumber"/>
        <w:spacing w:line="240" w:lineRule="auto"/>
        <w:ind w:left="720"/>
      </w:pPr>
      <w:r/>
      <w:hyperlink r:id="rId11">
        <w:r>
          <w:rPr>
            <w:color w:val="0000EE"/>
            <w:u w:val="single"/>
          </w:rPr>
          <w:t>https://nltimes.nl/2026/07/26/amsterdam-mayor-plans-extra-pride-security-measures-1-killed-berlin</w:t>
        </w:r>
      </w:hyperlink>
      <w:r>
        <w:t xml:space="preserve"> - Following a deadly attack at Berlin's Pride event, Amsterdam's Mayor Femke Halsema announced plans for additional security measures for WorldPride celebrations. The attack in Berlin resulted in one death and at least 16 injuries when a vehicle was driven into a crowd. Halsema expressed understanding of the anger and fear the incident may evoke among visitors and participants of Amsterdam's Pride. The local consultation body, comprising the mayor, police, and public prosecutor, has been in close contact with organizers to ensure safety during the upcoming events.</w:t>
      </w:r>
      <w:r/>
    </w:p>
    <w:p>
      <w:pPr>
        <w:pStyle w:val="ListNumber"/>
        <w:spacing w:line="240" w:lineRule="auto"/>
        <w:ind w:left="720"/>
      </w:pPr>
      <w:r/>
      <w:hyperlink r:id="rId12">
        <w:r>
          <w:rPr>
            <w:color w:val="0000EE"/>
            <w:u w:val="single"/>
          </w:rPr>
          <w:t>https://www.latimes.com/world-nation/story/2026-07-26/german-police-search-for-suspect-in-deadly-berlin-pride-attack</w:t>
        </w:r>
      </w:hyperlink>
      <w:r>
        <w:t xml:space="preserve"> - German police are searching for a suspect involved in a deadly attack at Berlin's Pride event, which resulted in one death and at least 16 injuries. The suspect reportedly drove a vehicle into a crowd near the festival and was later killed in a confrontation with police. Authorities believe the attack may be linked to Islamist terrorism, citing the suspect's prior convictions and alleged radicalization. The incident has prompted increased security measures at major events, including Amsterdam's WorldPride, which is set to proceed under heightened vigilance.</w:t>
      </w:r>
      <w:r/>
    </w:p>
    <w:p>
      <w:pPr>
        <w:pStyle w:val="ListNumber"/>
        <w:spacing w:line="240" w:lineRule="auto"/>
        <w:ind w:left="720"/>
      </w:pPr>
      <w:r/>
      <w:hyperlink r:id="rId13">
        <w:r>
          <w:rPr>
            <w:color w:val="0000EE"/>
            <w:u w:val="single"/>
          </w:rPr>
          <w:t>https://nltimes.nl/2026/07/26/attack-free-and-tolerant-society-dutch-leaders-condemn-deadly-berlin-pride-attack</w:t>
        </w:r>
      </w:hyperlink>
      <w:r>
        <w:t xml:space="preserve"> - Dutch leaders have strongly condemned the deadly attack at Berlin's Pride celebration, calling it an assault on a free and tolerant society. The attack resulted in one death and 29 injuries when a van was driven into a crowd. Amsterdam's Mayor Femke Halsema described the incident as 'horrific' and an attack on the freedom celebrated in Amsterdam. Prime Minister Rob Jetten and Justice Minister David van Weel also condemned the attack, expressing solidarity with Germany and emphasizing the importance of upholding values of freedom and tolerance.</w:t>
      </w:r>
      <w:r/>
    </w:p>
    <w:p>
      <w:pPr>
        <w:pStyle w:val="ListNumber"/>
        <w:spacing w:line="240" w:lineRule="auto"/>
        <w:ind w:left="720"/>
      </w:pPr>
      <w:r/>
      <w:hyperlink r:id="rId10">
        <w:r>
          <w:rPr>
            <w:color w:val="0000EE"/>
            <w:u w:val="single"/>
          </w:rPr>
          <w:t>https://nltimes.nl/2026/07/27/video-70-report-discrimination-start-worldpride-amsterdam</w:t>
        </w:r>
      </w:hyperlink>
      <w:r>
        <w:t xml:space="preserve"> - Over the weekend, more than 70 reports of discrimination were received during the start of WorldPride in Amsterdam, according to the platform Report It Always (RITA). Most reports came from festival-goers heading home from the Milkshake festival and participants in the Pride Walk. The reports highlight ongoing challenges related to discrimination within the LGBTQIA+ community, even as the community comes together to celebrate during WorldPride events.</w:t>
      </w:r>
      <w:r/>
    </w:p>
    <w:p>
      <w:pPr>
        <w:pStyle w:val="ListNumber"/>
        <w:spacing w:line="240" w:lineRule="auto"/>
        <w:ind w:left="720"/>
      </w:pPr>
      <w:r/>
      <w:hyperlink r:id="rId14">
        <w:r>
          <w:rPr>
            <w:color w:val="0000EE"/>
            <w:u w:val="single"/>
          </w:rPr>
          <w:t>https://nltimes.nl/2026/07/27/memorial-service-amsterdam-tomorrow-victims-attack-pride-berlin</w:t>
        </w:r>
      </w:hyperlink>
      <w:r>
        <w:t xml:space="preserve"> - A memorial service is scheduled at Amsterdam's Homomonument to honour the victims of the attack at Berlin's Pride event, where a woman was killed and 29 people injured when a van crashed into attendees. The service aims to show support for the victims, their loved ones, and the LGBTQIA+ community. The Brandenburger Tor in Berlin was also lit up in rainbow colours to commemorate the victims. The memorial in Amsterdam will feature speeches by Dutch-German influencers who were present at Pride Berlin during the attack.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vesting.com/news/world-news/thousands-expected-in-amsterdam-for-boisterous-worldpride-in-shadow-of-berlin-attack-4829566" TargetMode="External"/><Relationship Id="rId10" Type="http://schemas.openxmlformats.org/officeDocument/2006/relationships/hyperlink" Target="https://nltimes.nl/2026/07/27/video-70-report-discrimination-start-worldpride-amsterdam" TargetMode="External"/><Relationship Id="rId11" Type="http://schemas.openxmlformats.org/officeDocument/2006/relationships/hyperlink" Target="https://nltimes.nl/2026/07/26/amsterdam-mayor-plans-extra-pride-security-measures-1-killed-berlin" TargetMode="External"/><Relationship Id="rId12" Type="http://schemas.openxmlformats.org/officeDocument/2006/relationships/hyperlink" Target="https://www.latimes.com/world-nation/story/2026-07-26/german-police-search-for-suspect-in-deadly-berlin-pride-attack" TargetMode="External"/><Relationship Id="rId13" Type="http://schemas.openxmlformats.org/officeDocument/2006/relationships/hyperlink" Target="https://nltimes.nl/2026/07/26/attack-free-and-tolerant-society-dutch-leaders-condemn-deadly-berlin-pride-attack" TargetMode="External"/><Relationship Id="rId14" Type="http://schemas.openxmlformats.org/officeDocument/2006/relationships/hyperlink" Target="https://nltimes.nl/2026/07/27/memorial-service-amsterdam-tomorrow-victims-attack-pride-berl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