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Experience Stockholm Pride Parade 2024: A Local’s Guide to the Route, Safety and Vibes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colour: Stockholm Pride Parade kicked off at 13:00 and is set to wind from Kungsholmstorg through central Stockholm to Slussen, drawing thousands of participants and onlookers , here’s what to expect, how to join in, and why this year’s parade feels especially important.</w:t>
      </w:r>
      <w:r/>
    </w:p>
    <w:p>
      <w:r/>
      <w:r>
        <w:t>Essential Takeaways</w:t>
      </w:r>
      <w:r/>
      <w:r/>
    </w:p>
    <w:p>
      <w:pPr>
        <w:pStyle w:val="ListBullet"/>
        <w:spacing w:line="240" w:lineRule="auto"/>
        <w:ind w:left="720"/>
      </w:pPr>
      <w:r/>
      <w:r>
        <w:rPr>
          <w:b/>
        </w:rPr>
        <w:t>Start time and route:</w:t>
      </w:r>
      <w:r>
        <w:t xml:space="preserve"> Parade began at 13:00 at Kungsholmstorg and marches through central Stockholm to finish at Slussen around 17:00.</w:t>
      </w:r>
      <w:r/>
    </w:p>
    <w:p>
      <w:pPr>
        <w:pStyle w:val="ListBullet"/>
        <w:spacing w:line="240" w:lineRule="auto"/>
        <w:ind w:left="720"/>
      </w:pPr>
      <w:r/>
      <w:r>
        <w:rPr>
          <w:b/>
        </w:rPr>
        <w:t>Scale and variety:</w:t>
      </w:r>
      <w:r>
        <w:t xml:space="preserve"> Organisers report roughly 170 registered floats and groups, plus an open parade where anyone can join a section that fits them.</w:t>
      </w:r>
      <w:r/>
    </w:p>
    <w:p>
      <w:pPr>
        <w:pStyle w:val="ListBullet"/>
        <w:spacing w:line="240" w:lineRule="auto"/>
        <w:ind w:left="720"/>
      </w:pPr>
      <w:r/>
      <w:r>
        <w:rPr>
          <w:b/>
        </w:rPr>
        <w:t>Safety focus:</w:t>
      </w:r>
      <w:r>
        <w:t xml:space="preserve"> Security has been stepped up after recent international incidents, but organisers say they feel confident and prepared.</w:t>
      </w:r>
      <w:r/>
    </w:p>
    <w:p>
      <w:pPr>
        <w:pStyle w:val="ListBullet"/>
        <w:spacing w:line="240" w:lineRule="auto"/>
        <w:ind w:left="720"/>
      </w:pPr>
      <w:r/>
      <w:r>
        <w:rPr>
          <w:b/>
        </w:rPr>
        <w:t>Who’s taking part:</w:t>
      </w:r>
      <w:r>
        <w:t xml:space="preserve"> Political parties, NGOs, companies, community groups and individuals , from motorbike groups like Dykes on Bikes to student contingents.</w:t>
      </w:r>
      <w:r/>
    </w:p>
    <w:p>
      <w:pPr>
        <w:pStyle w:val="ListBullet"/>
        <w:spacing w:line="240" w:lineRule="auto"/>
        <w:ind w:left="720"/>
      </w:pPr>
      <w:r/>
      <w:r>
        <w:rPr>
          <w:b/>
        </w:rPr>
        <w:t>Practical vibe:</w:t>
      </w:r>
      <w:r>
        <w:t xml:space="preserve"> Expect lively music, colourful costumes, a mix of calm spectators and energetic marchers, and accessible spaces for joining on the fly.</w:t>
      </w:r>
      <w:r/>
      <w:r/>
    </w:p>
    <w:p>
      <w:pPr>
        <w:pStyle w:val="Heading2"/>
      </w:pPr>
      <w:r>
        <w:t>Where the parade goes and why the route matters</w:t>
      </w:r>
      <w:r/>
    </w:p>
    <w:p>
      <w:r/>
      <w:r>
        <w:t>The parade moves from Kungsholmstorg through central streets to Slussen, a classic Stockholm loop that lets both residents and visitors see a broad cross-section of the city while keeping the procession visible and accessible. That central route means lots of public transport options and plenty of places to pause for coffee or a bathroom break. For spectators, picking a spot near a tram or tunnelbana stop makes leaving easy if the crowds swell.</w:t>
      </w:r>
      <w:r/>
    </w:p>
    <w:p>
      <w:r/>
      <w:r>
        <w:t>Stockholm Pride’s official site outlines the route and meeting points, and organisers coordinate timings so the procession flows steadily. If you want a quieter experience, aim for the early stages near the start or the tail end by Slussen.</w:t>
      </w:r>
      <w:r/>
    </w:p>
    <w:p>
      <w:pPr>
        <w:pStyle w:val="Heading2"/>
      </w:pPr>
      <w:r>
        <w:t>How to join in , the open parade and registered groups</w:t>
      </w:r>
      <w:r/>
    </w:p>
    <w:p>
      <w:r/>
      <w:r>
        <w:t>One thing that stands out this year is the mix of pre-registered contingents , about 170 , and the open parade, which encourages spontaneous participation. That means you can sign up with a group in advance via Stockholm Pride’s registration pages, or simply step into a section that resonates as the march moves past. University groups, workplaces and community organisations tend to have a clear presence, so look for banners and flags if you want to link up.</w:t>
      </w:r>
      <w:r/>
    </w:p>
    <w:p>
      <w:r/>
      <w:r>
        <w:t>Practical tip: wear comfortable shoes, bring a small bag with water and ID, and decide whether you want to march or watch , both experiences are valid and lively.</w:t>
      </w:r>
      <w:r/>
    </w:p>
    <w:p>
      <w:pPr>
        <w:pStyle w:val="Heading2"/>
      </w:pPr>
      <w:r>
        <w:t>Safety and security , what’s changed and what to expect</w:t>
      </w:r>
      <w:r/>
    </w:p>
    <w:p>
      <w:r/>
      <w:r>
        <w:t>Organisers have flagged increased security measures following recent events abroad, and they’ve been working with local authorities to keep the parade safe. That means visible stewarding, checkpoints at certain gathering areas and guidance on how to behave in the crowd. Anna Flemsten, the event’s safety lead, has said the work has been extensive and that the team feels secure in welcoming people.</w:t>
      </w:r>
      <w:r/>
    </w:p>
    <w:p>
      <w:r/>
      <w:r>
        <w:t>For attendees, common-sense precautions help: agree on a meeting point with friends, keep phones charged, follow steward instructions, and report anything worrying to organisers or police. The emphasis is on creating a joyful, resilient atmosphere without sacrificing vigilance.</w:t>
      </w:r>
      <w:r/>
    </w:p>
    <w:p>
      <w:pPr>
        <w:pStyle w:val="Heading2"/>
      </w:pPr>
      <w:r>
        <w:t>The atmosphere , voices, music and why the parade still matters</w:t>
      </w:r>
      <w:r/>
    </w:p>
    <w:p>
      <w:r/>
      <w:r>
        <w:t>From motorbike groups like Dykes on Bikes to student contingents and political banners, the parade mixes celebration with serious messages. Participants say they’re marching not just to party but to be seen and heard , a feeling that’s amplified in a year where security conversations are noisier. The sensory picture is vivid: music, flags, the smell of street food, and people leaning from balconies to wave.</w:t>
      </w:r>
      <w:r/>
    </w:p>
    <w:p>
      <w:r/>
      <w:r>
        <w:t>This dual tone , festive yet purposeful , is what draws crowds. For many, joining the parade is both an expression of support and a civic action. If you want to soak it in, stand close to a contingent that represents something you care about; you’ll feel the energy up close.</w:t>
      </w:r>
      <w:r/>
    </w:p>
    <w:p>
      <w:pPr>
        <w:pStyle w:val="Heading2"/>
      </w:pPr>
      <w:r>
        <w:t>Practical tips for viewers and first-time marchers</w:t>
      </w:r>
      <w:r/>
    </w:p>
    <w:p>
      <w:r/>
      <w:r>
        <w:t>Plan your journey: central stations are busy, so arrive early or leave a little later than planned. If you want photos, pick a spot with a clear sightline and backlight in mind , late afternoon sun can be kind. Dress for changing weather and crowds; a light waterproof and layers are sensible. And if you’re bringing kids, pick a sheltered viewing point rather than the heart of the march.</w:t>
      </w:r>
      <w:r/>
    </w:p>
    <w:p>
      <w:r/>
      <w:r>
        <w:t>If you’re marching, check the festival’s rules of conduct so your group knows what’s allowed on floats and what’s not. Bring water, a small first-aid kit and a positive attitude , it’s part protest, part party, and entirely alive.</w:t>
      </w:r>
      <w:r/>
    </w:p>
    <w:p>
      <w:r/>
      <w:r>
        <w:t>It’s a small change that can make every step of the parade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https://www.tv4.se/artikel/xTE2Obc36B2tADOaibr84/nu-aer-prideparaden-igang-se-bilderna-haer</w:t>
        </w:r>
      </w:hyperlink>
      <w:r>
        <w:t xml:space="preserve"> - Please view link - unable to able to access data</w:t>
      </w:r>
      <w:r/>
    </w:p>
    <w:p>
      <w:pPr>
        <w:pStyle w:val="ListNumber"/>
        <w:spacing w:line="240" w:lineRule="auto"/>
        <w:ind w:left="720"/>
      </w:pPr>
      <w:r/>
      <w:hyperlink r:id="rId10">
        <w:r>
          <w:rPr>
            <w:color w:val="0000EE"/>
            <w:u w:val="single"/>
          </w:rPr>
          <w:t>https://news.stockholmpride.org/pride-parade-2024/</w:t>
        </w:r>
      </w:hyperlink>
      <w:r>
        <w:t xml:space="preserve"> - The Stockholm Pride Parade 2024 is scheduled for Saturday, August 3, starting at 13:00 from Norr Mälarstrand and concluding at Pride Park on Östermalms IP. The parade will feature approximately 170 registered floats, with an open section allowing participants to join any group they feel connected to. The route begins at Kungsholmstorg, traverses central Stockholm, and ends at Slussen, with an estimated arrival time around 17:00. Organisers anticipate increased participation following the recent attack on Pride celebrations in Berlin, aiming to demonstrate solidarity and support.</w:t>
      </w:r>
      <w:r/>
    </w:p>
    <w:p>
      <w:pPr>
        <w:pStyle w:val="ListNumber"/>
        <w:spacing w:line="240" w:lineRule="auto"/>
        <w:ind w:left="720"/>
      </w:pPr>
      <w:r/>
      <w:hyperlink r:id="rId12">
        <w:r>
          <w:rPr>
            <w:color w:val="0000EE"/>
            <w:u w:val="single"/>
          </w:rPr>
          <w:t>https://www.stockholmpride.org/2024/</w:t>
        </w:r>
      </w:hyperlink>
      <w:r>
        <w:t xml:space="preserve"> - Stockholm Pride 2024 is set to take place from August 1 to August 4. The Pride Parade on August 3 is expected to attract around 50,000 participants, with nearly half a million spectators lining the streets from Stadshuset to Pride Park at Östermalms IP. The event promises a vibrant display of love and inclusivity, featuring a diverse range of activities and performances throughout the festival.</w:t>
      </w:r>
      <w:r/>
    </w:p>
    <w:p>
      <w:pPr>
        <w:pStyle w:val="ListNumber"/>
        <w:spacing w:line="240" w:lineRule="auto"/>
        <w:ind w:left="720"/>
      </w:pPr>
      <w:r/>
      <w:hyperlink r:id="rId11">
        <w:r>
          <w:rPr>
            <w:color w:val="0000EE"/>
            <w:u w:val="single"/>
          </w:rPr>
          <w:t>https://www.su.se/english/calendar/events/2024-06-25-join-stockholms-pride-parade-2024</w:t>
        </w:r>
      </w:hyperlink>
      <w:r>
        <w:t xml:space="preserve"> - Stockholm University invites all employees, students, and alumni to join the Stockholm Pride Parade on Saturday, August 3, 2024. The parade departs at 13:00 from Norr Mälarstrand, with a pre-parade gathering at KTH's campus Valhallavägen starting at 10:00. This initiative is part of the Academic Pride network, which includes several of Stockholm's higher education institutions and associated student unions.</w:t>
      </w:r>
      <w:r/>
    </w:p>
    <w:p>
      <w:pPr>
        <w:pStyle w:val="ListNumber"/>
        <w:spacing w:line="240" w:lineRule="auto"/>
        <w:ind w:left="720"/>
      </w:pPr>
      <w:r/>
      <w:hyperlink r:id="rId15">
        <w:r>
          <w:rPr>
            <w:color w:val="0000EE"/>
            <w:u w:val="single"/>
          </w:rPr>
          <w:t>https://www.su.se/kalender/g%C3%A5-med-i-stockholms-prideparad-2024-med-academic-pride-1.743300</w:t>
        </w:r>
      </w:hyperlink>
      <w:r>
        <w:t xml:space="preserve"> - Stockholm University, in collaboration with other academic institutions, is participating in the Stockholm Pride Parade on August 3, 2024. The event begins at 13:00 from Norr Mälarstrand, with a pre-parade hangout at KTH's campus Valhallavägen starting at 10:00. This initiative is part of the Academic Pride network, aiming to promote inclusivity and support for the LGBTQI community within academic settings.</w:t>
      </w:r>
      <w:r/>
    </w:p>
    <w:p>
      <w:pPr>
        <w:pStyle w:val="ListNumber"/>
        <w:spacing w:line="240" w:lineRule="auto"/>
        <w:ind w:left="720"/>
      </w:pPr>
      <w:r/>
      <w:hyperlink r:id="rId13">
        <w:r>
          <w:rPr>
            <w:color w:val="0000EE"/>
            <w:u w:val="single"/>
          </w:rPr>
          <w:t>https://www.stockholmpride.org/festivalen/pride-parade/rulesofconduct/</w:t>
        </w:r>
      </w:hyperlink>
      <w:r>
        <w:t xml:space="preserve"> - Stockholm Pride has established a set of rules of conduct for participants in the Pride Parade. These guidelines emphasise respect, safety, and inclusivity, prohibiting actions such as throwing objects to the audience and the consumption of alcohol during the parade. Participants are encouraged to follow all instructions from volunteers and adhere to the core values of the event, ensuring a positive and welcoming environment for all attendees.</w:t>
      </w:r>
      <w:r/>
    </w:p>
    <w:p>
      <w:pPr>
        <w:pStyle w:val="ListNumber"/>
        <w:spacing w:line="240" w:lineRule="auto"/>
        <w:ind w:left="720"/>
      </w:pPr>
      <w:r/>
      <w:hyperlink r:id="rId14">
        <w:r>
          <w:rPr>
            <w:color w:val="0000EE"/>
            <w:u w:val="single"/>
          </w:rPr>
          <w:t>https://www.stockholmpride.org/anmalan-till-paraden-2024-ar-nu-stangd/</w:t>
        </w:r>
      </w:hyperlink>
      <w:r>
        <w:t xml:space="preserve"> - Registration for the Stockholm Pride Parade 2024 has now closed. The organisers express gratitude for the overwhelming interest and engagement, highlighting the strong support for human rights and the LGBTQI community. The parade is scheduled for Saturday, August 3, 2024, starting at 13:00 from Norr Mälarstrand, with the route covering approximately 4.5 km through central Stockholm to Östermalms 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v4.se/artikel/xTE2Obc36B2tADOaibr84/nu-aer-prideparaden-igang-se-bilderna-haer" TargetMode="External"/><Relationship Id="rId10" Type="http://schemas.openxmlformats.org/officeDocument/2006/relationships/hyperlink" Target="https://news.stockholmpride.org/pride-parade-2024/" TargetMode="External"/><Relationship Id="rId11" Type="http://schemas.openxmlformats.org/officeDocument/2006/relationships/hyperlink" Target="https://www.su.se/english/calendar/events/2024-06-25-join-stockholms-pride-parade-2024" TargetMode="External"/><Relationship Id="rId12" Type="http://schemas.openxmlformats.org/officeDocument/2006/relationships/hyperlink" Target="https://www.stockholmpride.org/2024/" TargetMode="External"/><Relationship Id="rId13" Type="http://schemas.openxmlformats.org/officeDocument/2006/relationships/hyperlink" Target="https://www.stockholmpride.org/festivalen/pride-parade/rulesofconduct/" TargetMode="External"/><Relationship Id="rId14" Type="http://schemas.openxmlformats.org/officeDocument/2006/relationships/hyperlink" Target="https://www.stockholmpride.org/anmalan-till-paraden-2024-ar-nu-stangd/" TargetMode="External"/><Relationship Id="rId15" Type="http://schemas.openxmlformats.org/officeDocument/2006/relationships/hyperlink" Target="https://www.su.se/kalender/g%C3%A5-med-i-stockholms-prideparad-2024-med-academic-pride-1.7433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