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PrideBus Guide for Vancouver Pride Parade 2026: Routes, Reroutes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on board: TransLink’s iconic PrideBus is back for the 48th Vancouver Pride Parade, rolling a bold ’90s-inspired wrap down Davie Street on Sunday 2 August. If you’re heading to the festivities, here’s what to expect, how to plan your trip and why the bus matters to the city’s 2SLGBTQIA+ communities.</w:t>
      </w:r>
      <w:r/>
    </w:p>
    <w:p>
      <w:r/>
      <w:r>
        <w:t>Essential Takeaways</w:t>
      </w:r>
      <w:r/>
      <w:r/>
    </w:p>
    <w:p>
      <w:pPr>
        <w:pStyle w:val="ListBullet"/>
        <w:spacing w:line="240" w:lineRule="auto"/>
        <w:ind w:left="720"/>
      </w:pPr>
      <w:r/>
      <w:r>
        <w:rPr>
          <w:b/>
        </w:rPr>
        <w:t>Event date and highlight:</w:t>
      </w:r>
      <w:r>
        <w:t xml:space="preserve"> Pride Parade runs Sunday 2 August and TransLink’s PrideBus will join the procession in a colourful ’90s-themed design. </w:t>
      </w:r>
      <w:r/>
    </w:p>
    <w:p>
      <w:pPr>
        <w:pStyle w:val="ListBullet"/>
        <w:spacing w:line="240" w:lineRule="auto"/>
        <w:ind w:left="720"/>
      </w:pPr>
      <w:r/>
      <w:r>
        <w:rPr>
          <w:b/>
        </w:rPr>
        <w:t>Extra SkyTrain service:</w:t>
      </w:r>
      <w:r>
        <w:t xml:space="preserve"> Additional Expo and Millennium line trains will run between 9am and 2pm to help with crowds. </w:t>
      </w:r>
      <w:r/>
    </w:p>
    <w:p>
      <w:pPr>
        <w:pStyle w:val="ListBullet"/>
        <w:spacing w:line="240" w:lineRule="auto"/>
        <w:ind w:left="720"/>
      </w:pPr>
      <w:r/>
      <w:r>
        <w:rPr>
          <w:b/>
        </w:rPr>
        <w:t>Planned bus reroutes:</w:t>
      </w:r>
      <w:r>
        <w:t xml:space="preserve"> Several downtown routes will be temporarily adjusted, including 2 MacDonald/Burrard, 5 Robson/Downtown and 6 Davie/Downtown. </w:t>
      </w:r>
      <w:r/>
    </w:p>
    <w:p>
      <w:pPr>
        <w:pStyle w:val="ListBullet"/>
        <w:spacing w:line="240" w:lineRule="auto"/>
        <w:ind w:left="720"/>
      </w:pPr>
      <w:r/>
      <w:r>
        <w:rPr>
          <w:b/>
        </w:rPr>
        <w:t>Best planning tool:</w:t>
      </w:r>
      <w:r>
        <w:t xml:space="preserve"> The Transit App and Transit Alerts are recommended for live updates and to plan return trips; expect temporary stops and delays. </w:t>
      </w:r>
      <w:r/>
    </w:p>
    <w:p>
      <w:pPr>
        <w:pStyle w:val="ListBullet"/>
        <w:spacing w:line="240" w:lineRule="auto"/>
        <w:ind w:left="720"/>
      </w:pPr>
      <w:r/>
      <w:r>
        <w:rPr>
          <w:b/>
        </w:rPr>
        <w:t>Access matters:</w:t>
      </w:r>
      <w:r>
        <w:t xml:space="preserve"> Parade organisers and city services share accessibility info to help attendees with mobility or sensory needs.</w:t>
      </w:r>
      <w:r/>
      <w:r/>
    </w:p>
    <w:p>
      <w:pPr>
        <w:pStyle w:val="Heading2"/>
      </w:pPr>
      <w:r>
        <w:t>Why the PrideBus still turns heads , and why that matters</w:t>
      </w:r>
      <w:r/>
    </w:p>
    <w:p>
      <w:r/>
      <w:r>
        <w:t>TransLink’s PrideBus isn't just a moving billboard; it’s a community symbol with a playful, nostalgic twist this year. The ’90s-inspired wrap uses bold portraits, rainbow colours and fun icons to celebrate creativity and resilience, and it gives the parade an extra flash of identity as it moves along Davie Street. For many long-time residents, seeing the bus down the route is a small but meaningful reminder of how visible the 2SLGBTQIA+ community has become since the 1990s.</w:t>
      </w:r>
      <w:r/>
    </w:p>
    <w:p>
      <w:r/>
      <w:r>
        <w:t>The design nods to a decade when Pride started evolving into today’s festival-style celebrations and when Davie Village cemented its role as Vancouver’s queer heart. That backstory helps explain why organisations keep bringing the bus out: it’s both a public-service vehicle and a cultural statement.</w:t>
      </w:r>
      <w:r/>
    </w:p>
    <w:p>
      <w:pPr>
        <w:pStyle w:val="Heading2"/>
      </w:pPr>
      <w:r>
        <w:t>Getting there: SkyTrain tips for a smoother trip</w:t>
      </w:r>
      <w:r/>
    </w:p>
    <w:p>
      <w:r/>
      <w:r>
        <w:t>If you’re heading to the parade, take the SkyTrain where you can , TransLink is adding trains on the Expo and Millennium lines between 9am and 2pm to absorb the extra demand. That means earlier and slightly more frequent services during the busiest mid-morning window, so aim to arrive before noon if you want a less crowded ride.</w:t>
      </w:r>
      <w:r/>
    </w:p>
    <w:p>
      <w:r/>
      <w:r>
        <w:t>Use the Transit App to check live train arrivals and station crowding, and consider walking a short distance from a less busy station to avoid the heaviest flows. Bring water, a small fan and noise buffers if you’re sensitive to crowds; it’s colourful and loud in all the best ways.</w:t>
      </w:r>
      <w:r/>
    </w:p>
    <w:p>
      <w:pPr>
        <w:pStyle w:val="Heading2"/>
      </w:pPr>
      <w:r>
        <w:t>Know the reroutes so you’re not left waiting</w:t>
      </w:r>
      <w:r/>
    </w:p>
    <w:p>
      <w:r/>
      <w:r>
        <w:t>Several downtown bus routes will be temporarily rerouted on parade day. Expect changes on routes such as 2 MacDonald/Burrard, 5 Robson/Downtown and 6 Davie/Downtown, plus adjustments affecting services near English Bay and Main Street Station at set times. Some reroutes begin early and run into the afternoon, so plan outbound and return legs of your day accordingly.</w:t>
      </w:r>
      <w:r/>
    </w:p>
    <w:p>
      <w:r/>
      <w:r>
        <w:t>The practical trick is simple: check Transit Alerts before you leave and set a return reminder in the Transit App. If your usual stop is closed, staff and volunteers often point you to temporary stops , they’re used to adapting, but give yourself extra time.</w:t>
      </w:r>
      <w:r/>
    </w:p>
    <w:p>
      <w:pPr>
        <w:pStyle w:val="Heading2"/>
      </w:pPr>
      <w:r>
        <w:t>Accessibility and inclusivity: what organisers are doing</w:t>
      </w:r>
      <w:r/>
    </w:p>
    <w:p>
      <w:r/>
      <w:r>
        <w:t>Vancouver Pride and city services publish guidance for accessibility, including sensory-friendly supports and mobility planning. Parade organisers typically provide information about accessible viewing areas and supports for people with disabilities, and advocacy groups often volunteer to help on the day.</w:t>
      </w:r>
      <w:r/>
    </w:p>
    <w:p>
      <w:r/>
      <w:r>
        <w:t>If you or someone you’re with needs quieter spaces or accessible routes, look up the parade’s accessibility page in advance and plot the closest SkyTrain or bus stop that has step-free access. Bring any comfort items you need; volunteers and staff are usually ready to help with directions and tips on quieter vantage points.</w:t>
      </w:r>
      <w:r/>
    </w:p>
    <w:p>
      <w:pPr>
        <w:pStyle w:val="Heading2"/>
      </w:pPr>
      <w:r>
        <w:t>Where to watch, what to expect, and a tiny etiquette guide</w:t>
      </w:r>
      <w:r/>
    </w:p>
    <w:p>
      <w:r/>
      <w:r>
        <w:t>Davie Village will be the liveliest stretch, with floats, performers and the PrideBus itself rolling through. Expect big crowds, colourful outfits and a celebratory atmosphere , but also take the usual parade precautions: stay mindful of personal space, respect photographers’ wishes if someone’s in costume, and follow volunteer directions for crossings or emergency lanes.</w:t>
      </w:r>
      <w:r/>
    </w:p>
    <w:p>
      <w:r/>
      <w:r>
        <w:t>If you want a calmer view, aim for spots slightly off the main route or arrive early and stake a small patch of pavement. And yes, the bus wrap makes for great photos , but enjoy the moment too; your phone doesn’t need to record every glitter flake.</w:t>
      </w:r>
      <w:r/>
    </w:p>
    <w:p>
      <w:r/>
      <w:r>
        <w:t>It's a small change that helps everyone get to the parade safely and with a little more colour in their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https://buzzer.translink.ca/2026/07/pridebus-returns-for-vancouver-pride-parade/</w:t>
        </w:r>
      </w:hyperlink>
      <w:r>
        <w:t xml:space="preserve"> - Please view link - unable to able to access data</w:t>
      </w:r>
      <w:r/>
    </w:p>
    <w:p>
      <w:pPr>
        <w:pStyle w:val="ListNumber"/>
        <w:spacing w:line="240" w:lineRule="auto"/>
        <w:ind w:left="720"/>
      </w:pPr>
      <w:r/>
      <w:hyperlink r:id="rId10">
        <w:r>
          <w:rPr>
            <w:color w:val="0000EE"/>
            <w:u w:val="single"/>
          </w:rPr>
          <w:t>https://www.translink.ca/news/2025/august/translinks%20pridebus%20returns%20in%20playful%2016-bit%20style</w:t>
        </w:r>
      </w:hyperlink>
      <w:r>
        <w:t xml:space="preserve"> - In August 2025, TransLink's PrideBus featured a playful 16-bit design, adorned with images of transit vehicles, rainbows, unicorns, and bees. The bus participated in the 47th annual Vancouver Pride Parade on August 3, with TransLink staff marching alongside to support the 2SLGBTQIA+ communities. Following the parade, the PrideBus continued to serve customers throughout the summer, highlighting TransLink's commitment to inclusivity and community engagement.</w:t>
      </w:r>
      <w:r/>
    </w:p>
    <w:p>
      <w:pPr>
        <w:pStyle w:val="ListNumber"/>
        <w:spacing w:line="240" w:lineRule="auto"/>
        <w:ind w:left="720"/>
      </w:pPr>
      <w:r/>
      <w:hyperlink r:id="rId11">
        <w:r>
          <w:rPr>
            <w:color w:val="0000EE"/>
            <w:u w:val="single"/>
          </w:rPr>
          <w:t>https://www.vancouverpride.ca/parade/</w:t>
        </w:r>
      </w:hyperlink>
      <w:r>
        <w:t xml:space="preserve"> - The Vancouver Pride Parade is a significant annual event celebrating the 2SLGBTQIA+ communities. Scheduled for August 2, 2026, the parade will feature a route map and accessibility features, including viewing zones outside the Roundhouse Community Centre. The event aims to provide a safe and inclusive environment for all attendees, with various amenities and services available along the parade route.</w:t>
      </w:r>
      <w:r/>
    </w:p>
    <w:p>
      <w:pPr>
        <w:pStyle w:val="ListNumber"/>
        <w:spacing w:line="240" w:lineRule="auto"/>
        <w:ind w:left="720"/>
      </w:pPr>
      <w:r/>
      <w:hyperlink r:id="rId15">
        <w:r>
          <w:rPr>
            <w:color w:val="0000EE"/>
            <w:u w:val="single"/>
          </w:rPr>
          <w:t>https://vancouver.ca/people-programs/pride.aspx</w:t>
        </w:r>
      </w:hyperlink>
      <w:r>
        <w:t xml:space="preserve"> - Vancouver's Pride Week, occurring annually in late July and early August, celebrates the 2SLGBTQIA+ communities. The city values diversity and stands against discrimination, including homophobia and transphobia. During Pride Week, the city raises various flags, including the Two-Spirit and Pride flags, to honour the 2SLGBTQIA+ communities and Indigenous nations.</w:t>
      </w:r>
      <w:r/>
    </w:p>
    <w:p>
      <w:pPr>
        <w:pStyle w:val="ListNumber"/>
        <w:spacing w:line="240" w:lineRule="auto"/>
        <w:ind w:left="720"/>
      </w:pPr>
      <w:r/>
      <w:hyperlink r:id="rId12">
        <w:r>
          <w:rPr>
            <w:color w:val="0000EE"/>
            <w:u w:val="single"/>
          </w:rPr>
          <w:t>https://www.vancouverpride.ca/pride2026</w:t>
        </w:r>
      </w:hyperlink>
      <w:r>
        <w:t xml:space="preserve"> - The theme for Vancouver Pride 2026 is 'Unapologetically Queer,' inviting individuals to embrace their authentic selves. The theme celebrates authenticity, courage, and connection within the diverse 2SLGBTQIA+ community. Vancouver Pride Society is committed to producing inclusive events and advocating for the 2SLGBTQIA+ communities through an intersectional lens.</w:t>
      </w:r>
      <w:r/>
    </w:p>
    <w:p>
      <w:pPr>
        <w:pStyle w:val="ListNumber"/>
        <w:spacing w:line="240" w:lineRule="auto"/>
        <w:ind w:left="720"/>
      </w:pPr>
      <w:r/>
      <w:hyperlink r:id="rId13">
        <w:r>
          <w:rPr>
            <w:color w:val="0000EE"/>
            <w:u w:val="single"/>
          </w:rPr>
          <w:t>https://www.vancouverpride.ca/parade-accessibility</w:t>
        </w:r>
      </w:hyperlink>
      <w:r>
        <w:t xml:space="preserve"> - The Vancouver Pride Parade offers accessible viewing zones along the parade route, with first aid stations and security measures in place. Public transport options include Burrard Station, Yaletown-Roundhouse Canada Line, and Stadium Chinatown Station. The event aims to be inclusive and accessible for all attendees, with various amenities and services available along the parade route.</w:t>
      </w:r>
      <w:r/>
    </w:p>
    <w:p>
      <w:pPr>
        <w:pStyle w:val="ListNumber"/>
        <w:spacing w:line="240" w:lineRule="auto"/>
        <w:ind w:left="720"/>
      </w:pPr>
      <w:r/>
      <w:hyperlink r:id="rId14">
        <w:r>
          <w:rPr>
            <w:color w:val="0000EE"/>
            <w:u w:val="single"/>
          </w:rPr>
          <w:t>https://www.vocaleye.ca/events/vancouver-pride-parade-2026/</w:t>
        </w:r>
      </w:hyperlink>
      <w:r>
        <w:t xml:space="preserve"> - VocalEye Accessible Viewing Zone at the Roundhouse, Davie and Pacific Blvd, offers a dedicated space for blind and low-vision community members during the Vancouver Pride Parade on August 2, 2026. The event provides shade, seating, and audio descriptions to enhance the parade experience for attendees with visual impairments.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zzer.translink.ca/2026/07/pridebus-returns-for-vancouver-pride-parade/" TargetMode="External"/><Relationship Id="rId10" Type="http://schemas.openxmlformats.org/officeDocument/2006/relationships/hyperlink" Target="https://www.translink.ca/news/2025/august/translinks%20pridebus%20returns%20in%20playful%2016-bit%20style" TargetMode="External"/><Relationship Id="rId11" Type="http://schemas.openxmlformats.org/officeDocument/2006/relationships/hyperlink" Target="https://www.vancouverpride.ca/parade/" TargetMode="External"/><Relationship Id="rId12" Type="http://schemas.openxmlformats.org/officeDocument/2006/relationships/hyperlink" Target="https://www.vancouverpride.ca/pride2026" TargetMode="External"/><Relationship Id="rId13" Type="http://schemas.openxmlformats.org/officeDocument/2006/relationships/hyperlink" Target="https://www.vancouverpride.ca/parade-accessibility" TargetMode="External"/><Relationship Id="rId14" Type="http://schemas.openxmlformats.org/officeDocument/2006/relationships/hyperlink" Target="https://www.vocaleye.ca/events/vancouver-pride-parade-2026/" TargetMode="External"/><Relationship Id="rId15" Type="http://schemas.openxmlformats.org/officeDocument/2006/relationships/hyperlink" Target="https://vancouver.ca/people-programs/pride.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