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Turnouts After Berlin Attack: Why Crowds Came Back Strong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families and activists packed the streets again this weekend as Pride events drew hundreds of thousands across the UK and mainland Europe, a defiant response to last week’s deadly attack in Berlin and a reminder that celebration and safety can coexist.</w:t>
      </w:r>
      <w:r/>
    </w:p>
    <w:p>
      <w:r/>
      <w:r>
        <w:t>Essential Takeaways</w:t>
      </w:r>
      <w:r/>
      <w:r/>
    </w:p>
    <w:p>
      <w:pPr>
        <w:pStyle w:val="ListBullet"/>
        <w:spacing w:line="240" w:lineRule="auto"/>
        <w:ind w:left="720"/>
      </w:pPr>
      <w:r/>
      <w:r>
        <w:rPr>
          <w:b/>
        </w:rPr>
        <w:t>Mass participation:</w:t>
      </w:r>
      <w:r>
        <w:t xml:space="preserve"> Major Pride events in Brighton, Hamburg and Amsterdam attracted roughly 300,000 people each, showing big public support.</w:t>
      </w:r>
      <w:r/>
    </w:p>
    <w:p>
      <w:pPr>
        <w:pStyle w:val="ListBullet"/>
        <w:spacing w:line="240" w:lineRule="auto"/>
        <w:ind w:left="720"/>
      </w:pPr>
      <w:r/>
      <w:r>
        <w:rPr>
          <w:b/>
        </w:rPr>
        <w:t>Heightened security:</w:t>
      </w:r>
      <w:r>
        <w:t xml:space="preserve"> Police presence was increased , including armed officers in Brighton and more personnel in Hamburg , which organisers called reassuring rather than intimidating.</w:t>
      </w:r>
      <w:r/>
    </w:p>
    <w:p>
      <w:pPr>
        <w:pStyle w:val="ListBullet"/>
        <w:spacing w:line="240" w:lineRule="auto"/>
        <w:ind w:left="720"/>
      </w:pPr>
      <w:r/>
      <w:r>
        <w:rPr>
          <w:b/>
        </w:rPr>
        <w:t>Solidarity gestures:</w:t>
      </w:r>
      <w:r>
        <w:t xml:space="preserve"> Floats and participants observed moments of respect for Berlin’s victims, with sombre dress and tributes on several trucks.</w:t>
      </w:r>
      <w:r/>
    </w:p>
    <w:p>
      <w:pPr>
        <w:pStyle w:val="ListBullet"/>
        <w:spacing w:line="240" w:lineRule="auto"/>
        <w:ind w:left="720"/>
      </w:pPr>
      <w:r/>
      <w:r>
        <w:rPr>
          <w:b/>
        </w:rPr>
        <w:t>High-profile backing:</w:t>
      </w:r>
      <w:r>
        <w:t xml:space="preserve"> Leaders and celebrities turned up, underlining Pride’s political and cultural visibility , from Diana Ross in Brighton to the Dutch prime minister in Amsterdam.</w:t>
      </w:r>
      <w:r/>
    </w:p>
    <w:p>
      <w:pPr>
        <w:pStyle w:val="ListBullet"/>
        <w:spacing w:line="240" w:lineRule="auto"/>
        <w:ind w:left="720"/>
      </w:pPr>
      <w:r/>
      <w:r>
        <w:rPr>
          <w:b/>
        </w:rPr>
        <w:t>Festival mood:</w:t>
      </w:r>
      <w:r>
        <w:t xml:space="preserve"> Despite vigilance, events retained music, performances and a sense of community, with organisers stressing the importance of not ceding space to fear.</w:t>
      </w:r>
      <w:r/>
      <w:r/>
    </w:p>
    <w:p>
      <w:pPr>
        <w:pStyle w:val="Heading2"/>
      </w:pPr>
      <w:r>
        <w:t>Thousands showed up in Brighton , and they meant it</w:t>
      </w:r>
      <w:r/>
    </w:p>
    <w:p>
      <w:r/>
      <w:r>
        <w:t>Brighton and Hove Pride, marking its 35th anniversary, saw crowds and performers gather with a tangible mix of joy and gravity. Organisers had lined up more than 150 acts and household-name headliners, but the talk on the ground was of solidarity after Berlin. According to organisers, the inclusion of armed officers at the event felt like reassurance to many , not a dampener. If you’re heading to large Pride parades, pick a meeting point, charge your phone and follow local safety briefings; that little preparation helps you enjoy the music and the moment.</w:t>
      </w:r>
      <w:r/>
    </w:p>
    <w:p>
      <w:pPr>
        <w:pStyle w:val="Heading2"/>
      </w:pPr>
      <w:r>
        <w:t>Hamburg’s parade doubled down on presence and protection</w:t>
      </w:r>
      <w:r/>
    </w:p>
    <w:p>
      <w:r/>
      <w:r>
        <w:t>Hamburg reported around 300,000 attendees, an increase from last year, and city authorities nearly doubled police numbers on duty. The event’s motto , “Queer in solidarity. Take a stand , for a future without fear” , was reflected in the sombre tone on some floats and in the visible security arrangements. Organisers and participants told reporters they wanted to show resilience without ignoring the threat, a balance many cities are trying to strike as Pride grows both in scale and in profile.</w:t>
      </w:r>
      <w:r/>
    </w:p>
    <w:p>
      <w:pPr>
        <w:pStyle w:val="Heading2"/>
      </w:pPr>
      <w:r>
        <w:t>Amsterdam’s WorldPride kept canals packed and spirits high</w:t>
      </w:r>
      <w:r/>
    </w:p>
    <w:p>
      <w:r/>
      <w:r>
        <w:t>Amsterdam’s flagship WorldPride event drew huge canal-side crowds as the city marked 25 years since legal recognition of same-sex marriage in the Netherlands. The Dutch prime minister attended, and officials said extra, unspecified security measures were in place following the Berlin attack. Still, the atmosphere mixed celebration with remembrance, and authorities used everything from bicycles to jet skis to manage crowds. If you’re planning to enjoy canal-side Pride, arrive early and consider quieter viewing spots to avoid last-minute crowding.</w:t>
      </w:r>
      <w:r/>
    </w:p>
    <w:p>
      <w:pPr>
        <w:pStyle w:val="Heading2"/>
      </w:pPr>
      <w:r>
        <w:t>Berlin’s trauma reshaped the weekend’s tone across Europe</w:t>
      </w:r>
      <w:r/>
    </w:p>
    <w:p>
      <w:r/>
      <w:r>
        <w:t>The deadly attack in Berlin , where a woman died and almost 30 people were hurt , hung heavy over celebrations. German authorities have faced scrutiny over how the suspect, shot dead by police, came to be radicalised, and lawmakers are discussing tighter extremism laws, according to reporting. Across Pride events, organisers folded that anxiety into messaging: grief for victims, respect for those affected, and a refusal to let fear erase visibility and rights.</w:t>
      </w:r>
      <w:r/>
    </w:p>
    <w:p>
      <w:pPr>
        <w:pStyle w:val="Heading2"/>
      </w:pPr>
      <w:r>
        <w:t>Why the crowds matter , and what comes next</w:t>
      </w:r>
      <w:r/>
    </w:p>
    <w:p>
      <w:r/>
      <w:r>
        <w:t>Showing up at Pride this weekend wasn’t just about parties; it was a political act and a communal comfort. Organisers emphasised the message that LGBT+ rights and safety matter, especially as activists warn of rollbacks in some places. Expect conversations about security, civil liberties and community resilience to continue in the weeks ahead , and for Pride organisers to keep adapting plans to protect celebration without hollowing it out.</w:t>
      </w:r>
      <w:r/>
    </w:p>
    <w:p>
      <w:r/>
      <w:r>
        <w:t>It's a small change that can make every celebration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5">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https://www.radioroyal.org/news/news/hundreds-of-thousands-attend-pride-events-in-uk-and-mainland-europe-after-deadly-berlin-attack/</w:t>
        </w:r>
      </w:hyperlink>
      <w:r>
        <w:t xml:space="preserve"> - Please view link - unable to able to access data</w:t>
      </w:r>
      <w:r/>
    </w:p>
    <w:p>
      <w:pPr>
        <w:pStyle w:val="ListNumber"/>
        <w:spacing w:line="240" w:lineRule="auto"/>
        <w:ind w:left="720"/>
      </w:pPr>
      <w:r/>
      <w:hyperlink r:id="rId10">
        <w:r>
          <w:rPr>
            <w:color w:val="0000EE"/>
            <w:u w:val="single"/>
          </w:rPr>
          <w:t>https://apnews.com/article/4fabf20621b75cdd8f8e05119ea9d281</w:t>
        </w:r>
      </w:hyperlink>
      <w:r>
        <w:t xml:space="preserve"> - Hamburg Pride attracted approximately 300,000 attendees, a significant increase from the previous year, following a fatal extremist attack in Berlin. The event's motto was 'Queer in solidarity. Take a stand - for a future without fear.' Security measures were heightened, with double the number of police officers compared to the prior year. A tribute truck representing Berlin's Pride featured participants in dark clothing to honour the victims. The deputy mayor emphasised the importance of standing strong in the face of violence. (</w:t>
      </w:r>
      <w:hyperlink r:id="rId16">
        <w:r>
          <w:rPr>
            <w:color w:val="0000EE"/>
            <w:u w:val="single"/>
          </w:rPr>
          <w:t>apnews.com</w:t>
        </w:r>
      </w:hyperlink>
      <w:r>
        <w:t>)</w:t>
      </w:r>
      <w:r/>
    </w:p>
    <w:p>
      <w:pPr>
        <w:pStyle w:val="ListNumber"/>
        <w:spacing w:line="240" w:lineRule="auto"/>
        <w:ind w:left="720"/>
      </w:pPr>
      <w:r/>
      <w:hyperlink r:id="rId11">
        <w:r>
          <w:rPr>
            <w:color w:val="0000EE"/>
            <w:u w:val="single"/>
          </w:rPr>
          <w:t>https://apnews.com/article/4b1d7cca31a9e89d29666f730e1c3cf3</w:t>
        </w:r>
      </w:hyperlink>
      <w:r>
        <w:t xml:space="preserve"> - Amsterdam's annual Pride boat parade, coinciding with World Pride, saw hundreds of thousands lining the canals. The event followed a tragic attack at Berlin Pride, where a man with suspected Islamic extremist motives killed one person and injured 29. Dutch Prime Minister Rob Jetten, the first openly gay and first Dutch PM to join the parade, praised its significance amid global concerns over LGBTQ+ safety. Security was visibly increased, with police boats and a helicopter monitoring the festivities. (</w:t>
      </w:r>
      <w:hyperlink r:id="rId17">
        <w:r>
          <w:rPr>
            <w:color w:val="0000EE"/>
            <w:u w:val="single"/>
          </w:rPr>
          <w:t>apnews.com</w:t>
        </w:r>
      </w:hyperlink>
      <w:r>
        <w:t>)</w:t>
      </w:r>
      <w:r/>
    </w:p>
    <w:p>
      <w:pPr>
        <w:pStyle w:val="ListNumber"/>
        <w:spacing w:line="240" w:lineRule="auto"/>
        <w:ind w:left="720"/>
      </w:pPr>
      <w:r/>
      <w:hyperlink r:id="rId15">
        <w:r>
          <w:rPr>
            <w:color w:val="0000EE"/>
            <w:u w:val="single"/>
          </w:rPr>
          <w:t>https://theweek.com/crime/berlin-police-kill-suspect-pride-attack</w:t>
        </w:r>
      </w:hyperlink>
      <w:r>
        <w:t xml:space="preserve"> - German police fatally shot 21-year-old Abdul Ballout, a German citizen of Lebanese heritage, after he attacked officers with a stabbing weapon. Ballout was suspected of carrying out a deadly assault during Berlin’s Pride celebrations, where he drove a van into a crowd and attacked bystanders with a machete, resulting in one woman’s death and injuries to 29 others. Authorities confirmed his prior attempts to connect with IS members during a 2025 trip to Lebanon. (</w:t>
      </w:r>
      <w:hyperlink r:id="rId18">
        <w:r>
          <w:rPr>
            <w:color w:val="0000EE"/>
            <w:u w:val="single"/>
          </w:rPr>
          <w:t>theweek.com</w:t>
        </w:r>
      </w:hyperlink>
      <w:r>
        <w:t>)</w:t>
      </w:r>
      <w:r/>
    </w:p>
    <w:p>
      <w:pPr>
        <w:pStyle w:val="ListNumber"/>
        <w:spacing w:line="240" w:lineRule="auto"/>
        <w:ind w:left="720"/>
      </w:pPr>
      <w:r/>
      <w:hyperlink r:id="rId13">
        <w:r>
          <w:rPr>
            <w:color w:val="0000EE"/>
            <w:u w:val="single"/>
          </w:rPr>
          <w:t>https://apnews.com/article/45628a7c0e6518a65b629bdcc76ba809</w:t>
        </w:r>
      </w:hyperlink>
      <w:r>
        <w:t xml:space="preserve"> - Following a deadly attack near Berlin's Pride festival, German investigators discovered a video that appears to be a claim of responsibility from the suspected attacker, 21-year-old Abdul Ballout. Authorities report that Ballout, who was killed in a confrontation with police, drove a van into a crowd and used a machete, killing a Polish woman and injuring 31 others. Interior Minister Alexander Dobrindt confirmed that Ballout's cellphone contained a disguised video in which the individual pledges allegiance to the Islamic State (IS). Additional evidence, including IS-related materials, was found in his apartment. Ballout, born in Germany with Lebanese roots, had traveled to Lebanon in 2025 with the intention of joining IS in Syria and had prior convictions linked to extremist activities. There is growing scrutiny over how he was able to move freely despite his criminal record. Dobrindt criticized the use of juvenile law in such cases and suggested implementing ankle bracelets for individuals deemed dangerous, while acknowledging the limits of absolute security. (</w:t>
      </w:r>
      <w:hyperlink r:id="rId19">
        <w:r>
          <w:rPr>
            <w:color w:val="0000EE"/>
            <w:u w:val="single"/>
          </w:rPr>
          <w:t>apnews.com</w:t>
        </w:r>
      </w:hyperlink>
      <w:r>
        <w:t>)</w:t>
      </w:r>
      <w:r/>
    </w:p>
    <w:p>
      <w:pPr>
        <w:pStyle w:val="ListNumber"/>
        <w:spacing w:line="240" w:lineRule="auto"/>
        <w:ind w:left="720"/>
      </w:pPr>
      <w:r/>
      <w:hyperlink r:id="rId14">
        <w:r>
          <w:rPr>
            <w:color w:val="0000EE"/>
            <w:u w:val="single"/>
          </w:rPr>
          <w:t>https://www.theguardian.com/politics/2026/jul/27/german-officials-tighter-extremism-laws-berlin-pride-attack</w:t>
        </w:r>
      </w:hyperlink>
      <w:r>
        <w:t xml:space="preserve"> - German officials have called for a tightening of laws for known extremists after a deadly attack in Berlin on one of Europe’s biggest Pride parades. The far-right party Alternative für Deutschland (AfD) accused the government of failing to tackle Islamist radicalism, while Chancellor Friedrich Merz pledged to act with 'prudence but also determination' to address security gaps. The attacker, Abdul Ballout, a 21-year-old German national with Lebanese roots, is believed to have rammed a van into a crowd in Tiergarten park, next to the finale of annual LGBTQ+ celebrations that drew hundreds of thousands of people. After the vehicle crashed into a tree, he allegedly attacked people with a large knife, resulting in the death of a 65-year-old Polish woman and injuries to 29 others. Ballout was later shot dead by police after charging at them with a bladed weapon. Authorities had been aware of Ballout's extremist ties, as he had previously attempted to join the Islamic State in Syria and had prior convictions linked to extremist activities. The incident has sparked debates over the effectiveness of current security measures and the need for stricter laws to prevent such attacks. (</w:t>
      </w:r>
      <w:hyperlink r:id="rId20">
        <w:r>
          <w:rPr>
            <w:color w:val="0000EE"/>
            <w:u w:val="single"/>
          </w:rPr>
          <w:t>theguardian.com</w:t>
        </w:r>
      </w:hyperlink>
      <w:r>
        <w:t>)</w:t>
      </w:r>
      <w:r/>
    </w:p>
    <w:p>
      <w:pPr>
        <w:pStyle w:val="ListNumber"/>
        <w:spacing w:line="240" w:lineRule="auto"/>
        <w:ind w:left="720"/>
      </w:pPr>
      <w:r/>
      <w:hyperlink r:id="rId12">
        <w:r>
          <w:rPr>
            <w:color w:val="0000EE"/>
            <w:u w:val="single"/>
          </w:rPr>
          <w:t>https://www.brightonandhovenews.org/2026/07/27/armed-police-to-be-deployed-at-brighton-pride/</w:t>
        </w:r>
      </w:hyperlink>
      <w:r>
        <w:t xml:space="preserve"> - Armed police are to be deployed at Brighton Pride on Saturday (1 August) after an attack left one dead and dozens injured at Berlin’s Pride event at the weekend. Sussex Police stated that they are working tirelessly with event organisers, Brighton and Hove City Council, and other partners to ensure safety and an effective policing operation. Uniformed policing, plain-clothed officers, and specialist teams, including armed officers, will be deployed across the city as part of comprehensive plans for policing the event. (</w:t>
      </w:r>
      <w:hyperlink r:id="rId21">
        <w:r>
          <w:rPr>
            <w:color w:val="0000EE"/>
            <w:u w:val="single"/>
          </w:rPr>
          <w:t>brightonandhovenews.org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adioroyal.org/news/news/hundreds-of-thousands-attend-pride-events-in-uk-and-mainland-europe-after-deadly-berlin-attack/" TargetMode="External"/><Relationship Id="rId10" Type="http://schemas.openxmlformats.org/officeDocument/2006/relationships/hyperlink" Target="https://apnews.com/article/4fabf20621b75cdd8f8e05119ea9d281" TargetMode="External"/><Relationship Id="rId11" Type="http://schemas.openxmlformats.org/officeDocument/2006/relationships/hyperlink" Target="https://apnews.com/article/4b1d7cca31a9e89d29666f730e1c3cf3" TargetMode="External"/><Relationship Id="rId12" Type="http://schemas.openxmlformats.org/officeDocument/2006/relationships/hyperlink" Target="https://www.brightonandhovenews.org/2026/07/27/armed-police-to-be-deployed-at-brighton-pride/" TargetMode="External"/><Relationship Id="rId13" Type="http://schemas.openxmlformats.org/officeDocument/2006/relationships/hyperlink" Target="https://apnews.com/article/45628a7c0e6518a65b629bdcc76ba809" TargetMode="External"/><Relationship Id="rId14" Type="http://schemas.openxmlformats.org/officeDocument/2006/relationships/hyperlink" Target="https://www.theguardian.com/politics/2026/jul/27/german-officials-tighter-extremism-laws-berlin-pride-attack" TargetMode="External"/><Relationship Id="rId15" Type="http://schemas.openxmlformats.org/officeDocument/2006/relationships/hyperlink" Target="https://theweek.com/crime/berlin-police-kill-suspect-pride-attack" TargetMode="External"/><Relationship Id="rId16" Type="http://schemas.openxmlformats.org/officeDocument/2006/relationships/hyperlink" Target="https://apnews.com/article/4fabf20621b75cdd8f8e05119ea9d281?utm_source=openai" TargetMode="External"/><Relationship Id="rId17" Type="http://schemas.openxmlformats.org/officeDocument/2006/relationships/hyperlink" Target="https://apnews.com/article/4b1d7cca31a9e89d29666f730e1c3cf3?utm_source=openai" TargetMode="External"/><Relationship Id="rId18" Type="http://schemas.openxmlformats.org/officeDocument/2006/relationships/hyperlink" Target="https://theweek.com/crime/berlin-police-kill-suspect-pride-attack?utm_source=openai" TargetMode="External"/><Relationship Id="rId19" Type="http://schemas.openxmlformats.org/officeDocument/2006/relationships/hyperlink" Target="https://apnews.com/article/45628a7c0e6518a65b629bdcc76ba809?utm_source=openai" TargetMode="External"/><Relationship Id="rId20" Type="http://schemas.openxmlformats.org/officeDocument/2006/relationships/hyperlink" Target="https://www.theguardian.com/politics/2026/jul/27/german-officials-tighter-extremism-laws-berlin-pride-attack?utm_source=openai" TargetMode="External"/><Relationship Id="rId21" Type="http://schemas.openxmlformats.org/officeDocument/2006/relationships/hyperlink" Target="https://www.brightonandhovenews.org/2026/07/27/armed-police-to-be-deployed-at-brighton-prid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