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Show of Solidarity in Hamburg: Why 250,000 People Are Expected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neighbours and activists are turning out en masse: around 250,000 people are expected to join Hamburg’s Christopher Street Day march to show queer solidarity after last week’s deadly attack in Berlin, a visible, defiant moment that matters for safety, community and political support.</w:t>
      </w:r>
      <w:r/>
    </w:p>
    <w:p>
      <w:r/>
      <w:r>
        <w:t>Essential Takeaways</w:t>
      </w:r>
      <w:r/>
      <w:r/>
    </w:p>
    <w:p>
      <w:pPr>
        <w:pStyle w:val="ListBullet"/>
        <w:spacing w:line="240" w:lineRule="auto"/>
        <w:ind w:left="720"/>
      </w:pPr>
      <w:r/>
      <w:r>
        <w:rPr>
          <w:b/>
        </w:rPr>
        <w:t>Large turnout expected:</w:t>
      </w:r>
      <w:r>
        <w:t xml:space="preserve"> Organisers and police anticipate roughly 250,000 participants for the Hamburg demonstration, a huge public show of support. </w:t>
      </w:r>
      <w:r/>
    </w:p>
    <w:p>
      <w:pPr>
        <w:pStyle w:val="ListBullet"/>
        <w:spacing w:line="240" w:lineRule="auto"/>
        <w:ind w:left="720"/>
      </w:pPr>
      <w:r/>
      <w:r>
        <w:rPr>
          <w:b/>
        </w:rPr>
        <w:t>Tighter security:</w:t>
      </w:r>
      <w:r>
        <w:t xml:space="preserve"> Hamburg police plan roughly double the personnel used last year to protect the event, aiming to balance openness with safety. </w:t>
      </w:r>
      <w:r/>
    </w:p>
    <w:p>
      <w:pPr>
        <w:pStyle w:val="ListBullet"/>
        <w:spacing w:line="240" w:lineRule="auto"/>
        <w:ind w:left="720"/>
      </w:pPr>
      <w:r/>
      <w:r>
        <w:rPr>
          <w:b/>
        </w:rPr>
        <w:t>A determined message:</w:t>
      </w:r>
      <w:r>
        <w:t xml:space="preserve"> The parade’s theme, “Solidarisch queer. Haltung zeigen , für eine Zukunft ohne Angst!”, foregrounds courage and a future without fear. </w:t>
      </w:r>
      <w:r/>
    </w:p>
    <w:p>
      <w:pPr>
        <w:pStyle w:val="ListBullet"/>
        <w:spacing w:line="240" w:lineRule="auto"/>
        <w:ind w:left="720"/>
      </w:pPr>
      <w:r/>
      <w:r>
        <w:rPr>
          <w:b/>
        </w:rPr>
        <w:t>Broad backing:</w:t>
      </w:r>
      <w:r>
        <w:t xml:space="preserve"> Political figures from SPD and the Greens, plus Berlin’s CSD association, have confirmed participation, adding national attention and solidarity. </w:t>
      </w:r>
      <w:r/>
    </w:p>
    <w:p>
      <w:pPr>
        <w:pStyle w:val="ListBullet"/>
        <w:spacing w:line="240" w:lineRule="auto"/>
        <w:ind w:left="720"/>
      </w:pPr>
      <w:r/>
      <w:r>
        <w:rPr>
          <w:b/>
        </w:rPr>
        <w:t>Festival feel, serious tone:</w:t>
      </w:r>
      <w:r>
        <w:t xml:space="preserve"> More than 40 floats and trucks from groups, churches and companies will move through St. Georg, mixing celebration with mourning and resolve.</w:t>
      </w:r>
      <w:r/>
      <w:r/>
    </w:p>
    <w:p>
      <w:pPr>
        <w:pStyle w:val="Heading2"/>
      </w:pPr>
      <w:r>
        <w:t>A huge, visible response , and it feels both festive and solemn</w:t>
      </w:r>
      <w:r/>
    </w:p>
    <w:p>
      <w:r/>
      <w:r>
        <w:t>The strongest image here is scale: a quarter of a million people expected, a long river of marchers and more than 40 trucks rolling through St. Georg. You can almost hear the different tempos , drumming, chants, conversations , and smell the street food and sunscreen. Organisers told reporters they won’t be cowed by last week’s violence in Berlin, and the mood is one of mutual support and defiance.</w:t>
      </w:r>
      <w:r/>
    </w:p>
    <w:p>
      <w:r/>
      <w:r>
        <w:t>The Hamburg Pride Week association has framed the march as a chance to comfort one another, and to make a public stand against fear. That mix of grief and celebration is familiar at major Pride events, but it’s being felt intensely this year. If you’re going, expect both colour and seriousness , bring water, wear comfortable shoes, and leave space for others to grieve.</w:t>
      </w:r>
      <w:r/>
    </w:p>
    <w:p>
      <w:pPr>
        <w:pStyle w:val="Heading2"/>
      </w:pPr>
      <w:r>
        <w:t>Security doubled , why authorities are taking no chances</w:t>
      </w:r>
      <w:r/>
    </w:p>
    <w:p>
      <w:r/>
      <w:r>
        <w:t>Hamburg police have said they’ll deploy roughly twice as many officers as last year to protect the demonstration. That’s a direct reaction to the vehicle attack at a Berlin Pride event, where an attacker drove into crowds and later used a weapon, leaving casualties and trauma in his wake.</w:t>
      </w:r>
      <w:r/>
    </w:p>
    <w:p>
      <w:r/>
      <w:r>
        <w:t>Authorities are trying to strike a careful balance: keeping the event open and welcoming while managing risk. For attendees, that means more uniformed presence, likely bag checks, and possibly controlled access points. If safety is a priority for you, arrive early and follow police and steward instructions.</w:t>
      </w:r>
      <w:r/>
    </w:p>
    <w:p>
      <w:pPr>
        <w:pStyle w:val="Heading2"/>
      </w:pPr>
      <w:r>
        <w:t>Political solidarity , national voices come to town</w:t>
      </w:r>
      <w:r/>
    </w:p>
    <w:p>
      <w:r/>
      <w:r>
        <w:t>The march attracted political support quickly. High-profile politicians from the SPD and the Greens , including parliamentary figures and party officials , announced they’d join, signalling that this isn’t just a local event but a matter of national conscience. The Berlin CSD group will also send a truck of participants in dark clothing, a stark and symbolic contrast to the usual festival palette.</w:t>
      </w:r>
      <w:r/>
    </w:p>
    <w:p>
      <w:r/>
      <w:r>
        <w:t>That kind of cross-party visibility matters: it turns a street march into a statement about rights and protection, and it can push policy conversations about hate crimes, policing at public events, and community safety. For activists, it’s useful leverage; for the public, it’s a reminder that Pride remains political as well as celebratory.</w:t>
      </w:r>
      <w:r/>
    </w:p>
    <w:p>
      <w:pPr>
        <w:pStyle w:val="Heading2"/>
      </w:pPr>
      <w:r>
        <w:t>What the route and carnival elements tell us</w:t>
      </w:r>
      <w:r/>
    </w:p>
    <w:p>
      <w:r/>
      <w:r>
        <w:t>The procession winds from St. Georg into the city centre, a corridor that’s become synonymous with Pride visibility. More than 40 floats, trucks and banners from community groups, churches, businesses and parties will take part, giving the event both grassroots energy and institutional support.</w:t>
      </w:r>
      <w:r/>
    </w:p>
    <w:p>
      <w:r/>
      <w:r>
        <w:t>Floats and music make the march accessible and vibrant, while the presence of churches and companies shows marriage of community, faith and commerce around a common cause. If you want the full experience, plan which section you’ll follow , some areas are louder and denser, others more reflective. Pack earplugs if you’re sensitive; bring a portable charger because your phone will get busy.</w:t>
      </w:r>
      <w:r/>
    </w:p>
    <w:p>
      <w:pPr>
        <w:pStyle w:val="Heading2"/>
      </w:pPr>
      <w:r>
        <w:t>Why this moment may matter beyond one weekend</w:t>
      </w:r>
      <w:r/>
    </w:p>
    <w:p>
      <w:r/>
      <w:r>
        <w:t>This iteration of Christopher Street Day is likely to be remembered for its solidarity in the aftermath of violence. Public demonstrations on this scale send a clear message: queer lives will be visible and defended. Organisers say mutual support and resilience are core aims, and that sentiment will carry into campaigning and everyday community work after the march ends.</w:t>
      </w:r>
      <w:r/>
    </w:p>
    <w:p>
      <w:r/>
      <w:r>
        <w:t>Expect renewed discussions about event security, hate-crime prevention and support services for victims. For everyday allies, turning up , even for a short stretch , is a practical way to show support. And for those watching from home, sharing verified reports and official safety guidance helps too.</w:t>
      </w:r>
      <w:r/>
    </w:p>
    <w:p>
      <w:r/>
      <w:r>
        <w:t>It's a small change that can make every march and every day feel safer and more steadfast.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[7]</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https://www.stern.de/gesellschaft/regional/hamburg-schleswig-holstein/nach-anschlag-von-berlin--rund-250-000-zu-queerer-demonstration-in-hamburg-erwartet-38043542.html</w:t>
        </w:r>
      </w:hyperlink>
      <w:r>
        <w:t xml:space="preserve"> - Please view link - unable to able to access data</w:t>
      </w:r>
      <w:r/>
    </w:p>
    <w:p>
      <w:pPr>
        <w:pStyle w:val="ListNumber"/>
        <w:spacing w:line="240" w:lineRule="auto"/>
        <w:ind w:left="720"/>
      </w:pPr>
      <w:r/>
      <w:hyperlink r:id="rId10">
        <w:r>
          <w:rPr>
            <w:color w:val="0000EE"/>
            <w:u w:val="single"/>
          </w:rPr>
          <w:t>https://www.berlin.de/en/news/10533742-5559700-van-plows-into-crowd-csd-canceled.en.html</w:t>
        </w:r>
      </w:hyperlink>
      <w:r>
        <w:t xml:space="preserve"> - On July 25, 2026, a vehicle drove into a crowd during Berlin's Christopher Street Day (CSD) celebrations, resulting in at least one death and multiple injuries. The incident led to the cancellation of the event, with authorities urging attendees to leave the area. The suspect, 21-year-old Abdul B., was later found and fatally shot by police after attacking officers. The attack is being investigated as an Islamic terror act, prompting increased security measures for future public events in Germany.</w:t>
      </w:r>
      <w:r/>
    </w:p>
    <w:p>
      <w:pPr>
        <w:pStyle w:val="ListNumber"/>
        <w:spacing w:line="240" w:lineRule="auto"/>
        <w:ind w:left="720"/>
      </w:pPr>
      <w:r/>
      <w:hyperlink r:id="rId14">
        <w:r>
          <w:rPr>
            <w:color w:val="0000EE"/>
            <w:u w:val="single"/>
          </w:rPr>
          <w:t>https://www.euronews.com/my-europe/2026/07/26/car-rams-crowd-at-berlin-pride-event-killing-one-and-injuring-16</w:t>
        </w:r>
      </w:hyperlink>
      <w:r>
        <w:t xml:space="preserve"> - During Berlin's Christopher Street Day (CSD) on July 25, 2026, a car drove into the crowd near Potsdamer Platz, resulting in one death and 29 injuries, with three in critical condition. The suspect, 21-year-old Abdul B., fled the scene but was later found and fatally shot by police after attacking officers. The attack is being investigated as an Islamic terror act, leading to heightened security measures for future public events in Germany.</w:t>
      </w:r>
      <w:r/>
    </w:p>
    <w:p>
      <w:pPr>
        <w:pStyle w:val="ListNumber"/>
        <w:spacing w:line="240" w:lineRule="auto"/>
        <w:ind w:left="720"/>
      </w:pPr>
      <w:r/>
      <w:hyperlink r:id="rId11">
        <w:r>
          <w:rPr>
            <w:color w:val="0000EE"/>
            <w:u w:val="single"/>
          </w:rPr>
          <w:t>https://www.berlin.de/polizei/polizeimeldungen/2024/pressemitteilung.1471487.php</w:t>
        </w:r>
      </w:hyperlink>
      <w:r>
        <w:t xml:space="preserve"> - On July 27, 2024, Berlin police protected two gatherings ahead of the Christopher Street Day (CSD). A motorcycle procession titled 'Lesbian</w:t>
      </w:r>
      <w:r>
        <w:rPr>
          <w:i/>
        </w:rPr>
        <w:t xml:space="preserve"> and Queer Visibility' had 30 participants, while the 'Dyke</w:t>
      </w:r>
      <w:r>
        <w:t xml:space="preserve"> March Berlin' attracted approximately 9,000 attendees. The latter faced disruptions from pro-Palestinian and pro-Israeli groups, leading to temporary detentions and police interventions. Despite tensions, the events concluded peacefully, with 28 individuals temporarily detained for various offenses.</w:t>
      </w:r>
      <w:r/>
    </w:p>
    <w:p>
      <w:pPr>
        <w:pStyle w:val="ListNumber"/>
        <w:spacing w:line="240" w:lineRule="auto"/>
        <w:ind w:left="720"/>
      </w:pPr>
      <w:r/>
      <w:hyperlink r:id="rId15">
        <w:r>
          <w:rPr>
            <w:color w:val="0000EE"/>
            <w:u w:val="single"/>
          </w:rPr>
          <w:t>https://www.berlin.de/polizei/polizeimeldungen/2024/pressemitteilung.1471512.php</w:t>
        </w:r>
      </w:hyperlink>
      <w:r>
        <w:t xml:space="preserve"> - On July 27, 2024, Berlin's Christopher Street Day (CSD) parade, themed 'Only strong together – for democracy and diversity,' saw several hundred thousand participants, 71 floats, and 70 foot groups. The atmosphere was generally peaceful. However, a 30-person group associated with a right-wing faction was identified off the parade route, possessing items indicating their affiliation. The police intervened, and the group dispersed without further incidents.</w:t>
      </w:r>
      <w:r/>
    </w:p>
    <w:p>
      <w:pPr>
        <w:pStyle w:val="ListNumber"/>
        <w:spacing w:line="240" w:lineRule="auto"/>
        <w:ind w:left="720"/>
      </w:pPr>
      <w:r/>
      <w:hyperlink r:id="rId13">
        <w:r>
          <w:rPr>
            <w:color w:val="0000EE"/>
            <w:u w:val="single"/>
          </w:rPr>
          <w:t>https://www.berlin.de/rbmskzl/aktuelles/media/christopher-street-day-2024-1471536.php</w:t>
        </w:r>
      </w:hyperlink>
      <w:r>
        <w:t xml:space="preserve"> - The 46th Berlin Christopher Street Day (CSD) on July 27, 2024, under the motto 'Only strong together – for democracy and diversity,' attracted hundreds of thousands of participants. The event emphasized unity within the queer community and highlighted threats to democracy, particularly from right-wing elements. Berlin's Governing Mayor, Kai Wegner, participated in the parade, reaffirming the city's commitment to freedom and human rights.</w:t>
      </w:r>
      <w:r/>
    </w:p>
    <w:p>
      <w:pPr>
        <w:pStyle w:val="ListNumber"/>
        <w:spacing w:line="240" w:lineRule="auto"/>
        <w:ind w:left="720"/>
      </w:pPr>
      <w:r/>
      <w:hyperlink r:id="rId12">
        <w:r>
          <w:rPr>
            <w:color w:val="0000EE"/>
            <w:u w:val="single"/>
          </w:rPr>
          <w:t>https://www.euronews.com/2024/07/27/hundreds-of-thousands-march-on-berlin-streets-as-part-of-pride-demonstration</w:t>
        </w:r>
      </w:hyperlink>
      <w:r>
        <w:t xml:space="preserve"> - On July 27, 2024, hundreds of thousands marched through Berlin for the Christopher Street Day (CSD) Pride demonstration. Despite rainy conditions, participants advocated for LGBTQ+ rights with vibrant parades, colourful floats, and music. The event's motto, 'Only strong together – for democracy and diversity,' underscored the community's resilience amid rising challenges. German singer Herbert Grönemeyer performed during the demonstration, adding to the festive atmosphere.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ern.de/gesellschaft/regional/hamburg-schleswig-holstein/nach-anschlag-von-berlin--rund-250-000-zu-queerer-demonstration-in-hamburg-erwartet-38043542.html" TargetMode="External"/><Relationship Id="rId10" Type="http://schemas.openxmlformats.org/officeDocument/2006/relationships/hyperlink" Target="https://www.berlin.de/en/news/10533742-5559700-van-plows-into-crowd-csd-canceled.en.html" TargetMode="External"/><Relationship Id="rId11" Type="http://schemas.openxmlformats.org/officeDocument/2006/relationships/hyperlink" Target="https://www.berlin.de/polizei/polizeimeldungen/2024/pressemitteilung.1471487.php" TargetMode="External"/><Relationship Id="rId12" Type="http://schemas.openxmlformats.org/officeDocument/2006/relationships/hyperlink" Target="https://www.euronews.com/2024/07/27/hundreds-of-thousands-march-on-berlin-streets-as-part-of-pride-demonstration" TargetMode="External"/><Relationship Id="rId13" Type="http://schemas.openxmlformats.org/officeDocument/2006/relationships/hyperlink" Target="https://www.berlin.de/rbmskzl/aktuelles/media/christopher-street-day-2024-1471536.php" TargetMode="External"/><Relationship Id="rId14" Type="http://schemas.openxmlformats.org/officeDocument/2006/relationships/hyperlink" Target="https://www.euronews.com/my-europe/2026/07/26/car-rams-crowd-at-berlin-pride-event-killing-one-and-injuring-16" TargetMode="External"/><Relationship Id="rId15" Type="http://schemas.openxmlformats.org/officeDocument/2006/relationships/hyperlink" Target="https://www.berlin.de/polizei/polizeimeldungen/2024/pressemitteilung.1471512.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