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Parade in Stockholm: Why Tens of Thousands Turn Out for the Rainbow March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Stockholm fill with colour and music as Pride draws roughly 50,000 people to the streets, celebrating inclusion and visibility in a parade that sprawls from Kungsholmstorg to Slussen and matters for the whole city.</w:t>
      </w:r>
      <w:r/>
    </w:p>
    <w:p>
      <w:r/>
      <w:r>
        <w:t>Essential takeaways</w:t>
      </w:r>
      <w:r/>
      <w:r/>
    </w:p>
    <w:p>
      <w:pPr>
        <w:pStyle w:val="ListBullet"/>
        <w:spacing w:line="240" w:lineRule="auto"/>
        <w:ind w:left="720"/>
      </w:pPr>
      <w:r/>
      <w:r>
        <w:rPr>
          <w:b/>
        </w:rPr>
        <w:t>Huge turnout:</w:t>
      </w:r>
      <w:r>
        <w:t xml:space="preserve"> Around 50,000 people marched or watched along the route, creating a lively, packed atmosphere.</w:t>
      </w:r>
      <w:r/>
    </w:p>
    <w:p>
      <w:pPr>
        <w:pStyle w:val="ListBullet"/>
        <w:spacing w:line="240" w:lineRule="auto"/>
        <w:ind w:left="720"/>
      </w:pPr>
      <w:r/>
      <w:r>
        <w:rPr>
          <w:b/>
        </w:rPr>
        <w:t>Sunny, festival vibe:</w:t>
      </w:r>
      <w:r>
        <w:t xml:space="preserve"> Clear skies and mid-20s temperatures made for bright flags, glitter and music that carried through the streets.</w:t>
      </w:r>
      <w:r/>
    </w:p>
    <w:p>
      <w:pPr>
        <w:pStyle w:val="ListBullet"/>
        <w:spacing w:line="240" w:lineRule="auto"/>
        <w:ind w:left="720"/>
      </w:pPr>
      <w:r/>
      <w:r>
        <w:rPr>
          <w:b/>
        </w:rPr>
        <w:t>Familiar route:</w:t>
      </w:r>
      <w:r>
        <w:t xml:space="preserve"> The parade moves from Kungsholmstorg via central thoroughfares like Klarabergsgatan and Sergels torg, finishing at Slussen.</w:t>
      </w:r>
      <w:r/>
    </w:p>
    <w:p>
      <w:pPr>
        <w:pStyle w:val="ListBullet"/>
        <w:spacing w:line="240" w:lineRule="auto"/>
        <w:ind w:left="720"/>
      </w:pPr>
      <w:r/>
      <w:r>
        <w:rPr>
          <w:b/>
        </w:rPr>
        <w:t>Clear message:</w:t>
      </w:r>
      <w:r>
        <w:t xml:space="preserve"> Participants emphasised belonging and rights, with signs and speeches stressing that Pride is for everyone.</w:t>
      </w:r>
      <w:r/>
    </w:p>
    <w:p>
      <w:pPr>
        <w:pStyle w:val="ListBullet"/>
        <w:spacing w:line="240" w:lineRule="auto"/>
        <w:ind w:left="720"/>
      </w:pPr>
      <w:r/>
      <w:r>
        <w:rPr>
          <w:b/>
        </w:rPr>
        <w:t>Community energy:</w:t>
      </w:r>
      <w:r>
        <w:t xml:space="preserve"> Floats, bands and local organisations , including buses and groups from RFSL Stockholm , kept the mood inclusive and celebratory.</w:t>
      </w:r>
      <w:r/>
      <w:r/>
    </w:p>
    <w:p>
      <w:pPr>
        <w:pStyle w:val="Heading2"/>
      </w:pPr>
      <w:r>
        <w:t>A sunlit march that feels like the whole city joining in</w:t>
      </w:r>
      <w:r/>
    </w:p>
    <w:p>
      <w:r/>
      <w:r>
        <w:t>Stockholm’s Pride parade arrived under a warm August sky and an unmistakable buzz: flags snapping, music pulsing, and people cheering from pavements that felt packed but friendly. The scene was colourful and tactile , sequins catching the light, cardboard placards scrawled with personal messages, and the unmistakeable smell of street food mingling with summer air. According to local reporting, roughly 50,000 people gathered to take part or watch, turning central streets into a moving festival.</w:t>
      </w:r>
      <w:r/>
    </w:p>
    <w:p>
      <w:pPr>
        <w:pStyle w:val="Heading2"/>
      </w:pPr>
      <w:r>
        <w:t>This route connects landmarks and neighbourhoods</w:t>
      </w:r>
      <w:r/>
    </w:p>
    <w:p>
      <w:r/>
      <w:r>
        <w:t>The parade isn’t just a loop around one square; it threads through the city’s heart. Organisers set out from Kungsholmstorg, passed Scheelegatan and Klarabergsgatan, waved past Sergels torg, then crossed Strömbron and the quays before finishing at Slussen. That route matters: it brings visibility into commercial and civic spaces, so the message of inclusion is seen by commuters, shoppers and tourists as well as devotees. If you want to join in next year, plan to stake out space on the route near major squares for the best views.</w:t>
      </w:r>
      <w:r/>
    </w:p>
    <w:p>
      <w:pPr>
        <w:pStyle w:val="Heading2"/>
      </w:pPr>
      <w:r>
        <w:t>Why the turnout still feels politically and personally important</w:t>
      </w:r>
      <w:r/>
    </w:p>
    <w:p>
      <w:r/>
      <w:r>
        <w:t>For many attendees Pride is equal parts party and statement. Voices in the crowd put it plainly: Pride is about everyone’s right to be themselves. That blend of celebration and advocacy keeps the event socially relevant, not just festive. Organisations and local groups use floats and speeches to spotlight issues from legal rights to everyday acceptance, and that mix helps explain both the scale of the event and the warmth in the crowd.</w:t>
      </w:r>
      <w:r/>
    </w:p>
    <w:p>
      <w:pPr>
        <w:pStyle w:val="Heading2"/>
      </w:pPr>
      <w:r>
        <w:t>How Stockholm Pride has grown into a major summer event</w:t>
      </w:r>
      <w:r/>
    </w:p>
    <w:p>
      <w:r/>
      <w:r>
        <w:t>Stockholm Pride has steadily expanded in recent years, moving from a niche gathering to one of the city’s headline summer events. Festival programming now includes everything from workshops to concerts across the week, and the parade functions as the visible high point. If you’re comparing Pride events, expect a mix of grassroots energy and polished production here , big floats alongside community groups and advocacy groups, which gives the march its layered, human feel.</w:t>
      </w:r>
      <w:r/>
    </w:p>
    <w:p>
      <w:pPr>
        <w:pStyle w:val="Heading2"/>
      </w:pPr>
      <w:r>
        <w:t>Tips for attending: comfort, safety and getting the most out of it</w:t>
      </w:r>
      <w:r/>
    </w:p>
    <w:p>
      <w:r/>
      <w:r>
        <w:t>If you’re heading to Pride, wear comfortable shoes and bring water , the streets are lively and you’ll be on your feet. Arrive early for a good spot along the route, or follow the procession near start or finish points if you prefer a less crowded view. Be mindful of public transport timings as stations get busy; organisers and groups like RFSL Stockholm often publish practical guidance for participants. Most importantly, be ready to join in the cheer , it’s noisy, inclusive and worth the small logistical juggling.</w:t>
      </w:r>
      <w:r/>
    </w:p>
    <w:p>
      <w:r/>
      <w:r>
        <w:t>It's a small change in a summer calendar that makes a big difference to visibility and community spirit.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0">
        <w:r>
          <w:rPr>
            <w:color w:val="0000EE"/>
            <w:u w:val="single"/>
          </w:rPr>
          <w:t>[2]</w:t>
        </w:r>
      </w:hyperlink>
      <w:r>
        <w:t xml:space="preserve">- Paragraph 5: </w:t>
      </w:r>
      <w:hyperlink r:id="rId13">
        <w:r>
          <w:rPr>
            <w:color w:val="0000EE"/>
            <w:u w:val="single"/>
          </w:rPr>
          <w:t>[6]</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https://www.dn.se/sverige/regnbagsfesten-paraderar-genom-stockholm-maste-visa-att-vi-ar-har/</w:t>
        </w:r>
      </w:hyperlink>
      <w:r>
        <w:t xml:space="preserve"> - Please view link - unable to able to access data</w:t>
      </w:r>
      <w:r/>
    </w:p>
    <w:p>
      <w:pPr>
        <w:pStyle w:val="ListNumber"/>
        <w:spacing w:line="240" w:lineRule="auto"/>
        <w:ind w:left="720"/>
      </w:pPr>
      <w:r/>
      <w:hyperlink r:id="rId10">
        <w:r>
          <w:rPr>
            <w:color w:val="0000EE"/>
            <w:u w:val="single"/>
          </w:rPr>
          <w:t>https://www.stockholmpride.org/en-halv-miljon-under-stockholm-pride-parade/</w:t>
        </w:r>
      </w:hyperlink>
      <w:r>
        <w:t xml:space="preserve"> - On August 5, 2023, Stockholm Pride Parade attracted over 50,000 participants and nearly 500,000 spectators. The parade featured more than 150 floats celebrating the theme 'Celebrate Diversity' and highlighted LGBTQ+ political messages. Fredrik Saweståhl, chairman of Stockholm Pride, emphasized the importance of the event in the context of global challenges faced by LGBTQ+ individuals, particularly trans people. The festival was made possible by hundreds of volunteers dedicated to organizing the largest Pride festival in the Nordic region.</w:t>
      </w:r>
      <w:r/>
    </w:p>
    <w:p>
      <w:pPr>
        <w:pStyle w:val="ListNumber"/>
        <w:spacing w:line="240" w:lineRule="auto"/>
        <w:ind w:left="720"/>
      </w:pPr>
      <w:r/>
      <w:hyperlink r:id="rId14">
        <w:r>
          <w:rPr>
            <w:color w:val="0000EE"/>
            <w:u w:val="single"/>
          </w:rPr>
          <w:t>https://www.stockholmpride.org/2023/</w:t>
        </w:r>
      </w:hyperlink>
      <w:r>
        <w:t xml:space="preserve"> - Stockholm Pride 2023 took place from July 31 to August 5, celebrating its 25th anniversary with the theme 'Celebrate Diversity'. The festival included various events, with the Pride Parade on August 5 being a highlight. The parade route spanned approximately 4.5 kilometers, starting at Norr Mälarstrand and ending at Slussen, with an estimated duration of two hours. The event aimed to promote LGBTQ+ rights and foster inclusivity in Swedish society.</w:t>
      </w:r>
      <w:r/>
    </w:p>
    <w:p>
      <w:pPr>
        <w:pStyle w:val="ListNumber"/>
        <w:spacing w:line="240" w:lineRule="auto"/>
        <w:ind w:left="720"/>
      </w:pPr>
      <w:r/>
      <w:hyperlink r:id="rId11">
        <w:r>
          <w:rPr>
            <w:color w:val="0000EE"/>
            <w:u w:val="single"/>
          </w:rPr>
          <w:t>https://www.stockholmpride.org/festivalen/pride-parade/</w:t>
        </w:r>
      </w:hyperlink>
      <w:r>
        <w:t xml:space="preserve"> - The Stockholm Pride Parade is the largest Pride parade in the Nordic region, featuring tens of thousands of participants each year. The 2026 parade is scheduled for August 1 at 1:00 PM, starting at Norr Mälarstrand. The route will be approximately 4.5 kilometers long, taking about two hours from start to finish. The parade aims to spread the message that love conquers all and celebrates diversity and human rights.</w:t>
      </w:r>
      <w:r/>
    </w:p>
    <w:p>
      <w:pPr>
        <w:pStyle w:val="ListNumber"/>
        <w:spacing w:line="240" w:lineRule="auto"/>
        <w:ind w:left="720"/>
      </w:pPr>
      <w:r/>
      <w:hyperlink r:id="rId15">
        <w:r>
          <w:rPr>
            <w:color w:val="0000EE"/>
            <w:u w:val="single"/>
          </w:rPr>
          <w:t>https://www.kipostdocassociation.org/events/stockholm-pride-parade-2023-</w:t>
        </w:r>
      </w:hyperlink>
      <w:r>
        <w:t xml:space="preserve"> - The Karolinska Institute Postdoc Association invited postdocs to join the Stockholm Pride Parade on August 5, 2023. The event aimed to celebrate diversity and promote inclusivity within the academic community. Participants gathered at Norr Mälarstrand, with the parade starting at 1:00 PM. The pre-party was held at the Stockholm School of Economics from 10:30 AM to 12:00 PM, fostering a sense of community among attendees.</w:t>
      </w:r>
      <w:r/>
    </w:p>
    <w:p>
      <w:pPr>
        <w:pStyle w:val="ListNumber"/>
        <w:spacing w:line="240" w:lineRule="auto"/>
        <w:ind w:left="720"/>
      </w:pPr>
      <w:r/>
      <w:hyperlink r:id="rId13">
        <w:r>
          <w:rPr>
            <w:color w:val="0000EE"/>
            <w:u w:val="single"/>
          </w:rPr>
          <w:t>https://rfslstockholm.se/en/var-buss-i-prideparaden/</w:t>
        </w:r>
      </w:hyperlink>
      <w:r>
        <w:t xml:space="preserve"> - RFSL Stockholm provided a 'tiger bus' in the Pride Parade for individuals with disabilities or those who preferred not to walk. The bus was accessible for rollators but not for wheelchairs. Participants could register by contacting RFSL Stockholm. The parade began at Norr Mälarstrand at 1:00 PM on August 5, 2023. This initiative aimed to ensure inclusivity and accessibility for all participants in the parade.</w:t>
      </w:r>
      <w:r/>
    </w:p>
    <w:p>
      <w:pPr>
        <w:pStyle w:val="ListNumber"/>
        <w:spacing w:line="240" w:lineRule="auto"/>
        <w:ind w:left="720"/>
      </w:pPr>
      <w:r/>
      <w:hyperlink r:id="rId12">
        <w:r>
          <w:rPr>
            <w:color w:val="0000EE"/>
            <w:u w:val="single"/>
          </w:rPr>
          <w:t>https://eventland.eu/stockholm/event/40561/pride-parade/</w:t>
        </w:r>
      </w:hyperlink>
      <w:r>
        <w:t xml:space="preserve"> - The Pride Parade in Stockholm, held on August 5, 2023, was the largest in Scandinavia, featuring tens of thousands of participants and a massive crowd along the parade route. The theme for the year was 'Celebrate Diversity', encouraging creative expressions of diversity throughout the parade. The route was approximately 4.5 kilometers long, starting at Stadshuset and ending at Östermalms IP, taking about two hours to complete.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se/sverige/regnbagsfesten-paraderar-genom-stockholm-maste-visa-att-vi-ar-har/" TargetMode="External"/><Relationship Id="rId10" Type="http://schemas.openxmlformats.org/officeDocument/2006/relationships/hyperlink" Target="https://www.stockholmpride.org/en-halv-miljon-under-stockholm-pride-parade/" TargetMode="External"/><Relationship Id="rId11" Type="http://schemas.openxmlformats.org/officeDocument/2006/relationships/hyperlink" Target="https://www.stockholmpride.org/festivalen/pride-parade/" TargetMode="External"/><Relationship Id="rId12" Type="http://schemas.openxmlformats.org/officeDocument/2006/relationships/hyperlink" Target="https://eventland.eu/stockholm/event/40561/pride-parade/" TargetMode="External"/><Relationship Id="rId13" Type="http://schemas.openxmlformats.org/officeDocument/2006/relationships/hyperlink" Target="https://rfslstockholm.se/en/var-buss-i-prideparaden/" TargetMode="External"/><Relationship Id="rId14" Type="http://schemas.openxmlformats.org/officeDocument/2006/relationships/hyperlink" Target="https://www.stockholmpride.org/2023/" TargetMode="External"/><Relationship Id="rId15" Type="http://schemas.openxmlformats.org/officeDocument/2006/relationships/hyperlink" Target="https://www.kipostdocassociation.org/events/stockholm-pride-parade-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