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Amsterdam Coverage: Canal Parade, Security and Solidarity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sightseers flocked to Amsterdam as Pride’s Canal Parade returned with music, colour and a clear message of unity; here’s what happened, why extra security mattered and how the festival balanced celebration with concern after recent attacks.</w:t>
      </w:r>
      <w:r/>
    </w:p>
    <w:p>
      <w:r/>
      <w:r>
        <w:t>Essential Takeaways</w:t>
      </w:r>
      <w:r/>
      <w:r/>
    </w:p>
    <w:p>
      <w:pPr>
        <w:pStyle w:val="ListBullet"/>
        <w:spacing w:line="240" w:lineRule="auto"/>
        <w:ind w:left="720"/>
      </w:pPr>
      <w:r/>
      <w:r>
        <w:rPr>
          <w:b/>
        </w:rPr>
        <w:t>Large turnout:</w:t>
      </w:r>
      <w:r>
        <w:t xml:space="preserve"> Around 80 decorated boats joined the Canal Parade, creating a lively, music-filled procession that many described as joyful and heartfelt. </w:t>
      </w:r>
      <w:r/>
    </w:p>
    <w:p>
      <w:pPr>
        <w:pStyle w:val="ListBullet"/>
        <w:spacing w:line="240" w:lineRule="auto"/>
        <w:ind w:left="720"/>
      </w:pPr>
      <w:r/>
      <w:r>
        <w:rPr>
          <w:b/>
        </w:rPr>
        <w:t>Theme and winners:</w:t>
      </w:r>
      <w:r>
        <w:t xml:space="preserve"> World Pride’s theme Unity was prominent; The Kissing Couple won best theme interpretation, and De Boekenboot won best statement. </w:t>
      </w:r>
      <w:r/>
    </w:p>
    <w:p>
      <w:pPr>
        <w:pStyle w:val="ListBullet"/>
        <w:spacing w:line="240" w:lineRule="auto"/>
        <w:ind w:left="720"/>
      </w:pPr>
      <w:r/>
      <w:r>
        <w:rPr>
          <w:b/>
        </w:rPr>
        <w:t>Safety concerns:</w:t>
      </w:r>
      <w:r>
        <w:t xml:space="preserve"> Recent attacks on Pride events in Europe prompted heightened security and some disruptive demonstrations during the parade. </w:t>
      </w:r>
      <w:r/>
    </w:p>
    <w:p>
      <w:pPr>
        <w:pStyle w:val="ListBullet"/>
        <w:spacing w:line="240" w:lineRule="auto"/>
        <w:ind w:left="720"/>
      </w:pPr>
      <w:r/>
      <w:r>
        <w:rPr>
          <w:b/>
        </w:rPr>
        <w:t>Public mood:</w:t>
      </w:r>
      <w:r>
        <w:t xml:space="preserve"> Attendees said they wanted to be visible now more than ever, with many seeking community amid worries about rising intolerance. </w:t>
      </w:r>
      <w:r/>
    </w:p>
    <w:p>
      <w:pPr>
        <w:pStyle w:val="ListBullet"/>
        <w:spacing w:line="240" w:lineRule="auto"/>
        <w:ind w:left="720"/>
      </w:pPr>
      <w:r/>
      <w:r>
        <w:rPr>
          <w:b/>
        </w:rPr>
        <w:t>Street parties packed:</w:t>
      </w:r>
      <w:r>
        <w:t xml:space="preserve"> Street festivals across Amsterdam filled up quickly, with organisers reporting sold-out areas from the Dam to the Zeedijk.</w:t>
      </w:r>
      <w:r/>
      <w:r/>
    </w:p>
    <w:p>
      <w:pPr>
        <w:pStyle w:val="Heading2"/>
      </w:pPr>
      <w:r>
        <w:t>Canal Parade delivered colour and connection , and a few tense moments</w:t>
      </w:r>
      <w:r/>
    </w:p>
    <w:p>
      <w:r/>
      <w:r>
        <w:t>The Canal Parade rolled through Amsterdam with a bright, festive atmosphere and a tangible sense of relief among many viewers, who cheered and sang from boats and quaysides. According to reports, around eighty floats took part, each carrying the Unity message of World Pride and a soundtrack to match. There were a handful of incidents when pro-Palestine demonstrators targeted some boats and buildings, and police intervened quickly. For many visitors the parade was less about spectacle and more about belonging , people said they felt seen and supported, which mattered given recent events across Europe.</w:t>
      </w:r>
      <w:r/>
    </w:p>
    <w:p>
      <w:pPr>
        <w:pStyle w:val="Heading2"/>
      </w:pPr>
      <w:r>
        <w:t>Why security was tighter this year</w:t>
      </w:r>
      <w:r/>
    </w:p>
    <w:p>
      <w:r/>
      <w:r>
        <w:t>Organisers and city officials had already flagged heightened security after a deadly attack at a Pride event in Berlin, and other European cities stepped up protections too. The mayor of Amsterdam discussed extra measures in advance, while comparable large events in Germany used doubled police presence and fixed barriers. Those precautions seemed to work: the parade continued with only limited disruption and no major delays, though the visible security reminded everyone why vigilance remains necessary.</w:t>
      </w:r>
      <w:r/>
    </w:p>
    <w:p>
      <w:pPr>
        <w:pStyle w:val="Heading2"/>
      </w:pPr>
      <w:r>
        <w:t>No Madonna on a boat , but big-name music still in the city</w:t>
      </w:r>
      <w:r/>
    </w:p>
    <w:p>
      <w:r/>
      <w:r>
        <w:t>Rumours swirled that Madonna might join the Canal Parade, but she instead performed later at the World Pride Music Festival in AFAS Live. That didn’t dent the parade’s energy: music and dance were constant on the water, and judges had a tricky time picking winners because so many floats were elaborate. The tone felt celebratory but also thoughtful, with entries like De Boekenboot calling attention to book bans and censorship in some countries.</w:t>
      </w:r>
      <w:r/>
    </w:p>
    <w:p>
      <w:pPr>
        <w:pStyle w:val="Heading2"/>
      </w:pPr>
      <w:r>
        <w:t>Protest, politics and pageantry , how Pride mixes activism with fun</w:t>
      </w:r>
      <w:r/>
    </w:p>
    <w:p>
      <w:r/>
      <w:r>
        <w:t>Some floats leaned heavily into political statements , one winning boat featured a satirical depiction of prominent world leaders , while others emphasised community and joy. Jury chair Cornald Maas reflected that contemporary floats are more polished and less explicit than in past decades, but activism remains central. For anyone choosing to attend next year, it’s worth planning where to watch from, arriving early if you want a front-row spot, and being mindful that demonstrations can occur even at celebratory events.</w:t>
      </w:r>
      <w:r/>
    </w:p>
    <w:p>
      <w:pPr>
        <w:pStyle w:val="Heading2"/>
      </w:pPr>
      <w:r>
        <w:t>Where the city felt alive , and what to know before you go next time</w:t>
      </w:r>
      <w:r/>
    </w:p>
    <w:p>
      <w:r/>
      <w:r>
        <w:t>Street parties across Amsterdam were booked out fast, from the Dam to the Reguliersdwarsstraat, and organisers advised people to check capacity and schedules in advance. If you’re heading to a big Pride next year, dress for a long day, bring water, and consider quieter viewing points if crowds overwhelm you. And remember that showing up can be a political act: attendees said their presence helps push back against growing intolerance and keeps public solidarity visible.</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https://www.tubantia.nl/binnenland/pride-amsterdam-geen-dansende-madonna-op-een-boot-wel-volop-verbinding-iedereen-mag-er-zijn~a42ec18f/</w:t>
        </w:r>
      </w:hyperlink>
      <w:r>
        <w:t xml:space="preserve"> - Please view link - unable to able to access data</w:t>
      </w:r>
      <w:r/>
    </w:p>
    <w:p>
      <w:pPr>
        <w:pStyle w:val="ListNumber"/>
        <w:spacing w:line="240" w:lineRule="auto"/>
        <w:ind w:left="720"/>
      </w:pPr>
      <w:r/>
      <w:hyperlink r:id="rId10">
        <w:r>
          <w:rPr>
            <w:color w:val="0000EE"/>
            <w:u w:val="single"/>
          </w:rPr>
          <w:t>https://nltimes.nl/2026/07/26/amsterdam-mayor-plans-extra-pride-security-measures-1-killed-berlin</w:t>
        </w:r>
      </w:hyperlink>
      <w:r>
        <w:t xml:space="preserve"> - Following a tragic attack at a Berlin Pride event that resulted in one death and at least 16 injuries, Amsterdam's Mayor Femke Halsema announced plans for enhanced security measures for the upcoming WorldPride celebrations. The attack, where a vehicle was driven into a crowd, has raised concerns about safety during large-scale Pride events. Halsema emphasized the city's commitment to ensuring a secure environment for all participants and visitors during the festivities.</w:t>
      </w:r>
      <w:r/>
    </w:p>
    <w:p>
      <w:pPr>
        <w:pStyle w:val="ListNumber"/>
        <w:spacing w:line="240" w:lineRule="auto"/>
        <w:ind w:left="720"/>
      </w:pPr>
      <w:r/>
      <w:hyperlink r:id="rId14">
        <w:r>
          <w:rPr>
            <w:color w:val="0000EE"/>
            <w:u w:val="single"/>
          </w:rPr>
          <w:t>https://www.romeo.com/en/blog/amsterdam-pride-2023/</w:t>
        </w:r>
      </w:hyperlink>
      <w:r>
        <w:t xml:space="preserve"> - Despite the rain, the 2023 Amsterdam Pride Canal Parade was a vibrant celebration of LGBTQIA+ rights and visibility. Participants, including ROMEO employees and members of the PlanetRomeo Foundation, joined the parade, highlighting the importance of community and support. The event underscored the significance of Pride as both a celebration and a protest, emphasizing the ongoing fight for equality and acceptance.</w:t>
      </w:r>
      <w:r/>
    </w:p>
    <w:p>
      <w:pPr>
        <w:pStyle w:val="ListNumber"/>
        <w:spacing w:line="240" w:lineRule="auto"/>
        <w:ind w:left="720"/>
      </w:pPr>
      <w:r/>
      <w:hyperlink r:id="rId13">
        <w:r>
          <w:rPr>
            <w:color w:val="0000EE"/>
            <w:u w:val="single"/>
          </w:rPr>
          <w:t>https://www.radiohamburg.de/aktuelles/hamburg/H%C3%B6hepunkt-der-Pride-Week-Der-Hamburger-CSD-2023-id942680.html</w:t>
        </w:r>
      </w:hyperlink>
      <w:r>
        <w:t xml:space="preserve"> - The 2023 Hamburg Christopher Street Day (CSD) parade attracted approximately 250,000 participants, marking a significant highlight of the city's Pride Week. The event featured rainbow flags, decorated trucks, and vibrant costumes, promoting tolerance and inclusivity. The parade's route included the Lange Reihe in St. Georg, with participants celebrating under sunny skies, emphasizing the community's commitment to diversity and acceptance.</w:t>
      </w:r>
      <w:r/>
    </w:p>
    <w:p>
      <w:pPr>
        <w:pStyle w:val="ListNumber"/>
        <w:spacing w:line="240" w:lineRule="auto"/>
        <w:ind w:left="720"/>
      </w:pPr>
      <w:r/>
      <w:hyperlink r:id="rId15">
        <w:r>
          <w:rPr>
            <w:color w:val="0000EE"/>
            <w:u w:val="single"/>
          </w:rPr>
          <w:t>https://nltimes.nl/2023/07/22/thousands-people-join-pride-walk-amsterdam</w:t>
        </w:r>
      </w:hyperlink>
      <w:r>
        <w:t xml:space="preserve"> - Thousands participated in the annual Amsterdam Pride Walk, a demonstration advocating for equal rights for LGBTQIA+ individuals worldwide. The walk commenced at Dam Square, featuring speeches and music, and proceeded to Museumplein. The event highlighted the community's ongoing efforts for equality and set the tone for the upcoming Pride festivities in the city.</w:t>
      </w:r>
      <w:r/>
    </w:p>
    <w:p>
      <w:pPr>
        <w:pStyle w:val="ListNumber"/>
        <w:spacing w:line="240" w:lineRule="auto"/>
        <w:ind w:left="720"/>
      </w:pPr>
      <w:r/>
      <w:hyperlink r:id="rId11">
        <w:r>
          <w:rPr>
            <w:color w:val="0000EE"/>
            <w:u w:val="single"/>
          </w:rPr>
          <w:t>https://nltimes.nl/2023/08/05/despite-rain-26th-canal-parade-amsterdam-full-swing</w:t>
        </w:r>
      </w:hyperlink>
      <w:r>
        <w:t xml:space="preserve"> - The 26th Amsterdam Canal Parade took place despite intermittent rain, drawing large crowds along the Prinsengracht and other canals. Spectators, equipped with ponchos and umbrellas, lined the streets, balconies, and rooftops to witness the vibrant procession. The event showcased the community's resilience and commitment to celebrating diversity, even in challenging weather conditions.</w:t>
      </w:r>
      <w:r/>
    </w:p>
    <w:p>
      <w:pPr>
        <w:pStyle w:val="ListNumber"/>
        <w:spacing w:line="240" w:lineRule="auto"/>
        <w:ind w:left="720"/>
      </w:pPr>
      <w:r/>
      <w:hyperlink r:id="rId12">
        <w:r>
          <w:rPr>
            <w:color w:val="0000EE"/>
            <w:u w:val="single"/>
          </w:rPr>
          <w:t>https://www.evangelisch.de/inhalte/219436/06-08-2023/250000-menschen-beim-csd-hamburg-verbuendet-gegen-trans-feindlichkeit</w:t>
        </w:r>
      </w:hyperlink>
      <w:r>
        <w:t xml:space="preserve"> - The 2023 Hamburg Christopher Street Day (CSD) parade saw between 200,000 to 250,000 participants, advocating for self-determination and unity against transphobia. The event focused on highlighting the challenges faced by transgender individuals and emphasized the community's commitment to inclusivity and equal rights. The parade's motto underscored the ongoing struggle for acceptance and self-determination within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ubantia.nl/binnenland/pride-amsterdam-geen-dansende-madonna-op-een-boot-wel-volop-verbinding-iedereen-mag-er-zijn~a42ec18f/" TargetMode="External"/><Relationship Id="rId10" Type="http://schemas.openxmlformats.org/officeDocument/2006/relationships/hyperlink" Target="https://nltimes.nl/2026/07/26/amsterdam-mayor-plans-extra-pride-security-measures-1-killed-berlin" TargetMode="External"/><Relationship Id="rId11" Type="http://schemas.openxmlformats.org/officeDocument/2006/relationships/hyperlink" Target="https://nltimes.nl/2023/08/05/despite-rain-26th-canal-parade-amsterdam-full-swing" TargetMode="External"/><Relationship Id="rId12" Type="http://schemas.openxmlformats.org/officeDocument/2006/relationships/hyperlink" Target="https://www.evangelisch.de/inhalte/219436/06-08-2023/250000-menschen-beim-csd-hamburg-verbuendet-gegen-trans-feindlichkeit" TargetMode="External"/><Relationship Id="rId13" Type="http://schemas.openxmlformats.org/officeDocument/2006/relationships/hyperlink" Target="https://www.radiohamburg.de/aktuelles/hamburg/H%C3%B6hepunkt-der-Pride-Week-Der-Hamburger-CSD-2023-id942680.html" TargetMode="External"/><Relationship Id="rId14" Type="http://schemas.openxmlformats.org/officeDocument/2006/relationships/hyperlink" Target="https://www.romeo.com/en/blog/amsterdam-pride-2023/" TargetMode="External"/><Relationship Id="rId15" Type="http://schemas.openxmlformats.org/officeDocument/2006/relationships/hyperlink" Target="https://nltimes.nl/2023/07/22/thousands-people-join-pride-walk-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