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Gregg Araki Film Makes Straight Sex Feel Deliciously Perverse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cinema are flocking to Gregg Araki’s I Want Your Sex, a provocative, funny and oddly tender dive into desire, power and art , now opening wide and sparking debate over sex, kink and what counts as queer joy. It matters because it pushes boundaries while reaching a much bigger audience than Araki has seen before.</w:t>
      </w:r>
      <w:r/>
    </w:p>
    <w:p>
      <w:r/>
      <w:r>
        <w:t>Essential Takeaways</w:t>
      </w:r>
      <w:r/>
      <w:r/>
    </w:p>
    <w:p>
      <w:pPr>
        <w:pStyle w:val="ListBullet"/>
        <w:spacing w:line="240" w:lineRule="auto"/>
        <w:ind w:left="720"/>
      </w:pPr>
      <w:r/>
      <w:r>
        <w:rPr>
          <w:b/>
        </w:rPr>
        <w:t>Bold tone:</w:t>
      </w:r>
      <w:r>
        <w:t xml:space="preserve"> The film mixes outright raunch , bondage, full-frontal nudity, playful prosthetics , with a sly sweetness that keeps it funny and human.</w:t>
      </w:r>
      <w:r/>
    </w:p>
    <w:p>
      <w:pPr>
        <w:pStyle w:val="ListBullet"/>
        <w:spacing w:line="240" w:lineRule="auto"/>
        <w:ind w:left="720"/>
      </w:pPr>
      <w:r/>
      <w:r>
        <w:rPr>
          <w:b/>
        </w:rPr>
        <w:t>Role reversal:</w:t>
      </w:r>
      <w:r>
        <w:t xml:space="preserve"> Araki flipped a former script to put the female character in control, making the story feel fresher and avoiding tone-deaf dynamics.</w:t>
      </w:r>
      <w:r/>
    </w:p>
    <w:p>
      <w:pPr>
        <w:pStyle w:val="ListBullet"/>
        <w:spacing w:line="240" w:lineRule="auto"/>
        <w:ind w:left="720"/>
      </w:pPr>
      <w:r/>
      <w:r>
        <w:rPr>
          <w:b/>
        </w:rPr>
        <w:t>Standout casting:</w:t>
      </w:r>
      <w:r>
        <w:t xml:space="preserve"> Olivia Wilde and Cooper Hoffman bring combustible chemistry, while Charli XCX, Johnny Knoxville and Margaret Cho add unexpected flavour.</w:t>
      </w:r>
      <w:r/>
    </w:p>
    <w:p>
      <w:pPr>
        <w:pStyle w:val="ListBullet"/>
        <w:spacing w:line="240" w:lineRule="auto"/>
        <w:ind w:left="720"/>
      </w:pPr>
      <w:r/>
      <w:r>
        <w:rPr>
          <w:b/>
        </w:rPr>
        <w:t>Wide release:</w:t>
      </w:r>
      <w:r>
        <w:t xml:space="preserve"> Opening on hundreds of US screens, the movie is reaching far beyond Araki’s usual cult audience.</w:t>
      </w:r>
      <w:r/>
    </w:p>
    <w:p>
      <w:pPr>
        <w:pStyle w:val="ListBullet"/>
        <w:spacing w:line="240" w:lineRule="auto"/>
        <w:ind w:left="720"/>
      </w:pPr>
      <w:r/>
      <w:r>
        <w:rPr>
          <w:b/>
        </w:rPr>
        <w:t>Conversation starter:</w:t>
      </w:r>
      <w:r>
        <w:t xml:space="preserve"> Expect debates about Gen Z, sexual liberation and how sex is shown on screen , the film is designed to provoke chat, not lecture.</w:t>
      </w:r>
      <w:r/>
      <w:r/>
    </w:p>
    <w:p>
      <w:pPr>
        <w:pStyle w:val="Heading2"/>
      </w:pPr>
      <w:r>
        <w:t>A hook that smacks you with joy and disquiet</w:t>
      </w:r>
      <w:r/>
    </w:p>
    <w:p>
      <w:r/>
      <w:r>
        <w:t>From the first outrageous image , yes, there’s a pink gum vagina , I Want Your Sex makes clear it wants to be mischievous and upsetting in equal measure. The film smells of cigarette smoke, gallery lacquer and nightclub sweat; it never lets you settle into comfort. According to reviews and critics, Araki balances explicitness with humour so the sex scenes read as part of the narrative rather than mere shock tactics. That’s deliberate: he wants viewers talking afterwards, not just looking away.</w:t>
      </w:r>
      <w:r/>
    </w:p>
    <w:p>
      <w:r/>
      <w:r>
        <w:t>Araki’s background in queer cinema gives him confidence to push boundaries. The movie’s tonal audacity feels like a conscious attempt to reintroduce sex as a messy, significant force in films, an idea he’s been pounding at for decades. Practical tip: go with an open mind and expect to be amused, provoked and occasionally moved , it’s a full sensory ride.</w:t>
      </w:r>
      <w:r/>
    </w:p>
    <w:p>
      <w:pPr>
        <w:pStyle w:val="Heading2"/>
      </w:pPr>
      <w:r>
        <w:t>Why flipping the gender dynamic mattered</w:t>
      </w:r>
      <w:r/>
    </w:p>
    <w:p>
      <w:r/>
      <w:r>
        <w:t>The project began life as a more familiar intern-and-boss narrative, but after funding delays and the cultural shift of #MeToo, Araki rewrote it to place a woman as the dominant figure. That swap changed everything: Erika (Wilde) now drives the film’s erotic logic and cultural critique. Critics in several outlets note the script’s evolution makes the power play feel more interesting and less exploitative.</w:t>
      </w:r>
      <w:r/>
    </w:p>
    <w:p>
      <w:r/>
      <w:r>
        <w:t>Contextually, this feels timely. Audiences are more sensitive to consent and power imbalances, and Araki’s decision shows how a rewrite can keep an old idea alive while avoiding predictable pitfalls. If you’re choosing a screening, pick a cinema that hosts a post-show Q&amp;A , the director and cast relish conversation.</w:t>
      </w:r>
      <w:r/>
    </w:p>
    <w:p>
      <w:pPr>
        <w:pStyle w:val="Heading2"/>
      </w:pPr>
      <w:r>
        <w:t>Gen Z, sexlessness and a director who wants them to take risks</w:t>
      </w:r>
      <w:r/>
    </w:p>
    <w:p>
      <w:r/>
      <w:r>
        <w:t>Araki openly riffs on studies suggesting younger generations are having less sex, and his film reads partly as a plea: try, fail, learn. He’s already provoked hot takes online with comments about Gen Z “regretting” missed experiences. Critics report a divided reaction , some defensive, some emboldened , but that was clearly part of the intention.</w:t>
      </w:r>
      <w:r/>
    </w:p>
    <w:p>
      <w:r/>
      <w:r>
        <w:t>For viewers younger than the director, the film can be read as both invitation and provocation. My practical note: if you’re watching with friends, be ready for different takes , some will find it liberating, others will feel uncomfortable. That’s not a flaw; it’s the point.</w:t>
      </w:r>
      <w:r/>
    </w:p>
    <w:p>
      <w:pPr>
        <w:pStyle w:val="Heading2"/>
      </w:pPr>
      <w:r>
        <w:t>A satire of the art world that’s as tacky as it is sharp</w:t>
      </w:r>
      <w:r/>
    </w:p>
    <w:p>
      <w:r/>
      <w:r>
        <w:t>Amid the sexual revelry, Araki skewers contemporary art’s performative outrage. Erika’s gallery of pop-feminist ephemera , shock sculptures and faux-provacative installations , is played for laughs and disgust in equal measure. The satire lands because it’s recognisably authentic: the kind of gallery piece a finance-bro might buy to look cultured.</w:t>
      </w:r>
      <w:r/>
    </w:p>
    <w:p>
      <w:r/>
      <w:r>
        <w:t>That layer gives the movie teeth beyond the bedroom set-pieces. It’s also why the soundtrack and styling feel purposely glossy and overcooked , Araki is sending up both the artist and the market that commodifies her. If you like films with a social sting wrapped in bright, loud packaging, this hit will be pleasing.</w:t>
      </w:r>
      <w:r/>
    </w:p>
    <w:p>
      <w:pPr>
        <w:pStyle w:val="Heading2"/>
      </w:pPr>
      <w:r>
        <w:t>Will it offend? Probably. Will it matter? Definitely.</w:t>
      </w:r>
      <w:r/>
    </w:p>
    <w:p>
      <w:r/>
      <w:r>
        <w:t>Expect controversy. Some will complain the film is too explicit, others will praise its candour; still more will argue about whether it treats queer identity fairly. Araki wears his politics plainly: he wants to inject queer joy into a grim world and to resist the cultural repression he sees. Critics point out that while mainstream representation metrics may lag, there’s a thriving queer cinema scene if you know where to look , and Araki’s new film is trying to bridge arthouse provocation with a larger audience.</w:t>
      </w:r>
      <w:r/>
    </w:p>
    <w:p>
      <w:r/>
      <w:r>
        <w:t>If you’re wondering whether to see it: it’s best approached like spicy food , not for every palate, but thrilling if you like heat and texture. Go with curiosity.</w:t>
      </w:r>
      <w:r/>
    </w:p>
    <w:p>
      <w:r/>
      <w:r>
        <w:t>It's a small cinematic push that wants to wake you up , and maybe make you rethink what counts as perverse.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https://www.theguardian.com/film/2026/aug/01/gregg-araki-film-i-want-your-sex</w:t>
        </w:r>
      </w:hyperlink>
      <w:r>
        <w:t xml:space="preserve"> - Please view link - unable to able to access data</w:t>
      </w:r>
      <w:r/>
    </w:p>
    <w:p>
      <w:pPr>
        <w:pStyle w:val="ListNumber"/>
        <w:spacing w:line="240" w:lineRule="auto"/>
        <w:ind w:left="720"/>
      </w:pPr>
      <w:r/>
      <w:hyperlink r:id="rId10">
        <w:r>
          <w:rPr>
            <w:color w:val="0000EE"/>
            <w:u w:val="single"/>
          </w:rPr>
          <w:t>https://www.thedailybeast.com/obsessed/i-want-your-sex-the-years-wildest-sex-scene-will-knock-your-socks-off/</w:t>
        </w:r>
      </w:hyperlink>
      <w:r>
        <w:t xml:space="preserve"> - Gregg Araki's 'I Want Your Sex' marks his return to filmmaking after a 12-year hiatus. The film follows Elliot, a young man in a passionless relationship, who finds sexual freedom and self-understanding after becoming a muse for artist Erika. Their intense sexual escapades lead to a standout montage that is both shocking and poignant. The performances, particularly from Cooper Hoffman and Olivia Wilde, are praised for their vulnerability and authenticity. The film is lauded for its deeper commentary on art, trust, and personal desire, capturing the liberating potential of sexual exploration. (</w:t>
      </w:r>
      <w:hyperlink r:id="rId15">
        <w:r>
          <w:rPr>
            <w:color w:val="0000EE"/>
            <w:u w:val="single"/>
          </w:rPr>
          <w:t>thedailybeast.com</w:t>
        </w:r>
      </w:hyperlink>
      <w:r>
        <w:t>)</w:t>
      </w:r>
      <w:r/>
    </w:p>
    <w:p>
      <w:pPr>
        <w:pStyle w:val="ListNumber"/>
        <w:spacing w:line="240" w:lineRule="auto"/>
        <w:ind w:left="720"/>
      </w:pPr>
      <w:r/>
      <w:hyperlink r:id="rId14">
        <w:r>
          <w:rPr>
            <w:color w:val="0000EE"/>
            <w:u w:val="single"/>
          </w:rPr>
          <w:t>https://apnews.com/article/1a4fa9f662d9b98833a07fa50c699361</w:t>
        </w:r>
      </w:hyperlink>
      <w:r>
        <w:t xml:space="preserve"> - 'I Want Your Sex' is a provocative, R-rated comedy directed by Gregg Araki that explores sexual dynamics and generational divides with humor and audacity. Central to the film is Erika Tracy, a vivid and commanding art gallery executive played by Olivia Wilde, in what is described as a standout comedic performance. Erika engages in a consensual BDSM relationship with her timid younger employee Elliot (Cooper Hoffman), serving as a lens through which the film examines Gen Z's waning intimacy. While presenting wild scenarios, murder mysteries, and satirical takes on the art world, the movie uses exaggerated, stylized storytelling to comment—though not solve—the sexual malaise of its era. With support from actors like Chase Sui Wonders and Charli XCX, and memorable performances by Daveed Diggs and Mason Gooding, the film is simultaneously over-the-top and compelling. Though it avoids moral conclusions, it encourages viewers to lighten up and enjoy the ride. Wilde’s role is particularly praised for showcasing her underutilized comedic range. Rated R and running for 90 minutes, the film earns three out of four stars. (</w:t>
      </w:r>
      <w:hyperlink r:id="rId16">
        <w:r>
          <w:rPr>
            <w:color w:val="0000EE"/>
            <w:u w:val="single"/>
          </w:rPr>
          <w:t>apnews.com</w:t>
        </w:r>
      </w:hyperlink>
      <w:r>
        <w:t>)</w:t>
      </w:r>
      <w:r/>
    </w:p>
    <w:p>
      <w:pPr>
        <w:pStyle w:val="ListNumber"/>
        <w:spacing w:line="240" w:lineRule="auto"/>
        <w:ind w:left="720"/>
      </w:pPr>
      <w:r/>
      <w:hyperlink r:id="rId13">
        <w:r>
          <w:rPr>
            <w:color w:val="0000EE"/>
            <w:u w:val="single"/>
          </w:rPr>
          <w:t>https://www.rottentomatoes.com/m/i_want_your_sex</w:t>
        </w:r>
      </w:hyperlink>
      <w:r>
        <w:t xml:space="preserve"> - 'I Want Your Sex' is an American erotic comedy thriller directed by Gregg Araki, starring Olivia Wilde and Cooper Hoffman. The film follows Elliot, a young man who becomes the sexual muse for renowned artist Erika Tracy. The movie has a runtime of 90 minutes and is in English. It was released in the United States on July 31, 2026. The film has a 89% rating on Rotten Tomatoes, based on 45 critic reviews, and a 0% audience score, based on 0 verified ratings. The critics consensus states: 'One of indie stalwart Gregg Araki's most accessible works yet, this bawdy dramedy leverages well-judged performances by Olivia Wilde and Cooper Hoffman to deliver incisive commentary on carnality and connection.' (</w:t>
      </w:r>
      <w:hyperlink r:id="rId17">
        <w:r>
          <w:rPr>
            <w:color w:val="0000EE"/>
            <w:u w:val="single"/>
          </w:rPr>
          <w:t>rottentomatoes.com</w:t>
        </w:r>
      </w:hyperlink>
      <w:r>
        <w:t>)</w:t>
      </w:r>
      <w:r/>
    </w:p>
    <w:p>
      <w:pPr>
        <w:pStyle w:val="ListNumber"/>
        <w:spacing w:line="240" w:lineRule="auto"/>
        <w:ind w:left="720"/>
      </w:pPr>
      <w:r/>
      <w:hyperlink r:id="rId11">
        <w:r>
          <w:rPr>
            <w:color w:val="0000EE"/>
            <w:u w:val="single"/>
          </w:rPr>
          <w:t>https://www.newyorker.com/magazine/2026/08/03/i-want-your-sex-movie-review</w:t>
        </w:r>
      </w:hyperlink>
      <w:r>
        <w:t xml:space="preserve"> - In Gregg Araki’s film, a B.D.S.M. workplace relationship opens up a cross-generational debate about carnal mores. The film stars Olivia Wilde as a sexually provocative artist who begins a B.D.S.M. relationship with her assistant, played by Cooper Hoffman. The movie serves up a generous helping of hot mess, with a stream of expletives, a jolt of violence, and what appears to be a corpse adrift in a Los Angeles swimming pool. The film is a return to Araki's campy, dayglo roots, but is largely underwhelming. The performances, particularly from Olivia Wilde, are praised, but the film's energy is lacking. (</w:t>
      </w:r>
      <w:hyperlink r:id="rId18">
        <w:r>
          <w:rPr>
            <w:color w:val="0000EE"/>
            <w:u w:val="single"/>
          </w:rPr>
          <w:t>newyorker.com</w:t>
        </w:r>
      </w:hyperlink>
      <w:r>
        <w:t>)</w:t>
      </w:r>
      <w:r/>
    </w:p>
    <w:p>
      <w:pPr>
        <w:pStyle w:val="ListNumber"/>
        <w:spacing w:line="240" w:lineRule="auto"/>
        <w:ind w:left="720"/>
      </w:pPr>
      <w:r/>
      <w:hyperlink r:id="rId12">
        <w:r>
          <w:rPr>
            <w:color w:val="0000EE"/>
            <w:u w:val="single"/>
          </w:rPr>
          <w:t>https://www.lemonde.fr/en/culture/article/2026/07/29/i-want-your-sex-gregg-araki-dives-into-contemporary-art-with-a-provocative-duo_6755967_30.html</w:t>
        </w:r>
      </w:hyperlink>
      <w:r>
        <w:t xml:space="preserve"> - Gregg Araki, known for his provocative 1990s films, returns to cinema with 'I Want Your Sex', his first feature since 2014. Set in the contemporary art world, the film marks a stylistic evolution towards a more refined and mainstream aesthetic, while retaining Araki’s trademark boldness in exploring sexuality. The story follows Elliot (Cooper Hoffman), a naive young man who becomes assistant to eccentric artist Erika Tracy (Olivia Wilde), known for her sexually explicit work. Their professional relationship shifts when Erika makes Elliot her sex slave, opening a provocative exploration of power, desire, and identity. Co-written with Karley Sciortino, the film weaves satire, erotic comedy, and thriller elements, critiquing both art-world pretensions and societal sexual norms. Although it does not fully exploit its suspense or comedic potential, its strength lies in a daring portrayal of sexual dynamics and power play. Wilde’s performance stands out as a dominating, manipulative artist, with strong on-screen chemistry with Hoffman enhancing the film’s exploration of growth through pleasure and psychological tension. 'I Want Your Sex' reaffirms Araki’s uncompromising vision, challenging morality and gender roles with wit and discomfort. (</w:t>
      </w:r>
      <w:hyperlink r:id="rId19">
        <w:r>
          <w:rPr>
            <w:color w:val="0000EE"/>
            <w:u w:val="single"/>
          </w:rPr>
          <w:t>lemonde.fr</w:t>
        </w:r>
      </w:hyperlink>
      <w:r>
        <w:t>)</w:t>
      </w:r>
      <w:r/>
    </w:p>
    <w:p>
      <w:pPr>
        <w:pStyle w:val="ListNumber"/>
        <w:spacing w:line="240" w:lineRule="auto"/>
        <w:ind w:left="720"/>
      </w:pPr>
      <w:r/>
      <w:hyperlink r:id="rId20">
        <w:r>
          <w:rPr>
            <w:color w:val="0000EE"/>
            <w:u w:val="single"/>
          </w:rPr>
          <w:t>https://www.whowhatwear.com/fashion/celebrity/sundance-2026</w:t>
        </w:r>
      </w:hyperlink>
      <w:r>
        <w:t xml:space="preserve"> - The 2026 Sundance Film Festival marked its final year in Park City, Utah, before moving to Boulder, Colorado, showcasing a lineup of highly anticipated indie films and attracting major Hollywood talent. Standout titles included Charli XCX’s mockumentary 'The Moment', Gregg Araki's provocative 'I Want Your Sex', emotional drama 'Josephine', 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film/2026/aug/01/gregg-araki-film-i-want-your-sex" TargetMode="External"/><Relationship Id="rId10" Type="http://schemas.openxmlformats.org/officeDocument/2006/relationships/hyperlink" Target="https://www.thedailybeast.com/obsessed/i-want-your-sex-the-years-wildest-sex-scene-will-knock-your-socks-off/" TargetMode="External"/><Relationship Id="rId11" Type="http://schemas.openxmlformats.org/officeDocument/2006/relationships/hyperlink" Target="https://www.newyorker.com/magazine/2026/08/03/i-want-your-sex-movie-review" TargetMode="External"/><Relationship Id="rId12" Type="http://schemas.openxmlformats.org/officeDocument/2006/relationships/hyperlink" Target="https://www.lemonde.fr/en/culture/article/2026/07/29/i-want-your-sex-gregg-araki-dives-into-contemporary-art-with-a-provocative-duo_6755967_30.html" TargetMode="External"/><Relationship Id="rId13" Type="http://schemas.openxmlformats.org/officeDocument/2006/relationships/hyperlink" Target="https://www.rottentomatoes.com/m/i_want_your_sex" TargetMode="External"/><Relationship Id="rId14" Type="http://schemas.openxmlformats.org/officeDocument/2006/relationships/hyperlink" Target="https://apnews.com/article/1a4fa9f662d9b98833a07fa50c699361" TargetMode="External"/><Relationship Id="rId15" Type="http://schemas.openxmlformats.org/officeDocument/2006/relationships/hyperlink" Target="https://www.thedailybeast.com/obsessed/i-want-your-sex-the-years-wildest-sex-scene-will-knock-your-socks-off/?utm_source=openai" TargetMode="External"/><Relationship Id="rId16" Type="http://schemas.openxmlformats.org/officeDocument/2006/relationships/hyperlink" Target="https://apnews.com/article/1a4fa9f662d9b98833a07fa50c699361?utm_source=openai" TargetMode="External"/><Relationship Id="rId17" Type="http://schemas.openxmlformats.org/officeDocument/2006/relationships/hyperlink" Target="https://www.rottentomatoes.com/m/i_want_your_sex?utm_source=openai" TargetMode="External"/><Relationship Id="rId18" Type="http://schemas.openxmlformats.org/officeDocument/2006/relationships/hyperlink" Target="https://www.newyorker.com/magazine/2026/08/03/i-want-your-sex-movie-review?utm_source=openai" TargetMode="External"/><Relationship Id="rId19" Type="http://schemas.openxmlformats.org/officeDocument/2006/relationships/hyperlink" Target="https://www.lemonde.fr/en/culture/article/2026/07/29/i-want-your-sex-gregg-araki-dives-into-contemporary-art-with-a-provocative-duo_6755967_30.html?utm_source=openai" TargetMode="External"/><Relationship Id="rId20" Type="http://schemas.openxmlformats.org/officeDocument/2006/relationships/hyperlink" Target="https://www.whowhatwear.com/fashion/celebrity/sundanc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