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Shorts to Catch at Chain NYC Film Festival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queer cinema in New York this August as Chain NYC Film Festival serves up dozens of shorts that put personal stories front and centre; festivalgoers will find emerging voices, polished work from seasoned makers, and a handful of standout queer-themed blocks that make picking what to see both easy and exciting.</w:t>
      </w:r>
      <w:r/>
    </w:p>
    <w:p>
      <w:r/>
      <w:r>
        <w:t>Essential Takeaways</w:t>
      </w:r>
      <w:r/>
      <w:r/>
    </w:p>
    <w:p>
      <w:pPr>
        <w:pStyle w:val="ListBullet"/>
        <w:spacing w:line="240" w:lineRule="auto"/>
        <w:ind w:left="720"/>
      </w:pPr>
      <w:r/>
      <w:r>
        <w:rPr>
          <w:b/>
        </w:rPr>
        <w:t>Festival dates and venue:</w:t>
      </w:r>
      <w:r>
        <w:t xml:space="preserve"> Chain NYC Film Festival runs August 6–16 at The Chain Theatre, 312 W. 36th Street, with many queer shorts programmed in themed blocks. </w:t>
      </w:r>
      <w:r/>
    </w:p>
    <w:p>
      <w:pPr>
        <w:pStyle w:val="ListBullet"/>
        <w:spacing w:line="240" w:lineRule="auto"/>
        <w:ind w:left="720"/>
      </w:pPr>
      <w:r/>
      <w:r>
        <w:rPr>
          <w:b/>
        </w:rPr>
        <w:t>Wide range of tones:</w:t>
      </w:r>
      <w:r>
        <w:t xml:space="preserve"> Expect everything from tense thrillers and tender romances to playful end‑of‑the‑world fare and intimate documentaries , often with a homey, low‑budget charm. </w:t>
      </w:r>
      <w:r/>
    </w:p>
    <w:p>
      <w:pPr>
        <w:pStyle w:val="ListBullet"/>
        <w:spacing w:line="240" w:lineRule="auto"/>
        <w:ind w:left="720"/>
      </w:pPr>
      <w:r/>
      <w:r>
        <w:rPr>
          <w:b/>
        </w:rPr>
        <w:t>Notable shorts to prioritise:</w:t>
      </w:r>
      <w:r>
        <w:t xml:space="preserve"> Picks include Surviving Myself – Part I: Powerless, Final Frame, This Is the Way the World Ends, Peter, and How You See Me. </w:t>
      </w:r>
      <w:r/>
    </w:p>
    <w:p>
      <w:pPr>
        <w:pStyle w:val="ListBullet"/>
        <w:spacing w:line="240" w:lineRule="auto"/>
        <w:ind w:left="720"/>
      </w:pPr>
      <w:r/>
      <w:r>
        <w:rPr>
          <w:b/>
        </w:rPr>
        <w:t>Emotional textures:</w:t>
      </w:r>
      <w:r>
        <w:t xml:space="preserve"> Films swing between gritty realism and whimsical poignancy; several pieces linger in the imagination and suggest sequels or series potential. </w:t>
      </w:r>
      <w:r/>
    </w:p>
    <w:p>
      <w:pPr>
        <w:pStyle w:val="ListBullet"/>
        <w:spacing w:line="240" w:lineRule="auto"/>
        <w:ind w:left="720"/>
      </w:pPr>
      <w:r/>
      <w:r>
        <w:rPr>
          <w:b/>
        </w:rPr>
        <w:t>Practical tip:</w:t>
      </w:r>
      <w:r>
        <w:t xml:space="preserve"> Check themed programmes (Seeking the Light, Connections, LGBTQIA blocks) to group several complementary shorts into one evening.</w:t>
      </w:r>
      <w:r/>
      <w:r/>
    </w:p>
    <w:p>
      <w:pPr>
        <w:pStyle w:val="Heading2"/>
      </w:pPr>
      <w:r>
        <w:t>Why this festival feels like a queer shorts sampler , and why that’s a good thing</w:t>
      </w:r>
      <w:r/>
    </w:p>
    <w:p>
      <w:r/>
      <w:r>
        <w:t>Chain NYC’s programme stitches together first-time filmmakers and more experienced directors, which gives the festival a lively, lived‑in feel. According to the festival schedule, shorts are clustered into queer-themed blocks, making it easy to curate an evening that matches your mood , whether you want romance, provocation, or playful genre work. That mix means surprises: a rough gem next to a polished slice of filmmaking, which is part of the fun. If you’re new to shorts, aim for a full programme night so you get context and tonal variety rather than hunting single titles.</w:t>
      </w:r>
      <w:r/>
    </w:p>
    <w:p>
      <w:pPr>
        <w:pStyle w:val="Heading2"/>
      </w:pPr>
      <w:r>
        <w:t>Five can't-miss shorts and what they offer</w:t>
      </w:r>
      <w:r/>
    </w:p>
    <w:p>
      <w:r/>
      <w:r>
        <w:t>A handful of films stand out for their storytelling or emotional focus. Juan Cálix’s Surviving Myself – Part I: Powerless is tense and artful, promising more to come; the structure teases a longer character arc that rewards follow-up. Final Frame uses editing and voiceover to squeeze a whole relationship’s pressures into a short runtime, while This Is the Way the World Ends turns an apocalyptic conceit into a warmly observed last day. Peter and How You See Me bring different strengths: one delivers nerve‑wracking suspense about a young transman, the other is a tender documentary about making gender dysphoria visible through art. If you’ve only got time for one night, pick a themed block that includes at least two of these titles.</w:t>
      </w:r>
      <w:r/>
    </w:p>
    <w:p>
      <w:pPr>
        <w:pStyle w:val="Heading2"/>
      </w:pPr>
      <w:r>
        <w:t>Themed blocks make planning easy , which ones to consider</w:t>
      </w:r>
      <w:r/>
    </w:p>
    <w:p>
      <w:r/>
      <w:r>
        <w:t>The festival organises many shorts into clear blocks: Seeking the Light, Showbiz, Relationships, Connections, Grindhouse, and two LGBTQIA programmes. That’s handy if you prefer comedy, drama, documentary, or experimental work , each block tends to skew toward a mood or topic. For instance, Seeking the Light includes intimate, character‑driven work, while Grindhouse leans into broader comedy and genre riffs. Look at the Chain Theatre listings before you go and pair a block with dinner nearby; it’s an easy way to turn an evening into a mini night out.</w:t>
      </w:r>
      <w:r/>
    </w:p>
    <w:p>
      <w:pPr>
        <w:pStyle w:val="Heading2"/>
      </w:pPr>
      <w:r>
        <w:t>What the shorts reveal about current queer storytelling</w:t>
      </w:r>
      <w:r/>
    </w:p>
    <w:p>
      <w:r/>
      <w:r>
        <w:t>Across the programmes, filmmakers are exploring identity, chosen family, trauma and tenderness in compact, often intimate ways. Several films work as character studies , quiet, detail‑led portraits , while others use bold conceits like impending apocalypse or reworked literary classics to open up new angles. Documentary voices are emerging strongly, with films like How You See Me foregrounding lived experience and creative expression. This mix reflects a broader trend in queer cinema: smaller budgets but clearer personal vision, and stories that prize nuance over spectacle.</w:t>
      </w:r>
      <w:r/>
    </w:p>
    <w:p>
      <w:pPr>
        <w:pStyle w:val="Heading2"/>
      </w:pPr>
      <w:r>
        <w:t>Practical tips for getting the most from the festival</w:t>
      </w:r>
      <w:r/>
    </w:p>
    <w:p>
      <w:r/>
      <w:r>
        <w:t>Buy tickets for themed programmes rather than individual shorts if you want a fuller night and better value. Arrive early; small venues fill fast and queues form for popular blocks. Bring a friend and pick films you disagree on , shorts are perfect conversation starters and you’ll leave with different favourites. If a short teases a Part II or web series, follow the filmmaker on social media or the festival site to catch future work.</w:t>
      </w:r>
      <w:r/>
    </w:p>
    <w:p>
      <w:r/>
      <w:r>
        <w:t>It's a small change in your August calendar that can open up a world of new queer voices and stories , enjoy the screenings, and maybe discover a favourite filmmaker.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[2]</w:t>
        </w:r>
      </w:hyperlink>
      <w:r>
        <w:t xml:space="preserve">- Paragraph 7: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https://gaycitynews.com/lgbtq-films-chain-nyc-festival-2026/</w:t>
        </w:r>
      </w:hyperlink>
      <w:r>
        <w:t xml:space="preserve"> - Please view link - unable to able to access data</w:t>
      </w:r>
      <w:r/>
    </w:p>
    <w:p>
      <w:pPr>
        <w:pStyle w:val="ListNumber"/>
        <w:spacing w:line="240" w:lineRule="auto"/>
        <w:ind w:left="720"/>
      </w:pPr>
      <w:r/>
      <w:hyperlink r:id="rId10">
        <w:r>
          <w:rPr>
            <w:color w:val="0000EE"/>
            <w:u w:val="single"/>
          </w:rPr>
          <w:t>https://www.chaintheatre.org/whats-on/chain-nyc-film-festival-4</w:t>
        </w:r>
      </w:hyperlink>
      <w:r>
        <w:t xml:space="preserve"> - The Chain NYC Film Festival, scheduled from August 7 to August 16, 2026, at the Chain Theatre in New York City, will showcase over 170 films from around the world. The festival aims to celebrate personal stories and original ideas, providing a platform for both emerging and experienced filmmakers. The Chain Theatre, located at 312 West 36th Street, Floor 4, New York, NY 10018, is a non-profit 501(C)3 production company dedicated to creating accessible and relatable artistic work through theatre and film.</w:t>
      </w:r>
      <w:r/>
    </w:p>
    <w:p>
      <w:pPr>
        <w:pStyle w:val="ListNumber"/>
        <w:spacing w:line="240" w:lineRule="auto"/>
        <w:ind w:left="720"/>
      </w:pPr>
      <w:r/>
      <w:hyperlink r:id="rId11">
        <w:r>
          <w:rPr>
            <w:color w:val="0000EE"/>
            <w:u w:val="single"/>
          </w:rPr>
          <w:t>https://www.chainfilmfestival.com/</w:t>
        </w:r>
      </w:hyperlink>
      <w:r>
        <w:t xml:space="preserve"> - The Chain NYC Film Festival is dedicated to championing independent cinema in the digital age. The festival celebrates personal stories and original ideas set against the backdrop of New York City, highlighting the city's diverse communities and urban landscapes. The festival curates each block of films by theme or genre, addressing topics such as the 'new normal' in a post-COVID society, the Black Lives Matter movement, and the ongoing pursuit of equality in the LGBTQ community. The festival also hosts talkbacks with filmmakers to foster dialogue between creators and audiences.</w:t>
      </w:r>
      <w:r/>
    </w:p>
    <w:p>
      <w:pPr>
        <w:pStyle w:val="ListNumber"/>
        <w:spacing w:line="240" w:lineRule="auto"/>
        <w:ind w:left="720"/>
      </w:pPr>
      <w:r/>
      <w:hyperlink r:id="rId12">
        <w:r>
          <w:rPr>
            <w:color w:val="0000EE"/>
            <w:u w:val="single"/>
          </w:rPr>
          <w:t>https://www.chaintheatre.org/whats-on</w:t>
        </w:r>
      </w:hyperlink>
      <w:r>
        <w:t xml:space="preserve"> - The Chain Theatre's 'What's On' page provides information about upcoming events, including the Chain NYC Film Festival scheduled from August 7 to August 16, 2026. The festival will feature over 170 films from around the world, showcasing a diverse range of narratives and genres. The Chain Theatre, located at 312 West 36th Street, Floor 4, New York, NY 10018, is a non-profit 501(C)3 production company committed to creating accessible and relatable artistic work through theatre and film.</w:t>
      </w:r>
      <w:r/>
    </w:p>
    <w:p>
      <w:pPr>
        <w:pStyle w:val="ListNumber"/>
        <w:spacing w:line="240" w:lineRule="auto"/>
        <w:ind w:left="720"/>
      </w:pPr>
      <w:r/>
      <w:hyperlink r:id="rId13">
        <w:r>
          <w:rPr>
            <w:color w:val="0000EE"/>
            <w:u w:val="single"/>
          </w:rPr>
          <w:t>https://newfest.org/</w:t>
        </w:r>
      </w:hyperlink>
      <w:r>
        <w:t xml:space="preserve"> - NewFest is New York's home for LGBTQ+ film and media, ensuring LGBTQ+ stories are seen, heard, and celebrated since 1988. The festival returns for its 38th edition from October 15 to 25, 2026, featuring a diverse lineup of films and media that reflect the experiences and narratives of the LGBTQ+ community. NewFest provides a platform for filmmakers and audiences to engage with stories that explore various aspects of LGBTQ+ life and culture.</w:t>
      </w:r>
      <w:r/>
    </w:p>
    <w:p>
      <w:pPr>
        <w:pStyle w:val="ListNumber"/>
        <w:spacing w:line="240" w:lineRule="auto"/>
        <w:ind w:left="720"/>
      </w:pPr>
      <w:r/>
      <w:hyperlink r:id="rId14">
        <w:r>
          <w:rPr>
            <w:color w:val="0000EE"/>
            <w:u w:val="single"/>
          </w:rPr>
          <w:t>https://www.mixnyc.org/</w:t>
        </w:r>
      </w:hyperlink>
      <w:r>
        <w:t xml:space="preserve"> - MIX NYC is New York City's home for queer, experimental film, established in 1987. The festival is accepting film submissions for MIX FEST 2026, seeking original and inventive experimental films that reflect the diverse perspectives of the LGBTQIA2S+ community. MIX FEST 2025, held from November 20 to 22, 2025, returned to Quad Cinema with three nights of bold, boundary-pushing queer cinema and moving image art from around the world. The festival also offers a Supporter membership level for community members who can meaningfully support its production.</w:t>
      </w:r>
      <w:r/>
    </w:p>
    <w:p>
      <w:pPr>
        <w:pStyle w:val="ListNumber"/>
        <w:spacing w:line="240" w:lineRule="auto"/>
        <w:ind w:left="720"/>
      </w:pPr>
      <w:r/>
      <w:hyperlink r:id="rId15">
        <w:r>
          <w:rPr>
            <w:color w:val="0000EE"/>
            <w:u w:val="single"/>
          </w:rPr>
          <w:t>https://www.film-documentaire.fr/4DACTION/w_fiche_festival/2187</w:t>
        </w:r>
      </w:hyperlink>
      <w:r>
        <w:t xml:space="preserve"> - The Chain NYC Film Festival is scheduled from August 6 to August 16, 2026, in New York, USA. The festival aims to encourage the development of quality independent cinema in the digital age and serves as a showcase for the NYC film community. The festival celebrates film and the process that brings out inspired creations, creating a dialogue between filmmakers and their audience. The festival's mission includes screening films from around the world and hosting live film-related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lgbtq-films-chain-nyc-festival-2026/" TargetMode="External"/><Relationship Id="rId10" Type="http://schemas.openxmlformats.org/officeDocument/2006/relationships/hyperlink" Target="https://www.chaintheatre.org/whats-on/chain-nyc-film-festival-4" TargetMode="External"/><Relationship Id="rId11" Type="http://schemas.openxmlformats.org/officeDocument/2006/relationships/hyperlink" Target="https://www.chainfilmfestival.com/" TargetMode="External"/><Relationship Id="rId12" Type="http://schemas.openxmlformats.org/officeDocument/2006/relationships/hyperlink" Target="https://www.chaintheatre.org/whats-on" TargetMode="External"/><Relationship Id="rId13" Type="http://schemas.openxmlformats.org/officeDocument/2006/relationships/hyperlink" Target="https://newfest.org/" TargetMode="External"/><Relationship Id="rId14" Type="http://schemas.openxmlformats.org/officeDocument/2006/relationships/hyperlink" Target="https://www.mixnyc.org/" TargetMode="External"/><Relationship Id="rId15" Type="http://schemas.openxmlformats.org/officeDocument/2006/relationships/hyperlink" Target="https://www.film-documentaire.fr/4DACTION/w_fiche_festival/21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