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Lavender Fest Season Three Guide: What to See at Atlanta’s “Unerasable” Festival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buzz: Lavender Fest Season Three arrives in Atlanta Aug 5–9, bringing eight queer-made shows to Out Front Theatre Company and Triangle Cabaret, with a kickoff night at the Atlanta Eagle , a lively, five-day celebration that puts money and visibility directly into independent LGBT+ artists’ hands.</w:t>
      </w:r>
      <w:r/>
    </w:p>
    <w:p>
      <w:r/>
      <w:r>
        <w:t>Essential Takeaways</w:t>
      </w:r>
      <w:r/>
      <w:r/>
    </w:p>
    <w:p>
      <w:pPr>
        <w:pStyle w:val="ListBullet"/>
        <w:spacing w:line="240" w:lineRule="auto"/>
        <w:ind w:left="720"/>
      </w:pPr>
      <w:r/>
      <w:r>
        <w:rPr>
          <w:b/>
        </w:rPr>
        <w:t>Dates and venue:</w:t>
      </w:r>
      <w:r>
        <w:t xml:space="preserve"> Aug 5–9 at Out Front Theatre Company and Triangle Cabaret, with an opening bingo night at the Atlanta Eagle. </w:t>
      </w:r>
      <w:r/>
    </w:p>
    <w:p>
      <w:pPr>
        <w:pStyle w:val="ListBullet"/>
        <w:spacing w:line="240" w:lineRule="auto"/>
        <w:ind w:left="720"/>
      </w:pPr>
      <w:r/>
      <w:r>
        <w:rPr>
          <w:b/>
        </w:rPr>
        <w:t>Theme:</w:t>
      </w:r>
      <w:r>
        <w:t xml:space="preserve"> “Unerasable,” centring queer Southern stories and creative resilience. </w:t>
      </w:r>
      <w:r/>
    </w:p>
    <w:p>
      <w:pPr>
        <w:pStyle w:val="ListBullet"/>
        <w:spacing w:line="240" w:lineRule="auto"/>
        <w:ind w:left="720"/>
      </w:pPr>
      <w:r/>
      <w:r>
        <w:rPr>
          <w:b/>
        </w:rPr>
        <w:t>Lineup:</w:t>
      </w:r>
      <w:r>
        <w:t xml:space="preserve"> Eight 60-minute shows ranging from comedy tapings to staged readings, priced at $15 per show; full festival pass $100. </w:t>
      </w:r>
      <w:r/>
    </w:p>
    <w:p>
      <w:pPr>
        <w:pStyle w:val="ListBullet"/>
        <w:spacing w:line="240" w:lineRule="auto"/>
        <w:ind w:left="720"/>
      </w:pPr>
      <w:r/>
      <w:r>
        <w:rPr>
          <w:b/>
        </w:rPr>
        <w:t>Sensory notes:</w:t>
      </w:r>
      <w:r>
        <w:t xml:space="preserve"> Expect everything from smoky noir rom-com vibes to punchy stand-up, intimate storytelling, and a staged reading with a clubby, theatrical hum. </w:t>
      </w:r>
      <w:r/>
    </w:p>
    <w:p>
      <w:pPr>
        <w:pStyle w:val="ListBullet"/>
        <w:spacing w:line="240" w:lineRule="auto"/>
        <w:ind w:left="720"/>
      </w:pPr>
      <w:r/>
      <w:r>
        <w:rPr>
          <w:b/>
        </w:rPr>
        <w:t>Community impact:</w:t>
      </w:r>
      <w:r>
        <w:t xml:space="preserve"> Festival director Ty Autry highlights direct funding to queer artists, keeping careers possible in the South.</w:t>
      </w:r>
      <w:r/>
      <w:r/>
    </w:p>
    <w:p>
      <w:pPr>
        <w:pStyle w:val="Heading2"/>
      </w:pPr>
      <w:r>
        <w:t>A bold opening: bingo, tips and a party at the Eagle</w:t>
      </w:r>
      <w:r/>
    </w:p>
    <w:p>
      <w:r/>
      <w:r>
        <w:t>The festival kicks off with Ruby Redd’s Birdcage Bingo at the Atlanta Eagle on Aug 5, a boozy, neon-lit way to launch five days of theatre. It’s a smart choice , you walk in to the scent of beer and cheap paper cards, and you already feel like you’re part of something theatrical and playful. Festival director Ty Autry told Rough Draft Atlanta that Lavender Fest intentionally funnels thousands of dollars straight to independent queer artists. That makes the bingo night more than a party; it’s grassroots fundraising with a wink and a drag-queen smile. If you like starting a festival with music, tips and a crowd, this is your lane. Bring cash for tips, wear something loud, and consider the bingo as both opener and community fundraiser.</w:t>
      </w:r>
      <w:r/>
    </w:p>
    <w:p>
      <w:pPr>
        <w:pStyle w:val="Heading2"/>
      </w:pPr>
      <w:r>
        <w:t>Comedy centre stage: Matthew English tapes his first special</w:t>
      </w:r>
      <w:r/>
    </w:p>
    <w:p>
      <w:r/>
      <w:r>
        <w:t>One of the festival’s headline draws is Matthew English, who’s recording a live stand-up special during the run. Expect sharp, caffeinated jokes about love and sex, with a side of Atlanta wit. According to the schedule, there are two tapings , Aug 6 and Aug 8 , giving plenty of chances to catch the energy of a live crowd. For gig-goers who love immediacy, a comedy taping carries that delicious, nervous electricity; your laughter helps make the special. Tickets are wallet-friendly, and if you want to feel like part of a moment , seeing someone do their first special , book sooner rather than later.</w:t>
      </w:r>
      <w:r/>
    </w:p>
    <w:p>
      <w:pPr>
        <w:pStyle w:val="Heading2"/>
      </w:pPr>
      <w:r>
        <w:t>Stories that dig deep: confessions, coming-of-age and “The F-Word”</w:t>
      </w:r>
      <w:r/>
    </w:p>
    <w:p>
      <w:r/>
      <w:r>
        <w:t>Several shows lean into intimate, sometimes heavy territory , stories about masculinity, shame, race and identity. Markell W. Williams’s The F-Word promises a raw excavation of how people learn to shrink themselves, tackling religion, queerness and the unseen rules that shape behaviour. ManBoy explores adolescent obsession and the messy route to pride, while Then, Eve rewrites Eden with a trans playwright’s brazen humour. These pieces tend to land emotionally; they’re quiet at times, then razor-sharp when they need to be. If you prefer theatre that makes you feel and think, shortlist these shows. They’re a reminder that Lavender Fest is as much about truth-telling as it is about entertainment.</w:t>
      </w:r>
      <w:r/>
    </w:p>
    <w:p>
      <w:pPr>
        <w:pStyle w:val="Heading2"/>
      </w:pPr>
      <w:r>
        <w:t>Playful, political and theatrical: satire meets protest in Oop, Can’t Say That</w:t>
      </w:r>
      <w:r/>
    </w:p>
    <w:p>
      <w:r/>
      <w:r>
        <w:t>Oop, Can’t Say That winks at current politics with a setup about government censors and banned language. It’s irreverent, fast-paced and built on an absurd premise , which makes the satire sting all the more. This is the festival’s cheeky answer to censorship debates, and it’ll appeal if you like your theatre with a political pulse and a grin. Performances are spread across dates, so it’s easy to slot into your schedule. Think of it as catharsis with jokes: you’ll leave laughing, then maybe fuming, then laughing again.</w:t>
      </w:r>
      <w:r/>
    </w:p>
    <w:p>
      <w:pPr>
        <w:pStyle w:val="Heading2"/>
      </w:pPr>
      <w:r>
        <w:t>Genre mashups and queer joy: noir rom-coms and ventriloquist club nights</w:t>
      </w:r>
      <w:r/>
    </w:p>
    <w:p>
      <w:r/>
      <w:r>
        <w:t>Mischief and Moonflowers serves up trans noir rom-com energy , cigarette smoke, hotel-room tension and the question of love vs war. It’s a tonal blend that sounds stylish and strangely comforting. Another Dimension Girl offers something peculiarly clubby and inventive: a gender non-conforming ventriloquist whose wardrobe becomes a puppet, spilling confessions in a drag-cabaret-adjacent rush. It’s listed as a staged reading, which means you’ll get the blueprint of a bold, theatrical idea. These pieces show Lavender Fest’s appetite for variety , romantic suspense, body-positive comedy and inventive queer performance all in one pass. For audience members, that means nights that surprise in tone and texture.</w:t>
      </w:r>
      <w:r/>
    </w:p>
    <w:p>
      <w:pPr>
        <w:pStyle w:val="Heading2"/>
      </w:pPr>
      <w:r>
        <w:t>Tickets, timing and how to plan a perfect festival run</w:t>
      </w:r>
      <w:r/>
    </w:p>
    <w:p>
      <w:r/>
      <w:r>
        <w:t>All shows are 60 minutes and ticketed at $15 each, with an all-access pass for $100 , a good deal if you plan to see several pieces. Performances split between Out Front Theatre’s main stage and Triangle Cabaret makes for short walks and late-night options. Buy tickets through lavender-fest.com or Eventbrite listings, and check show times carefully , several titles run multiple evenings. If it’s your first Lavender Fest, consider mixing a comedy taping with a weightier piece and a rom-com or staged reading for balance. Bring a small notebook if you’re the theatrical type who likes to scribble reactions. And arrive a little early; queer festivals tend to be social, so there’s often a pre-show hum worth savouring.</w:t>
      </w:r>
      <w:r/>
    </w:p>
    <w:p>
      <w:r/>
      <w:r>
        <w:t>It's a compact festival with big heart , and a reminder that queer artists in the South are making work that’s sharp, tender and necessary.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[4]</w:t>
        </w:r>
      </w:hyperlink>
      <w:r>
        <w:t xml:space="preserve">- Paragraph 7: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https://roughdraftatlanta.com/2026/08/01/lavender-fest-season-three/</w:t>
        </w:r>
      </w:hyperlink>
      <w:r>
        <w:t xml:space="preserve"> - Please view link - unable to able to access data</w:t>
      </w:r>
      <w:r/>
    </w:p>
    <w:p>
      <w:pPr>
        <w:pStyle w:val="ListNumber"/>
        <w:spacing w:line="240" w:lineRule="auto"/>
        <w:ind w:left="720"/>
      </w:pPr>
      <w:r/>
      <w:hyperlink r:id="rId9">
        <w:r>
          <w:rPr>
            <w:color w:val="0000EE"/>
            <w:u w:val="single"/>
          </w:rPr>
          <w:t>https://roughdraftatlanta.com/2026/08/01/lavender-fest-season-three/</w:t>
        </w:r>
      </w:hyperlink>
      <w:r>
        <w:t xml:space="preserve"> - Qreative Voices has announced the lineup for season three of Lavender Fest, an Atlanta-based performing arts festival showcasing queer talent from across the United States. The five-day festival will run from August 5 to 9 at Out Front Theatre Company. This year’s festival theme is “Unerasable,” and the lineup includes eight shows produced by LGBTQ+ artists.</w:t>
      </w:r>
      <w:r/>
    </w:p>
    <w:p>
      <w:pPr>
        <w:pStyle w:val="ListNumber"/>
        <w:spacing w:line="240" w:lineRule="auto"/>
        <w:ind w:left="720"/>
      </w:pPr>
      <w:r/>
      <w:hyperlink r:id="rId13">
        <w:r>
          <w:rPr>
            <w:color w:val="0000EE"/>
            <w:u w:val="single"/>
          </w:rPr>
          <w:t>https://www.artsatl.org/event/lavender-fest-season-three-unerasable/</w:t>
        </w:r>
      </w:hyperlink>
      <w:r>
        <w:t xml:space="preserve"> - Lavender Fest Season Three, themed 'UNERASABLE,' is scheduled from August 5 to 9, 2026, at Out Front Theatre Company in Atlanta. The festival will feature eight unique shows over five days, including performances like 'ManBoy' by Nick Eibler and 'Mischief &amp; Moonflowers' by John Mabey.</w:t>
      </w:r>
      <w:r/>
    </w:p>
    <w:p>
      <w:pPr>
        <w:pStyle w:val="ListNumber"/>
        <w:spacing w:line="240" w:lineRule="auto"/>
        <w:ind w:left="720"/>
      </w:pPr>
      <w:r/>
      <w:hyperlink r:id="rId14">
        <w:r>
          <w:rPr>
            <w:color w:val="0000EE"/>
            <w:u w:val="single"/>
          </w:rPr>
          <w:t>https://lavender-fest.com/season-three</w:t>
        </w:r>
      </w:hyperlink>
      <w:r>
        <w:t xml:space="preserve"> - Lavender Fest Season Three, themed 'UNERASABLE,' is set for August 5 to 9, 2026, at Out Front Theatre Company in Atlanta. The festival will showcase eight unique shows over five days, including 'ManBoy' by Nick Eibler and 'Mischief &amp; Moonflowers' by John Mabey.</w:t>
      </w:r>
      <w:r/>
    </w:p>
    <w:p>
      <w:pPr>
        <w:pStyle w:val="ListNumber"/>
        <w:spacing w:line="240" w:lineRule="auto"/>
        <w:ind w:left="720"/>
      </w:pPr>
      <w:r/>
      <w:hyperlink r:id="rId10">
        <w:r>
          <w:rPr>
            <w:color w:val="0000EE"/>
            <w:u w:val="single"/>
          </w:rPr>
          <w:t>https://outfronttheatre.com/event/lavender-fest/</w:t>
        </w:r>
      </w:hyperlink>
      <w:r>
        <w:t xml:space="preserve"> - Lavender Fest Season Three, themed 'UNERASABLE,' is scheduled from August 5 to 9, 2026, at Out Front Theatre Company in Atlanta. The festival will feature nine one-of-a-kind productions spanning theatre, comedy, drag, solo performance, and more.</w:t>
      </w:r>
      <w:r/>
    </w:p>
    <w:p>
      <w:pPr>
        <w:pStyle w:val="ListNumber"/>
        <w:spacing w:line="240" w:lineRule="auto"/>
        <w:ind w:left="720"/>
      </w:pPr>
      <w:r/>
      <w:hyperlink r:id="rId12">
        <w:r>
          <w:rPr>
            <w:color w:val="0000EE"/>
            <w:u w:val="single"/>
          </w:rPr>
          <w:t>https://www.eventbrite.com/e/lavender-fest-season-three-unerasable-tickets-1990500918831</w:t>
        </w:r>
      </w:hyperlink>
      <w:r>
        <w:t xml:space="preserve"> - Lavender Fest Season Three, themed 'UNERASABLE,' is set for August 5 to 9, 2026, at Out Front Theatre Company in Atlanta. The festival will feature eight unique shows over five days, including performances like 'ManBoy' by Nick Eibler and 'Mischief &amp; Moonflowers' by John Mabey.</w:t>
      </w:r>
      <w:r/>
    </w:p>
    <w:p>
      <w:pPr>
        <w:pStyle w:val="ListNumber"/>
        <w:spacing w:line="240" w:lineRule="auto"/>
        <w:ind w:left="720"/>
      </w:pPr>
      <w:r/>
      <w:hyperlink r:id="rId11">
        <w:r>
          <w:rPr>
            <w:color w:val="0000EE"/>
            <w:u w:val="single"/>
          </w:rPr>
          <w:t>https://lavender-fest.com/about</w:t>
        </w:r>
      </w:hyperlink>
      <w:r>
        <w:t xml:space="preserve"> - Founded in 2024 by Ty Autry in collaboration with Out Front Theatre Company, Lavender Fest is a queer performing arts festival dedicated to amplifying, preserving, and sharing Southern queer stories. The festival provides a platform for new and experienced voices to explore and express themselves.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oughdraftatlanta.com/2026/08/01/lavender-fest-season-three/" TargetMode="External"/><Relationship Id="rId10" Type="http://schemas.openxmlformats.org/officeDocument/2006/relationships/hyperlink" Target="https://outfronttheatre.com/event/lavender-fest/" TargetMode="External"/><Relationship Id="rId11" Type="http://schemas.openxmlformats.org/officeDocument/2006/relationships/hyperlink" Target="https://lavender-fest.com/about" TargetMode="External"/><Relationship Id="rId12" Type="http://schemas.openxmlformats.org/officeDocument/2006/relationships/hyperlink" Target="https://www.eventbrite.com/e/lavender-fest-season-three-unerasable-tickets-1990500918831" TargetMode="External"/><Relationship Id="rId13" Type="http://schemas.openxmlformats.org/officeDocument/2006/relationships/hyperlink" Target="https://www.artsatl.org/event/lavender-fest-season-three-unerasable/" TargetMode="External"/><Relationship Id="rId14" Type="http://schemas.openxmlformats.org/officeDocument/2006/relationships/hyperlink" Target="https://lavender-fest.com/season-thr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