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Hamburg Pride 2026 Coverage: How Parade Went Ahead With Tighter Security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activists and families poured into Hamburg on Saturday as the city staged one of Germany’s biggest Pride parades under heavy security; organisers say around 250,000 attended, turning a day of celebration into a statement of solidarity after last week’s deadly attack near Berlin Pride.</w:t>
      </w:r>
      <w:r/>
    </w:p>
    <w:p>
      <w:r/>
      <w:r>
        <w:t>Essential Takeaways</w:t>
      </w:r>
      <w:r/>
      <w:r/>
    </w:p>
    <w:p>
      <w:pPr>
        <w:pStyle w:val="ListBullet"/>
        <w:spacing w:line="240" w:lineRule="auto"/>
        <w:ind w:left="720"/>
      </w:pPr>
      <w:r/>
      <w:r>
        <w:rPr>
          <w:b/>
        </w:rPr>
        <w:t>Large turnout:</w:t>
      </w:r>
      <w:r>
        <w:t xml:space="preserve"> Organisers expected roughly 250,000 people at Hamburg Pride, one of Germany’s largest LGBTQ+ events.</w:t>
      </w:r>
      <w:r/>
    </w:p>
    <w:p>
      <w:pPr>
        <w:pStyle w:val="ListBullet"/>
        <w:spacing w:line="240" w:lineRule="auto"/>
        <w:ind w:left="720"/>
      </w:pPr>
      <w:r/>
      <w:r>
        <w:rPr>
          <w:b/>
        </w:rPr>
        <w:t>Increased police presence:</w:t>
      </w:r>
      <w:r>
        <w:t xml:space="preserve"> Authorities deployed about twice as many officers as last year; checkpoints and visible patrols gave the day a guarded feel.</w:t>
      </w:r>
      <w:r/>
    </w:p>
    <w:p>
      <w:pPr>
        <w:pStyle w:val="ListBullet"/>
        <w:spacing w:line="240" w:lineRule="auto"/>
        <w:ind w:left="720"/>
      </w:pPr>
      <w:r/>
      <w:r>
        <w:rPr>
          <w:b/>
        </w:rPr>
        <w:t>Moment of respect:</w:t>
      </w:r>
      <w:r>
        <w:t xml:space="preserve"> A late addition to the procession was a truck from the Berlin Christopher Street Day (CSD) event; riders were asked to wear dark clothing in memory of victims.</w:t>
      </w:r>
      <w:r/>
    </w:p>
    <w:p>
      <w:pPr>
        <w:pStyle w:val="ListBullet"/>
        <w:spacing w:line="240" w:lineRule="auto"/>
        <w:ind w:left="720"/>
      </w:pPr>
      <w:r/>
      <w:r>
        <w:rPr>
          <w:b/>
        </w:rPr>
        <w:t>Attack context:</w:t>
      </w:r>
      <w:r>
        <w:t xml:space="preserve"> The tighter security followed a van and machete attack close to Berlin Pride that left one woman dead and several injured.</w:t>
      </w:r>
      <w:r/>
    </w:p>
    <w:p>
      <w:pPr>
        <w:pStyle w:val="ListBullet"/>
        <w:spacing w:line="240" w:lineRule="auto"/>
        <w:ind w:left="720"/>
      </w:pPr>
      <w:r/>
      <w:r>
        <w:rPr>
          <w:b/>
        </w:rPr>
        <w:t>Investigation details:</w:t>
      </w:r>
      <w:r>
        <w:t xml:space="preserve"> Authorities say the suspect claimed allegiance to ISIS and had travelled to Lebanon in 2025 with suspected links to extremists.</w:t>
      </w:r>
      <w:r/>
      <w:r/>
    </w:p>
    <w:p>
      <w:pPr>
        <w:pStyle w:val="Heading2"/>
      </w:pPr>
      <w:r>
        <w:t>A big party made cautious but determined by security</w:t>
      </w:r>
      <w:r/>
    </w:p>
    <w:p>
      <w:r/>
      <w:r>
        <w:t>Hamburg’s streets were bright with banners, music and the thump of truck sound-systems, yet there was a subdued edge to the day , a guarded, resolute atmosphere rather than carefree revelry. The extra police presence was obvious, and checkpoints and uniformed officers felt reassuring to many attendees who’d been shaken by events in Berlin.</w:t>
      </w:r>
      <w:r/>
    </w:p>
    <w:p>
      <w:r/>
      <w:r>
        <w:t>Local organisers framed the parade under the motto “Queer in solidarity. Take a stand - for a future without fear,” and you could see that sentiment in the crowd. After the attack near Berlin’s Pride, the city balanced celebration with safety planning, showing how public events are adapting without cancelling the moment.</w:t>
      </w:r>
      <w:r/>
    </w:p>
    <w:p>
      <w:pPr>
        <w:pStyle w:val="Heading2"/>
      </w:pPr>
      <w:r>
        <w:t>Why authorities boosted security this year</w:t>
      </w:r>
      <w:r/>
    </w:p>
    <w:p>
      <w:r/>
      <w:r>
        <w:t>Officials decided on a much larger deployment after the late‑July attack that unfolded near the Berlin Pride closing party. Germany’s security services and police spokespeople made clear that events across the country would be reviewed; in Hamburg that translated into roughly double the officers from last year, plus more visible protective measures.</w:t>
      </w:r>
      <w:r/>
    </w:p>
    <w:p>
      <w:r/>
      <w:r>
        <w:t>The move follows wider political pressure to tighten laws and oversight of violent extremism, with ministers and security officials discussing changes nationally. For parade-goers it meant more searches and road closures, but also a sense that organisers were taking responsibility for public safety.</w:t>
      </w:r>
      <w:r/>
    </w:p>
    <w:p>
      <w:pPr>
        <w:pStyle w:val="Heading2"/>
      </w:pPr>
      <w:r>
        <w:t>A sombre nod to Berlin: the CSD truck and dress code</w:t>
      </w:r>
      <w:r/>
    </w:p>
    <w:p>
      <w:r/>
      <w:r>
        <w:t>A Berlin CSD truck joined the procession as a late addition and people on board were asked to wear dark clothing as a mark of respect for the victims of the Berlin attack. That small, poignant detail underscored how Pride events are both parties and political statements; grief and defiance can sit side by side.</w:t>
      </w:r>
      <w:r/>
    </w:p>
    <w:p>
      <w:r/>
      <w:r>
        <w:t>Many attendees paused when the truck passed, and conversations shifted toward protection of LGBTQ+ spaces and how communities can support one another after trauma. It was a reminder that solidarity is practical as well as symbolic.</w:t>
      </w:r>
      <w:r/>
    </w:p>
    <w:p>
      <w:pPr>
        <w:pStyle w:val="Heading2"/>
      </w:pPr>
      <w:r>
        <w:t>What we know about the suspect and the motive</w:t>
      </w:r>
      <w:r/>
    </w:p>
    <w:p>
      <w:r/>
      <w:r>
        <w:t>Investigators say the suspect in the Berlin attack recorded a video claiming responsibility and pledging allegiance to the Islamic State group, and that he’d travelled to Lebanon in 2025 with an aim to reach Syria. The 21‑year‑old was shot dead after a confrontation with police, leaving questions about radicalisation pathways and how to prevent such violence on home soil.</w:t>
      </w:r>
      <w:r/>
    </w:p>
    <w:p>
      <w:r/>
      <w:r>
        <w:t>Those developments fuelled debate in German politics and the media about tougher measures against extremist networks, and they influenced how cities approach large public gatherings for the rest of the summer.</w:t>
      </w:r>
      <w:r/>
    </w:p>
    <w:p>
      <w:pPr>
        <w:pStyle w:val="Heading2"/>
      </w:pPr>
      <w:r>
        <w:t>How to attend Pride safely this summer</w:t>
      </w:r>
      <w:r/>
    </w:p>
    <w:p>
      <w:r/>
      <w:r>
        <w:t>If you’re heading to large public events in the coming months, expect heightened security checks and plan ahead. Arrive early to avoid queues, travel light, register meeting points with friends in case of separation, and check official social channels for last‑minute route changes. Most attendees said the extra measures were a small trade‑off for feeling safer.</w:t>
      </w:r>
      <w:r/>
    </w:p>
    <w:p>
      <w:r/>
      <w:r>
        <w:t>And remember: showing up matters. For many, attending was a way of saying fear won’t win and community will carry on.</w:t>
      </w:r>
      <w:r/>
    </w:p>
    <w:p>
      <w:r/>
      <w:r>
        <w:t>It's a small change that can make every march and celebration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[5]</w:t>
        </w:r>
      </w:hyperlink>
      <w:r>
        <w:t xml:space="preserve">, </w:t>
      </w:r>
      <w:hyperlink r:id="rId13">
        <w:r>
          <w:rPr>
            <w:color w:val="0000EE"/>
            <w:u w:val="single"/>
          </w:rPr>
          <w:t>[6]</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14">
        <w:r>
          <w:rPr>
            <w:color w:val="0000EE"/>
            <w:u w:val="single"/>
          </w:rPr>
          <w:t>[3]</w:t>
        </w:r>
      </w:hyperlink>
      <w:r>
        <w:t xml:space="preserve">, </w:t>
      </w:r>
      <w:hyperlink r:id="rId13">
        <w:r>
          <w:rPr>
            <w:color w:val="0000EE"/>
            <w:u w:val="single"/>
          </w:rPr>
          <w:t>[6]</w:t>
        </w:r>
      </w:hyperlink>
      <w:r>
        <w:t xml:space="preserve">- Paragraph 5: </w:t>
      </w:r>
      <w:hyperlink r:id="rId11">
        <w:r>
          <w:rPr>
            <w:color w:val="0000EE"/>
            <w:u w:val="single"/>
          </w:rPr>
          <w:t>[4]</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https://www.indiatoday.in/world/story/hamburg-pride-parade-tight-security-after-deadly-attack-near-berlin-pride-ptag-2961359-2026-08-01?utm_source=rss</w:t>
        </w:r>
      </w:hyperlink>
      <w:r>
        <w:t xml:space="preserve"> - Please view link - unable to able to access data</w:t>
      </w:r>
      <w:r/>
    </w:p>
    <w:p>
      <w:pPr>
        <w:pStyle w:val="ListNumber"/>
        <w:spacing w:line="240" w:lineRule="auto"/>
        <w:ind w:left="720"/>
      </w:pPr>
      <w:r/>
      <w:hyperlink r:id="rId10">
        <w:r>
          <w:rPr>
            <w:color w:val="0000EE"/>
            <w:u w:val="single"/>
          </w:rPr>
          <w:t>https://apnews.com/article/4fabf20621b75cdd8f8e05119ea9d281</w:t>
        </w:r>
      </w:hyperlink>
      <w:r>
        <w:t xml:space="preserve"> - Hamburg's Pride parade, one of Germany's largest LGBTQ+ events, commenced with heightened security measures following a fatal extremist attack near Berlin Pride a week earlier. Attendance was expected to reach approximately 250,000 people, with double the number of police officers deployed compared to the previous year to ensure safety. The parade marched under the motto 'Queer in solidarity. Take a stand - for a future without fear.' A Berlin Pride truck, added late to the lineup, featured participants dressed in dark clothing to honour victims of the July 25 attack in Berlin, where a man drove a van into a crowd and attacked others with a machete, killing one woman and injuring several. The attacker, 21-year-old Abdul Ballout, was later killed by police. Authorities reported that Ballout, born in Germany with Lebanese heritage, had tried to join the Islamic State group and had travelled to Lebanon in 2025 in an attempt to reach Syria. Hamburg’s deputy mayor, Katharina Fegebank, encouraged continued participation and unity in the face of such violence, asserting the importance of solidarity now more than ever.</w:t>
      </w:r>
      <w:r/>
    </w:p>
    <w:p>
      <w:pPr>
        <w:pStyle w:val="ListNumber"/>
        <w:spacing w:line="240" w:lineRule="auto"/>
        <w:ind w:left="720"/>
      </w:pPr>
      <w:r/>
      <w:hyperlink r:id="rId14">
        <w:r>
          <w:rPr>
            <w:color w:val="0000EE"/>
            <w:u w:val="single"/>
          </w:rPr>
          <w:t>https://theweek.com/crime/berlin-police-kill-suspect-pride-attack</w:t>
        </w:r>
      </w:hyperlink>
      <w:r>
        <w:t xml:space="preserve"> - German police fatally shot 21-year-old Abdul Ballout, a German citizen of Lebanese heritage, after he attacked officers with a stabbing weapon on Sunday. Ballout was suspected of carrying out a deadly assault during Berlin’s Pride celebrations the previous day. Authorities allege he drove a van into a crowd at Tiergarten park during Christopher Street Day, Berlin’s oldest Pride event, before attacking bystanders with a machete. The incident resulted in one woman’s death and injuries to 29 others, three of whom remain in critical condition. German Interior Minister Alexander Dobrindt characterised the violence as an Islamic terror attack. The tragedy spurred a large public vigil at the Brandenburg Gate, where mourners gathered in solidarity with the LGBTQ+ community. Speakers at the event emphasised unity and resilience, declaring that 'it was an attack on all of us.' In response, German authorities announced plans to reevaluate security measures for upcoming public events, including future Pride celebrations, amid growing fears of copycat incidents.</w:t>
      </w:r>
      <w:r/>
    </w:p>
    <w:p>
      <w:pPr>
        <w:pStyle w:val="ListNumber"/>
        <w:spacing w:line="240" w:lineRule="auto"/>
        <w:ind w:left="720"/>
      </w:pPr>
      <w:r/>
      <w:hyperlink r:id="rId11">
        <w:r>
          <w:rPr>
            <w:color w:val="0000EE"/>
            <w:u w:val="single"/>
          </w:rPr>
          <w:t>https://apnews.com/article/45628a7c0e6518a65b629bdcc76ba809</w:t>
        </w:r>
      </w:hyperlink>
      <w:r>
        <w:t xml:space="preserve"> - Following a deadly attack near Berlin's Pride festival, German investigators have discovered a video that appears to be a claim of responsibility from the suspected attacker, 21-year-old Abdul Ballout. Authorities report that Ballout, who was killed in a confrontation with police, drove a van into a crowd and used a machete, killing a Polish woman and injuring 31 others. Interior Minister Alexander Dobrindt confirmed that Ballout's cellphone contained a disguised video in which the individual pledges allegiance to the Islamic State (IS). Additional evidence, including IS-related materials, was found in his apartment. Ballout, born in Germany with Lebanese roots, had travelled to Lebanon in 2025 with the intention of joining IS in Syria and had prior convictions linked to extremist activities. There is growing scrutiny over how he was able to move freely despite his criminal record. Dobrindt criticised the use of juvenile law in such cases and suggested implementing ankle bracelets for individuals deemed dangerous, while acknowledging the limits of absolute security.</w:t>
      </w:r>
      <w:r/>
    </w:p>
    <w:p>
      <w:pPr>
        <w:pStyle w:val="ListNumber"/>
        <w:spacing w:line="240" w:lineRule="auto"/>
        <w:ind w:left="720"/>
      </w:pPr>
      <w:r/>
      <w:hyperlink r:id="rId12">
        <w:r>
          <w:rPr>
            <w:color w:val="0000EE"/>
            <w:u w:val="single"/>
          </w:rPr>
          <w:t>https://www.zeit.de/news/2026-07/26/grote-will-sicherheitsmassnahmen-fuer-hamburger-csd-pruefen</w:t>
        </w:r>
      </w:hyperlink>
      <w:r>
        <w:t xml:space="preserve"> - Hamburg's Interior Senator Andy Grote (SPD) condemned the attack on revelers at Berlin's Christopher Street Day (CSD) as a 'horrific act of violence.' He stated, 'An attack on such a festival of love, solidarity, and freedom is an attack on our open society and thus on all of us.' His sympathy goes to the relatives of the deceased, and his thoughts are with the injured. At the same time, Grote announced that the security measures for the upcoming CSD parade in Hamburg would be reviewed. Although the security level at events in Hamburg is high—'especially regarding protection against vehicular attacks,' he said—'the security measures for the CSD next week in Hamburg will be carefully reviewed to ensure the highest level of safety.'</w:t>
      </w:r>
      <w:r/>
    </w:p>
    <w:p>
      <w:pPr>
        <w:pStyle w:val="ListNumber"/>
        <w:spacing w:line="240" w:lineRule="auto"/>
        <w:ind w:left="720"/>
      </w:pPr>
      <w:r/>
      <w:hyperlink r:id="rId13">
        <w:r>
          <w:rPr>
            <w:color w:val="0000EE"/>
            <w:u w:val="single"/>
          </w:rPr>
          <w:t>https://www.theguardian.com/politics/2026/jul/27/german-officials-tighter-extremism-laws-berlin-pride-attack</w:t>
        </w:r>
      </w:hyperlink>
      <w:r>
        <w:t xml:space="preserve"> - German officials have called for a tightening of laws for known extremists after a deadly attack in Berlin on one of Europe’s biggest Pride parades, as the far right seeks to mobilise outraged voters before three key state elections.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indiatoday.in/world/story/hamburg-pride-parade-tight-security-after-deadly-attack-near-berlin-pride-ptag-2961359-2026-08-01?utm_source=rss" TargetMode="External"/><Relationship Id="rId10" Type="http://schemas.openxmlformats.org/officeDocument/2006/relationships/hyperlink" Target="https://apnews.com/article/4fabf20621b75cdd8f8e05119ea9d281" TargetMode="External"/><Relationship Id="rId11" Type="http://schemas.openxmlformats.org/officeDocument/2006/relationships/hyperlink" Target="https://apnews.com/article/45628a7c0e6518a65b629bdcc76ba809" TargetMode="External"/><Relationship Id="rId12" Type="http://schemas.openxmlformats.org/officeDocument/2006/relationships/hyperlink" Target="https://www.zeit.de/news/2026-07/26/grote-will-sicherheitsmassnahmen-fuer-hamburger-csd-pruefen" TargetMode="External"/><Relationship Id="rId13" Type="http://schemas.openxmlformats.org/officeDocument/2006/relationships/hyperlink" Target="https://www.theguardian.com/politics/2026/jul/27/german-officials-tighter-extremism-laws-berlin-pride-attack" TargetMode="External"/><Relationship Id="rId14" Type="http://schemas.openxmlformats.org/officeDocument/2006/relationships/hyperlink" Target="https://theweek.com/crime/berlin-police-kill-suspect-pride-attac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