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Brighton &amp; Hove Pride Parade 2026 — route, changes and tips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Brimming with colour and music, Brighton &amp; Hove Pride returns on Saturday 1 August, drawing hundreds of thousands to the seafront and streets; here’s what’s changed this year, where the parade now finishes, and practical tips for enjoying the 35th-anniversary celebrations without the stress.</w:t>
      </w:r>
      <w:r/>
    </w:p>
    <w:p>
      <w:r/>
      <w:r>
        <w:t>Essential takeaways</w:t>
      </w:r>
      <w:r/>
      <w:r/>
    </w:p>
    <w:p>
      <w:pPr>
        <w:pStyle w:val="ListBullet"/>
        <w:spacing w:line="240" w:lineRule="auto"/>
        <w:ind w:left="720"/>
      </w:pPr>
      <w:r/>
      <w:r>
        <w:rPr>
          <w:b/>
        </w:rPr>
        <w:t>New parade finish:</w:t>
      </w:r>
      <w:r>
        <w:t xml:space="preserve"> The procession will now end at Preston Circus, with participants dispersing on Beaconsfield Road.</w:t>
      </w:r>
      <w:r/>
    </w:p>
    <w:p>
      <w:pPr>
        <w:pStyle w:val="ListBullet"/>
        <w:spacing w:line="240" w:lineRule="auto"/>
        <w:ind w:left="720"/>
      </w:pPr>
      <w:r/>
      <w:r>
        <w:rPr>
          <w:b/>
        </w:rPr>
        <w:t>Where festival continues:</w:t>
      </w:r>
      <w:r>
        <w:t xml:space="preserve"> Spectators and Pride on the Park ticket-holders still make their way up to Preston Road and Preston Park for the main events.</w:t>
      </w:r>
      <w:r/>
    </w:p>
    <w:p>
      <w:pPr>
        <w:pStyle w:val="ListBullet"/>
        <w:spacing w:line="240" w:lineRule="auto"/>
        <w:ind w:left="720"/>
      </w:pPr>
      <w:r/>
      <w:r>
        <w:rPr>
          <w:b/>
        </w:rPr>
        <w:t>Start time and scale:</w:t>
      </w:r>
      <w:r>
        <w:t xml:space="preserve"> The parade sets off at 11am from Hove Lawns, with up to around 300,000 people expected to watch or join in.</w:t>
      </w:r>
      <w:r/>
    </w:p>
    <w:p>
      <w:pPr>
        <w:pStyle w:val="ListBullet"/>
        <w:spacing w:line="240" w:lineRule="auto"/>
        <w:ind w:left="720"/>
      </w:pPr>
      <w:r/>
      <w:r>
        <w:rPr>
          <w:b/>
        </w:rPr>
        <w:t>Plan for travel:</w:t>
      </w:r>
      <w:r>
        <w:t xml:space="preserve"> Road closures and public-transport changes will be in place across the weekend; check official maps and resident guidance.</w:t>
      </w:r>
      <w:r/>
    </w:p>
    <w:p>
      <w:pPr>
        <w:pStyle w:val="ListBullet"/>
        <w:spacing w:line="240" w:lineRule="auto"/>
        <w:ind w:left="720"/>
      </w:pPr>
      <w:r/>
      <w:r>
        <w:rPr>
          <w:b/>
        </w:rPr>
        <w:t>Festival highlights:</w:t>
      </w:r>
      <w:r>
        <w:t xml:space="preserve"> The two-day event includes the Pride Street Party on Marine Parade, Pride on the Park at Preston Park, and headline stars including Raye, Diana Ross, Jessie J, RuPaul and Paris Hilton.</w:t>
      </w:r>
      <w:r/>
      <w:r/>
    </w:p>
    <w:p>
      <w:pPr>
        <w:pStyle w:val="Heading2"/>
      </w:pPr>
      <w:r>
        <w:t>What actually changed about the parade finish?</w:t>
      </w:r>
      <w:r/>
    </w:p>
    <w:p>
      <w:r/>
      <w:r>
        <w:t>Brighton organisers confirmed a last-minute tweak: instead of ending the procession in Preston Park as in previous years, the parade will draw to a close at Preston Circus where marchers will disperse along Beaconsfield Road. It’s a short but significant reroute for anyone used to the old flow, and it matters if you habitually position yourself near the park for meet-ups or wheelchair access. According to Brighton Pride’s official materials, the full route map is available online, so pin it to your phone before you leave home.</w:t>
      </w:r>
      <w:r/>
    </w:p>
    <w:p>
      <w:pPr>
        <w:pStyle w:val="Heading2"/>
      </w:pPr>
      <w:r>
        <w:t>Why this matters for spectators and ticket-holders</w:t>
      </w:r>
      <w:r/>
    </w:p>
    <w:p>
      <w:r/>
      <w:r>
        <w:t>If you planned to meet friends at the old finishing point you’ll need to adjust plans, but the good news is spectators and those with Pride on the Park tickets still head up to Preston Road and Preston Park as normal. That means the core festival footprint , the Park, Marine Parade street party and the headline stages , remains intact. VisitBrighton and local guidance pages highlight resident and visitor notes, so skim those for pedestrian access points and recommended meeting zones.</w:t>
      </w:r>
      <w:r/>
    </w:p>
    <w:p>
      <w:pPr>
        <w:pStyle w:val="Heading2"/>
      </w:pPr>
      <w:r>
        <w:t>Getting there and getting around , practical travel tips</w:t>
      </w:r>
      <w:r/>
    </w:p>
    <w:p>
      <w:r/>
      <w:r>
        <w:t>Road closures and altered bus routes are an annual reality for Pride, and 2026 is no different. Trains to Brighton are the most reliable option for many, but arrive early: the station and seafront get very busy. If you drive, expect diversions and limited parking; consider park-and-ride options or drop-offs outside the busiest zones. Bring comfy shoes and a small day bag , hydration stations and first-aid points are part of the festival plan, but queues form fast.</w:t>
      </w:r>
      <w:r/>
    </w:p>
    <w:p>
      <w:pPr>
        <w:pStyle w:val="Heading2"/>
      </w:pPr>
      <w:r>
        <w:t>Sights, sounds and the 35th-anniversary theme</w:t>
      </w:r>
      <w:r/>
    </w:p>
    <w:p>
      <w:r/>
      <w:r>
        <w:t>This year marks Pride’s 35th anniversary, themed “the power of love” to honour the community’s protest, unity and resilience through tough chapters like Clause 28 and the AIDS crisis. The parade itself remains a colourful showcase of local charities, community groups, small businesses and public services, while the Street Party on Marine Parade and Pride on the Park at Preston Park deliver the music and carnival atmosphere. Expect a mix of nostalgic reflection and full-on celebration , your ears might still remember older anthems even as the headline acts bring modern pop fireworks.</w:t>
      </w:r>
      <w:r/>
    </w:p>
    <w:p>
      <w:pPr>
        <w:pStyle w:val="Heading2"/>
      </w:pPr>
      <w:r>
        <w:t>Who’s playing and what to expect at the festival stages</w:t>
      </w:r>
      <w:r/>
    </w:p>
    <w:p>
      <w:r/>
      <w:r>
        <w:t>The two-day line-up is bold: Raye, Diana Ross, Jessie J, RuPaul and Paris Hilton are among the names drawing crowds. Brighton &amp; Hove Pride’s programming blends international stars with local performers and community stages, so you’ll get big production moments alongside grassroots creativity. If you’ve got a favourite act, check set times early and work out how long it takes to move between stages , the park can be slow to traverse when it’s full.</w:t>
      </w:r>
      <w:r/>
    </w:p>
    <w:p>
      <w:r/>
      <w:r>
        <w:t>Closing line</w:t>
      </w:r>
      <w:r/>
    </w:p>
    <w:p>
      <w:r/>
      <w:r>
        <w:t>Plan a little, pack a lot of patience, and this year’s Pride , with its new finish and 35th-anniversary pulse , should be unforgettable.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11">
        <w:r>
          <w:rPr>
            <w:color w:val="0000EE"/>
            <w:u w:val="single"/>
          </w:rPr>
          <w:t>[2]</w:t>
        </w:r>
      </w:hyperlink>
      <w:r>
        <w:t xml:space="preserve">, </w:t>
      </w:r>
      <w:hyperlink r:id="rId12">
        <w:r>
          <w:rPr>
            <w:color w:val="0000EE"/>
            <w:u w:val="single"/>
          </w:rPr>
          <w:t>[3]</w:t>
        </w:r>
      </w:hyperlink>
      <w:r>
        <w:t xml:space="preserve">- Paragraph 3: </w:t>
      </w:r>
      <w:hyperlink r:id="rId12">
        <w:r>
          <w:rPr>
            <w:color w:val="0000EE"/>
            <w:u w:val="single"/>
          </w:rPr>
          <w:t>[3]</w:t>
        </w:r>
      </w:hyperlink>
      <w:r>
        <w:t xml:space="preserve">, </w:t>
      </w:r>
      <w:hyperlink r:id="rId13">
        <w:r>
          <w:rPr>
            <w:color w:val="0000EE"/>
            <w:u w:val="single"/>
          </w:rPr>
          <w:t>[6]</w:t>
        </w:r>
      </w:hyperlink>
      <w:r>
        <w:t xml:space="preserve">- Paragraph 4: </w:t>
      </w:r>
      <w:hyperlink r:id="rId10">
        <w:r>
          <w:rPr>
            <w:color w:val="0000EE"/>
            <w:u w:val="single"/>
          </w:rPr>
          <w:t>[4]</w:t>
        </w:r>
      </w:hyperlink>
      <w:r>
        <w:t xml:space="preserve">, </w:t>
      </w:r>
      <w:hyperlink r:id="rId11">
        <w:r>
          <w:rPr>
            <w:color w:val="0000EE"/>
            <w:u w:val="single"/>
          </w:rPr>
          <w:t>[2]</w:t>
        </w:r>
      </w:hyperlink>
      <w:r>
        <w:t xml:space="preserve">- Paragraph 5: </w:t>
      </w:r>
      <w:hyperlink r:id="rId14">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https://www.theargus.co.uk/news/26423582.brighton-hove-pride-parade-finish-near-preston-circus/?ref=rss</w:t>
        </w:r>
      </w:hyperlink>
      <w:r>
        <w:t xml:space="preserve"> - Please view link - unable to able to access data</w:t>
      </w:r>
      <w:r/>
    </w:p>
    <w:p>
      <w:pPr>
        <w:pStyle w:val="ListNumber"/>
        <w:spacing w:line="240" w:lineRule="auto"/>
        <w:ind w:left="720"/>
      </w:pPr>
      <w:r/>
      <w:hyperlink r:id="rId11">
        <w:r>
          <w:rPr>
            <w:color w:val="0000EE"/>
            <w:u w:val="single"/>
          </w:rPr>
          <w:t>https://www.brighton-pride.org/pride-parade/</w:t>
        </w:r>
      </w:hyperlink>
      <w:r>
        <w:t xml:space="preserve"> - The Brighton &amp; Hove Pride Community Parade is scheduled for Saturday, 1st August 2026, commencing at 11:00 am from Hove Lawns. The parade will proceed through the city, concluding at Preston Circus, where participants will disperse on Beaconsfield Road. This route marks a change from previous years, where the parade traditionally ended at Preston Park. A detailed route map is available on the Brighton Pride website. (</w:t>
      </w:r>
      <w:hyperlink r:id="rId16">
        <w:r>
          <w:rPr>
            <w:color w:val="0000EE"/>
            <w:u w:val="single"/>
          </w:rPr>
          <w:t>brighton-pride.org</w:t>
        </w:r>
      </w:hyperlink>
      <w:r>
        <w:t>)</w:t>
      </w:r>
      <w:r/>
    </w:p>
    <w:p>
      <w:pPr>
        <w:pStyle w:val="ListNumber"/>
        <w:spacing w:line="240" w:lineRule="auto"/>
        <w:ind w:left="720"/>
      </w:pPr>
      <w:r/>
      <w:hyperlink r:id="rId12">
        <w:r>
          <w:rPr>
            <w:color w:val="0000EE"/>
            <w:u w:val="single"/>
          </w:rPr>
          <w:t>https://www.brighton-pride.org/residents/</w:t>
        </w:r>
      </w:hyperlink>
      <w:r>
        <w:t xml:space="preserve"> - Brighton &amp; Hove Pride has announced that the 2026 Pride Parade will start at Hove Lawns at 11:00 am and finish at Preston Circus. Road closures around Preston Circus will begin at 9:30 am, with the parade expected to arrive around 1:00 pm and dispersal completed by 4:00 pm. Parking suspensions will be in place on Beaconsfield Road, Stanford Avenue, Preston Road, and throughout the parade route. (</w:t>
      </w:r>
      <w:hyperlink r:id="rId17">
        <w:r>
          <w:rPr>
            <w:color w:val="0000EE"/>
            <w:u w:val="single"/>
          </w:rPr>
          <w:t>brighton-pride.org</w:t>
        </w:r>
      </w:hyperlink>
      <w:r>
        <w:t>)</w:t>
      </w:r>
      <w:r/>
    </w:p>
    <w:p>
      <w:pPr>
        <w:pStyle w:val="ListNumber"/>
        <w:spacing w:line="240" w:lineRule="auto"/>
        <w:ind w:left="720"/>
      </w:pPr>
      <w:r/>
      <w:hyperlink r:id="rId10">
        <w:r>
          <w:rPr>
            <w:color w:val="0000EE"/>
            <w:u w:val="single"/>
          </w:rPr>
          <w:t>https://www.visitbrighton.com/blog/read/2026/06/brighton-and-hove-pride-guide-b342</w:t>
        </w:r>
      </w:hyperlink>
      <w:r>
        <w:t xml:space="preserve"> - The Brighton &amp; Hove Pride Parade begins at Hove Lawns on the seafront, moving east along the waterfront, turning left up West Street, and continuing onto Queens Road. This route leads to Preston Park, where the Pride on the Park festival takes place. The parade is free to watch from the streets, while Pride on the Park and the Village Party are ticketed events. (</w:t>
      </w:r>
      <w:hyperlink r:id="rId18">
        <w:r>
          <w:rPr>
            <w:color w:val="0000EE"/>
            <w:u w:val="single"/>
          </w:rPr>
          <w:t>visitbrighton.com</w:t>
        </w:r>
      </w:hyperlink>
      <w:r>
        <w:t>)</w:t>
      </w:r>
      <w:r/>
    </w:p>
    <w:p>
      <w:pPr>
        <w:pStyle w:val="ListNumber"/>
        <w:spacing w:line="240" w:lineRule="auto"/>
        <w:ind w:left="720"/>
      </w:pPr>
      <w:r/>
      <w:hyperlink r:id="rId14">
        <w:r>
          <w:rPr>
            <w:color w:val="0000EE"/>
            <w:u w:val="single"/>
          </w:rPr>
          <w:t>https://www.brightonandhovenews.org/2026/03/26/brighton-hove-pride-announces-full-2026-line-up/</w:t>
        </w:r>
      </w:hyperlink>
      <w:r>
        <w:t xml:space="preserve"> - Brighton &amp; Hove Pride has announced its full line-up for the 2026 'Pride On The Park' festival. Headliners include Paris Hilton, who will perform on Sunday, 2nd August, and Holly Johnson of Frankie Goes to Hollywood, who will take over the Legends slot. The main stage also features Leigh-Anne, G Flip, Moonchild Sanelly, and Melanie C. The dance arena includes The Blessed Madonna, HAAi, I. Jordan, Hannah Wants, Bimini, Daniel Avery, Patrick Mason, and Girls Don’t Sync. (</w:t>
      </w:r>
      <w:hyperlink r:id="rId19">
        <w:r>
          <w:rPr>
            <w:color w:val="0000EE"/>
            <w:u w:val="single"/>
          </w:rPr>
          <w:t>brightonandhovenews.org</w:t>
        </w:r>
      </w:hyperlink>
      <w:r>
        <w:t>)</w:t>
      </w:r>
      <w:r/>
    </w:p>
    <w:p>
      <w:pPr>
        <w:pStyle w:val="ListNumber"/>
        <w:spacing w:line="240" w:lineRule="auto"/>
        <w:ind w:left="720"/>
      </w:pPr>
      <w:r/>
      <w:hyperlink r:id="rId13">
        <w:r>
          <w:rPr>
            <w:color w:val="0000EE"/>
            <w:u w:val="single"/>
          </w:rPr>
          <w:t>https://www.visitbrighton.com/whats-on/brighton-and-hove-pride-p2571021</w:t>
        </w:r>
      </w:hyperlink>
      <w:r>
        <w:t xml:space="preserve"> - Brighton &amp; Hove Pride 2026 is set for the first weekend of August, running from Saturday, 1st August, to Sunday, 2nd August. The event includes the Pride Parade, which starts at Hove Lawns and concludes at Preston Park, and the Pride on the Park festival at Preston Park. The festival features headliners RAYE and Diana Ross, with performances from Jessie J, Self Esteem, Leigh-Anne, G Flip, Moonchild Sanelly, RuPaul, and Paris Hilton. (</w:t>
      </w:r>
      <w:hyperlink r:id="rId20">
        <w:r>
          <w:rPr>
            <w:color w:val="0000EE"/>
            <w:u w:val="single"/>
          </w:rPr>
          <w:t>visitbrighton.com</w:t>
        </w:r>
      </w:hyperlink>
      <w:r>
        <w:t>)</w:t>
      </w:r>
      <w:r/>
    </w:p>
    <w:p>
      <w:pPr>
        <w:pStyle w:val="ListNumber"/>
        <w:spacing w:line="240" w:lineRule="auto"/>
        <w:ind w:left="720"/>
      </w:pPr>
      <w:r/>
      <w:hyperlink r:id="rId15">
        <w:r>
          <w:rPr>
            <w:color w:val="0000EE"/>
            <w:u w:val="single"/>
          </w:rPr>
          <w:t>https://www.planomato.com/en/brighton/p/rupaul-brighton-hove-pride-2026</w:t>
        </w:r>
      </w:hyperlink>
      <w:r>
        <w:t xml:space="preserve"> - Drag superstar RuPaul is scheduled to perform a DJ set during the Brighton and Hove Pride 2026 festival at Preston Park. The event, known as 'Pride on the Park', takes place on the weekend of 1st and 2nd August 2026, marking the 35th anniversary of LGBTQ+ pride in the city. The theme for this year's festival is 'The Power of Love', reflecting the community's history and ongoing solidarity. (</w:t>
      </w:r>
      <w:hyperlink r:id="rId21">
        <w:r>
          <w:rPr>
            <w:color w:val="0000EE"/>
            <w:u w:val="single"/>
          </w:rPr>
          <w:t>planomato.com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23582.brighton-hove-pride-parade-finish-near-preston-circus/?ref=rss" TargetMode="External"/><Relationship Id="rId10" Type="http://schemas.openxmlformats.org/officeDocument/2006/relationships/hyperlink" Target="https://www.visitbrighton.com/blog/read/2026/06/brighton-and-hove-pride-guide-b342" TargetMode="External"/><Relationship Id="rId11" Type="http://schemas.openxmlformats.org/officeDocument/2006/relationships/hyperlink" Target="https://www.brighton-pride.org/pride-parade/" TargetMode="External"/><Relationship Id="rId12" Type="http://schemas.openxmlformats.org/officeDocument/2006/relationships/hyperlink" Target="https://www.brighton-pride.org/residents/" TargetMode="External"/><Relationship Id="rId13" Type="http://schemas.openxmlformats.org/officeDocument/2006/relationships/hyperlink" Target="https://www.visitbrighton.com/whats-on/brighton-and-hove-pride-p2571021" TargetMode="External"/><Relationship Id="rId14" Type="http://schemas.openxmlformats.org/officeDocument/2006/relationships/hyperlink" Target="https://www.brightonandhovenews.org/2026/03/26/brighton-hove-pride-announces-full-2026-line-up/" TargetMode="External"/><Relationship Id="rId15" Type="http://schemas.openxmlformats.org/officeDocument/2006/relationships/hyperlink" Target="https://www.planomato.com/en/brighton/p/rupaul-brighton-hove-pride-2026" TargetMode="External"/><Relationship Id="rId16" Type="http://schemas.openxmlformats.org/officeDocument/2006/relationships/hyperlink" Target="https://www.brighton-pride.org/pride-parade/?utm_source=openai" TargetMode="External"/><Relationship Id="rId17" Type="http://schemas.openxmlformats.org/officeDocument/2006/relationships/hyperlink" Target="https://www.brighton-pride.org/residents/?utm_source=openai" TargetMode="External"/><Relationship Id="rId18" Type="http://schemas.openxmlformats.org/officeDocument/2006/relationships/hyperlink" Target="https://www.visitbrighton.com/blog/read/2026/06/brighton-and-hove-pride-guide-b342?utm_source=openai" TargetMode="External"/><Relationship Id="rId19" Type="http://schemas.openxmlformats.org/officeDocument/2006/relationships/hyperlink" Target="https://www.brightonandhovenews.org/2026/03/26/brighton-hove-pride-announces-full-2026-line-up/?utm_source=openai" TargetMode="External"/><Relationship Id="rId20" Type="http://schemas.openxmlformats.org/officeDocument/2006/relationships/hyperlink" Target="https://www.visitbrighton.com/whats-on/brighton-and-hove-pride-p2571021?utm_source=openai" TargetMode="External"/><Relationship Id="rId21" Type="http://schemas.openxmlformats.org/officeDocument/2006/relationships/hyperlink" Target="https://www.planomato.com/en/brighton/p/rupaul-brighton-hove-pride-2026?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