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Gay Wine Weekend 2026 Recap: Sonoma Valley’s 15th Anniversary Celebration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Savour the moment: Gay Wine Weekend returned to Sonoma Valley July 17–19, drawing long-time fans and newcomers for three sunlit days of tastings, dinners, drag brunches and a lively closing pool party , and raising $51,000 for Face to Face, Sonoma County’s HIV/AIDS Network.</w:t>
      </w:r>
      <w:r/>
    </w:p>
    <w:p>
      <w:r/>
      <w:r>
        <w:t>Essential Takeaways</w:t>
      </w:r>
      <w:r/>
      <w:r/>
    </w:p>
    <w:p>
      <w:pPr>
        <w:pStyle w:val="ListBullet"/>
        <w:spacing w:line="240" w:lineRule="auto"/>
        <w:ind w:left="720"/>
      </w:pPr>
      <w:r/>
      <w:r>
        <w:rPr>
          <w:b/>
        </w:rPr>
        <w:t>What happened:</w:t>
      </w:r>
      <w:r>
        <w:t xml:space="preserve"> Gay Wine Weekend marked its 15th anniversary with events across Sonoma Valley, including winemaker dinners, winery tours, a twilight tea-dance and a drag queen brunch.</w:t>
      </w:r>
      <w:r/>
    </w:p>
    <w:p>
      <w:pPr>
        <w:pStyle w:val="ListBullet"/>
        <w:spacing w:line="240" w:lineRule="auto"/>
        <w:ind w:left="720"/>
      </w:pPr>
      <w:r/>
      <w:r>
        <w:rPr>
          <w:b/>
        </w:rPr>
        <w:t>Where to stay:</w:t>
      </w:r>
      <w:r>
        <w:t xml:space="preserve"> The Lodge at Sonoma served as the host hotel, with participating restaurants such as the girl &amp; the fig, Poppy and Layla at MacArthur Park.</w:t>
      </w:r>
      <w:r/>
    </w:p>
    <w:p>
      <w:pPr>
        <w:pStyle w:val="ListBullet"/>
        <w:spacing w:line="240" w:lineRule="auto"/>
        <w:ind w:left="720"/>
      </w:pPr>
      <w:r/>
      <w:r>
        <w:rPr>
          <w:b/>
        </w:rPr>
        <w:t>Good cause:</w:t>
      </w:r>
      <w:r>
        <w:t xml:space="preserve"> The weekend raised $51,000 for Face to Face, Sonoma County’s HIV/AIDS Network, bringing a charitable edge to the festivities.</w:t>
      </w:r>
      <w:r/>
    </w:p>
    <w:p>
      <w:pPr>
        <w:pStyle w:val="ListBullet"/>
        <w:spacing w:line="240" w:lineRule="auto"/>
        <w:ind w:left="720"/>
      </w:pPr>
      <w:r/>
      <w:r>
        <w:rPr>
          <w:b/>
        </w:rPr>
        <w:t>Vibe:</w:t>
      </w:r>
      <w:r>
        <w:t xml:space="preserve"> Expect a relaxed, sun-soaked atmosphere, plenty of fine wine, friendly faces and social moments from pool parties to intimate tastings.</w:t>
      </w:r>
      <w:r/>
    </w:p>
    <w:p>
      <w:pPr>
        <w:pStyle w:val="ListBullet"/>
        <w:spacing w:line="240" w:lineRule="auto"/>
        <w:ind w:left="720"/>
      </w:pPr>
      <w:r/>
      <w:r>
        <w:rPr>
          <w:b/>
        </w:rPr>
        <w:t>Why it matters:</w:t>
      </w:r>
      <w:r>
        <w:t xml:space="preserve"> The event blends boutique wine tourism with LGBTQ+ community-building, making Sonoma a welcoming year-round destination for queer travellers.</w:t>
      </w:r>
      <w:r/>
      <w:r/>
    </w:p>
    <w:p>
      <w:pPr>
        <w:pStyle w:val="Heading2"/>
      </w:pPr>
      <w:r>
        <w:t>A jubilant return to Sonoma , a sensory weekend</w:t>
      </w:r>
      <w:r/>
    </w:p>
    <w:p>
      <w:r/>
      <w:r>
        <w:t>Sunshine, clinking glasses and a hum of conversation set the tone as Gay Wine Weekend returned to its Sonoma Valley roots. The 15th-anniversary edition felt especially celebratory; long-time attendees swapped reunion hugs while newcomers sampled regional chardonnays and pinot noirs. According to local listings, the programme was full and varied, so you could go from a serene vineyard tour to a lively pool soirée without skipping a beat.</w:t>
      </w:r>
      <w:r/>
    </w:p>
    <w:p>
      <w:r/>
      <w:r>
        <w:t>Organisers intentionally brought the festival back to Sonoma Valley after a spell in the Russian River and Healdsburg areas, and the scenery , rolling vines, oak-dotted hills , played its part. If you’ve been to Sonoma, you know the landscape adds a slow, luxurious tempo to tastings; if you haven’t, it’s an easy sell for a weekend escape.</w:t>
      </w:r>
      <w:r/>
    </w:p>
    <w:p>
      <w:pPr>
        <w:pStyle w:val="Heading2"/>
      </w:pPr>
      <w:r>
        <w:t>Food, wine and late-afternoon tea-dances , a mixed programme</w:t>
      </w:r>
      <w:r/>
    </w:p>
    <w:p>
      <w:r/>
      <w:r>
        <w:t>Events ranged from intimate winemaker dinners at top local restaurants to a twilight tea-dance that offered a quieter, stylish alternative to the late-night club scene. Restaurants such as the girl &amp; the fig and Layla at MacArthur Park joined the lineup, pairing regional fare with estate wines. For those who love a themed social, the tea-dance and drag brunch provided theatrical, photogenic moments and a sense of theatre that complements wine country’s elegance.</w:t>
      </w:r>
      <w:r/>
    </w:p>
    <w:p>
      <w:r/>
      <w:r>
        <w:t>Practical tip: book dinners early , Sonoma’s best tables fill fast during festival weekends, and menus are often designed around specific winery pairings.</w:t>
      </w:r>
      <w:r/>
    </w:p>
    <w:p>
      <w:pPr>
        <w:pStyle w:val="Heading2"/>
      </w:pPr>
      <w:r>
        <w:t>The social heart: drag brunch, auctions and community giving</w:t>
      </w:r>
      <w:r/>
    </w:p>
    <w:p>
      <w:r/>
      <w:r>
        <w:t>A highlight for many was the drag queen brunch and auction, where glamour and generosity met. The event’s fundraising focus gave the weekend an extra purpose beyond tasting: this year’s $51,000 donation to Face to Face speaks to the community-oriented spirit organisers and attendees prioritise. That mix of party and philanthropy is part of what keeps people coming back.</w:t>
      </w:r>
      <w:r/>
    </w:p>
    <w:p>
      <w:r/>
      <w:r>
        <w:t>If you’re attending in future, consider bringing company in the form of donated auction items or volunteering; local charities often welcome festival support and it deepens the local connection.</w:t>
      </w:r>
      <w:r/>
    </w:p>
    <w:p>
      <w:pPr>
        <w:pStyle w:val="Heading2"/>
      </w:pPr>
      <w:r>
        <w:t>Pool parties, twilight vibes and why atmosphere matters</w:t>
      </w:r>
      <w:r/>
    </w:p>
    <w:p>
      <w:r/>
      <w:r>
        <w:t>The closing pool soirée proved a joyous, relaxed finale , warm water, cocktails and the kind of soundtrack that makes strangers become friends by the second song. Photos circulating from the weekend capture sunlit laughter and colourful outfits, underlining that Gay Wine Weekend leans equal parts chic and casual.</w:t>
      </w:r>
      <w:r/>
    </w:p>
    <w:p>
      <w:r/>
      <w:r>
        <w:t>Style note: pack layers. Even in July, nights in Sonoma can cool, and daytime pool scenes require sunscreen and a smart cover-up for vineyard visits later.</w:t>
      </w:r>
      <w:r/>
    </w:p>
    <w:p>
      <w:pPr>
        <w:pStyle w:val="Heading2"/>
      </w:pPr>
      <w:r>
        <w:t>Why Sonoma remains a go-to for queer wine lovers</w:t>
      </w:r>
      <w:r/>
    </w:p>
    <w:p>
      <w:r/>
      <w:r>
        <w:t>Sonoma and nearby Napa offer world-class wineries, scenic drives and restaurants that can make a long weekend feel indulgent and restorative. Events like Gay Wine Weekend showcase how the region caters to LGBTQ+ travellers with tailored experiences, inclusive hospitality and a calendar of themed events spread across boutique hotels and tasting rooms.</w:t>
      </w:r>
      <w:r/>
    </w:p>
    <w:p>
      <w:r/>
      <w:r>
        <w:t>For those seeking a quieter visit, midweek stays will give you access to the same wineries without the festival buzz; for company trips, plan around event weekends for maximum social programming.</w:t>
      </w:r>
      <w:r/>
    </w:p>
    <w:p>
      <w:r/>
      <w:r>
        <w:t>It's a small change that can make every sip and social moment feel a little more memorable.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[7]</w:t>
        </w:r>
      </w:hyperlink>
      <w:r>
        <w:t xml:space="preserve">, </w:t>
      </w:r>
      <w:hyperlink r:id="rId10">
        <w:r>
          <w:rPr>
            <w:color w:val="0000EE"/>
            <w:u w:val="single"/>
          </w:rPr>
          <w:t>[2]</w:t>
        </w:r>
      </w:hyperlink>
      <w:r>
        <w:t xml:space="preserve">- Paragraph 3: </w:t>
      </w:r>
      <w:hyperlink r:id="rId9">
        <w:r>
          <w:rPr>
            <w:color w:val="0000EE"/>
            <w:u w:val="single"/>
          </w:rPr>
          <w:t>[7]</w:t>
        </w:r>
      </w:hyperlink>
      <w:r>
        <w:t xml:space="preserve">, </w:t>
      </w:r>
      <w:hyperlink r:id="rId12">
        <w:r>
          <w:rPr>
            <w:color w:val="0000EE"/>
            <w:u w:val="single"/>
          </w:rPr>
          <w:t>[5]</w:t>
        </w:r>
      </w:hyperlink>
      <w:r>
        <w:t xml:space="preserve">- Paragraph 4: </w:t>
      </w:r>
      <w:hyperlink r:id="rId10">
        <w:r>
          <w:rPr>
            <w:color w:val="0000EE"/>
            <w:u w:val="single"/>
          </w:rPr>
          <w:t>[2]</w:t>
        </w:r>
      </w:hyperlink>
      <w:r>
        <w:t xml:space="preserve">, </w:t>
      </w:r>
      <w:hyperlink r:id="rId13">
        <w:r>
          <w:rPr>
            <w:color w:val="0000EE"/>
            <w:u w:val="single"/>
          </w:rPr>
          <w:t>[3]</w:t>
        </w:r>
      </w:hyperlink>
      <w:r>
        <w:t xml:space="preserve">- Paragraph 5: </w:t>
      </w:r>
      <w:hyperlink r:id="rId9">
        <w:r>
          <w:rPr>
            <w:color w:val="0000EE"/>
            <w:u w:val="single"/>
          </w:rPr>
          <w:t>[7]</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https://www.gaycities.com/articles/106498/cheers-12-photos-from-the-2026-gay-wine-weekend-in-sonoma-valley/</w:t>
        </w:r>
      </w:hyperlink>
      <w:r>
        <w:t xml:space="preserve"> - Please view link - unable to able to access data</w:t>
      </w:r>
      <w:r/>
    </w:p>
    <w:p>
      <w:pPr>
        <w:pStyle w:val="ListNumber"/>
        <w:spacing w:line="240" w:lineRule="auto"/>
        <w:ind w:left="720"/>
      </w:pPr>
      <w:r/>
      <w:hyperlink r:id="rId10">
        <w:r>
          <w:rPr>
            <w:color w:val="0000EE"/>
            <w:u w:val="single"/>
          </w:rPr>
          <w:t>https://www.sonomavalley.com/event/gay-wine-weekend-2026/22126/</w:t>
        </w:r>
      </w:hyperlink>
      <w:r>
        <w:t xml:space="preserve"> - The Gay Wine Weekend 2026 is a 15th Anniversary celebration in Sonoma Valley, California, scheduled from July 17 to 19, 2026. The event aims to spotlight Sonoma Valley's welcoming wine community and create space for LGBTQ+ connection and visibility. Highlights include wine-focused experiences, social gatherings, and celebratory events highlighting Sonoma Valley hospitality. A notable event is the Twilight T-Dance, hosted for the first time at Cornerstone Sonoma, inviting guests to dance under the stars while enjoying regional wines. The event is produced by Out In The Vineyard, with additional details and ticket information forthcoming.</w:t>
      </w:r>
      <w:r/>
    </w:p>
    <w:p>
      <w:pPr>
        <w:pStyle w:val="ListNumber"/>
        <w:spacing w:line="240" w:lineRule="auto"/>
        <w:ind w:left="720"/>
      </w:pPr>
      <w:r/>
      <w:hyperlink r:id="rId13">
        <w:r>
          <w:rPr>
            <w:color w:val="0000EE"/>
            <w:u w:val="single"/>
          </w:rPr>
          <w:t>https://www.outinthevineyard.com/</w:t>
        </w:r>
      </w:hyperlink>
      <w:r>
        <w:t xml:space="preserve"> - Out In The Vineyard is an experiential Wine Country tour and event company offering exclusive itineraries to the discerning gay and lesbian traveller. Owned and operated by local gay community insiders, they provide the best of Wine Country experiences. Their annual signature event, Gay Wine Weekend, returns to Sonoma Valley for a 15th Anniversary Celebration from July 17 to 19, 2026. The event features winemaker dinners, winery tours, wine and food, music, VIP receptions, excursions, drag queen brunch, auction, and a pool party in a luxury destination.</w:t>
      </w:r>
      <w:r/>
    </w:p>
    <w:p>
      <w:pPr>
        <w:pStyle w:val="ListNumber"/>
        <w:spacing w:line="240" w:lineRule="auto"/>
        <w:ind w:left="720"/>
      </w:pPr>
      <w:r/>
      <w:hyperlink r:id="rId14">
        <w:r>
          <w:rPr>
            <w:color w:val="0000EE"/>
            <w:u w:val="single"/>
          </w:rPr>
          <w:t>https://www.gaytravel4u.com/event/gay-wine-weekend</w:t>
        </w:r>
      </w:hyperlink>
      <w:r>
        <w:t xml:space="preserve"> - The Gay Wine Weekend is described as '3 days of gay in Guerneville!' Wine, fun, parties, and new friendships await. The event is scheduled from Friday, July 17, 2026, to Sunday, July 19, 2026. Key highlights include 3 full days, VIP receptions, pool parties, prestigious wines, music and dancing, champagne brunch, and wine tasting excursions. The Gay Wine Weekend is a celebration with new winemaker dinners, winery tours, and events, benefiting Face to Face, Sonoma County AIDS Network. Guerneville is a popular weekend destination throughout the summer season, so booking your hotel early is recommended.</w:t>
      </w:r>
      <w:r/>
    </w:p>
    <w:p>
      <w:pPr>
        <w:pStyle w:val="ListNumber"/>
        <w:spacing w:line="240" w:lineRule="auto"/>
        <w:ind w:left="720"/>
      </w:pPr>
      <w:r/>
      <w:hyperlink r:id="rId12">
        <w:r>
          <w:rPr>
            <w:color w:val="0000EE"/>
            <w:u w:val="single"/>
          </w:rPr>
          <w:t>https://www.outinthevineyard.com/twilight-tdance</w:t>
        </w:r>
      </w:hyperlink>
      <w:r>
        <w:t xml:space="preserve"> - The Twilight T-Dance is the signature event of Gay Wine Weekend, scheduled for Saturday, July 18, 2026, at Cornerstone Sonoma. The venue, located at 23570 Arnold Drive, Sonoma, is at the gateway to Sonoma Wine Country. The event promises an exciting new location for the Twilight T-Dance, celebrating 15 years of Gay Wine Weekend at Cornerstone Sonoma. Attendees can dance the night away surrounded by lush gardens, rolling vineyards, and glowing Sonoma skies in this stunning setting. With exceptional wines flowing, music under the stars, and an unforgettable crowd, Cornerstone Sonoma sets the stage for a Twilight T-Dance like never before.</w:t>
      </w:r>
      <w:r/>
    </w:p>
    <w:p>
      <w:pPr>
        <w:pStyle w:val="ListNumber"/>
        <w:spacing w:line="240" w:lineRule="auto"/>
        <w:ind w:left="720"/>
      </w:pPr>
      <w:r/>
      <w:hyperlink r:id="rId11">
        <w:r>
          <w:rPr>
            <w:color w:val="0000EE"/>
            <w:u w:val="single"/>
          </w:rPr>
          <w:t>https://www.sonomacounty.com/events/gay-wine-weekend-2/</w:t>
        </w:r>
      </w:hyperlink>
      <w:r>
        <w:t xml:space="preserve"> - Gay Wine Weekend is a three-day event in Sonoma County, California, celebrating its 15th Anniversary in 2026. The event features winemaker dinners, wine tours, a drag queen brunch and wine auction, after-parties, and a pool party. The signature event of the weekend is the Twilight T-Dance, hosted at Cornerstone Sonoma. The event is scheduled from July 17 to July 19, 2026, with timings from 3:00 PM to 11:00 PM each day. The venue for the Twilight T-Dance is Cornerstone Sonoma, located at 23570 Arnold Drive, Sonoma, CA 95476.</w:t>
      </w:r>
      <w:r/>
    </w:p>
    <w:p>
      <w:pPr>
        <w:pStyle w:val="ListNumber"/>
        <w:spacing w:line="240" w:lineRule="auto"/>
        <w:ind w:left="720"/>
      </w:pPr>
      <w:r/>
      <w:hyperlink r:id="rId9">
        <w:r>
          <w:rPr>
            <w:color w:val="0000EE"/>
            <w:u w:val="single"/>
          </w:rPr>
          <w:t>https://www.gaycities.com/articles/106498/cheers-12-photos-from-the-2026-gay-wine-weekend-in-sonoma-valley/</w:t>
        </w:r>
      </w:hyperlink>
      <w:r>
        <w:t xml:space="preserve"> - The article provides a visual recap of the 2026 Gay Wine Weekend in Sonoma Valley, California, which took place from July 17 to 19, 2026. The event celebrated its 15th anniversary and featured a variety of activities, including an opening reception, winemaker dinners at some of Sonoma’s finest restaurants, winery tours, a twilight tea-dance, a drag queen brunch and auction, and a closing pool soirée. The host hotel was The Lodge at Sonoma, and participating restaurants included 'the girl &amp; the fig' in Sonoma Plaza, Poppy in Glen Ellen, and Layla at MacArthur Park. The event raised $51,000 for Face to Face, Sonoma County’s HIV/AIDS Network.</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gaycities.com/articles/106498/cheers-12-photos-from-the-2026-gay-wine-weekend-in-sonoma-valley/" TargetMode="External"/><Relationship Id="rId10" Type="http://schemas.openxmlformats.org/officeDocument/2006/relationships/hyperlink" Target="https://www.sonomavalley.com/event/gay-wine-weekend-2026/22126/" TargetMode="External"/><Relationship Id="rId11" Type="http://schemas.openxmlformats.org/officeDocument/2006/relationships/hyperlink" Target="https://www.sonomacounty.com/events/gay-wine-weekend-2/" TargetMode="External"/><Relationship Id="rId12" Type="http://schemas.openxmlformats.org/officeDocument/2006/relationships/hyperlink" Target="https://www.outinthevineyard.com/twilight-tdance" TargetMode="External"/><Relationship Id="rId13" Type="http://schemas.openxmlformats.org/officeDocument/2006/relationships/hyperlink" Target="https://www.outinthevineyard.com/" TargetMode="External"/><Relationship Id="rId14" Type="http://schemas.openxmlformats.org/officeDocument/2006/relationships/hyperlink" Target="https://www.gaytravel4u.com/event/gay-wine-weeken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