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TV and Movie Sex Scenes of 2026 — Honest, Hot, and Unmissable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streamers are flocking to a handful of bold queer projects in 2026, where intimacy is central and representation still matters; from tender high-school passion to rougher BDSM-driven encounters, these five scenes show why queer sexuality is back in sharp, cinematic focus.</w:t>
      </w:r>
      <w:r/>
    </w:p>
    <w:p>
      <w:r/>
      <w:r>
        <w:t>Essential Takeaways</w:t>
      </w:r>
      <w:r/>
      <w:r/>
    </w:p>
    <w:p>
      <w:pPr>
        <w:pStyle w:val="ListBullet"/>
        <w:spacing w:line="240" w:lineRule="auto"/>
        <w:ind w:left="720"/>
      </w:pPr>
      <w:r/>
      <w:r>
        <w:rPr>
          <w:b/>
        </w:rPr>
        <w:t>Wide tonal range:</w:t>
      </w:r>
      <w:r>
        <w:t xml:space="preserve"> Scenes run from soft, emotional intimacy to explicit kink, so there's something for different tastes.</w:t>
      </w:r>
      <w:r/>
    </w:p>
    <w:p>
      <w:pPr>
        <w:pStyle w:val="ListBullet"/>
        <w:spacing w:line="240" w:lineRule="auto"/>
        <w:ind w:left="720"/>
      </w:pPr>
      <w:r/>
      <w:r>
        <w:rPr>
          <w:b/>
        </w:rPr>
        <w:t>Not just titillation:</w:t>
      </w:r>
      <w:r>
        <w:t xml:space="preserve"> Many sequences deepen character and relationship arcs rather than existing purely for shock value.</w:t>
      </w:r>
      <w:r/>
    </w:p>
    <w:p>
      <w:pPr>
        <w:pStyle w:val="ListBullet"/>
        <w:spacing w:line="240" w:lineRule="auto"/>
        <w:ind w:left="720"/>
      </w:pPr>
      <w:r/>
      <w:r>
        <w:rPr>
          <w:b/>
        </w:rPr>
        <w:t>Visibility matters:</w:t>
      </w:r>
      <w:r>
        <w:t xml:space="preserve"> These moments keep queer stories in the mainstream at a time when representation is under pressure.</w:t>
      </w:r>
      <w:r/>
    </w:p>
    <w:p>
      <w:pPr>
        <w:pStyle w:val="ListBullet"/>
        <w:spacing w:line="240" w:lineRule="auto"/>
        <w:ind w:left="720"/>
      </w:pPr>
      <w:r/>
      <w:r>
        <w:rPr>
          <w:b/>
        </w:rPr>
        <w:t>Performance-first:</w:t>
      </w:r>
      <w:r>
        <w:t xml:space="preserve"> Actors commit fully , expect strong emotional beats alongside physical vulnerability.</w:t>
      </w:r>
      <w:r/>
    </w:p>
    <w:p>
      <w:pPr>
        <w:pStyle w:val="ListBullet"/>
        <w:spacing w:line="240" w:lineRule="auto"/>
        <w:ind w:left="720"/>
      </w:pPr>
      <w:r/>
      <w:r>
        <w:rPr>
          <w:b/>
        </w:rPr>
        <w:t>Viewer note:</w:t>
      </w:r>
      <w:r>
        <w:t xml:space="preserve"> Some scenes include full-frontal nudity and BDSM elements; check ratings and content warnings before watching.</w:t>
      </w:r>
      <w:r/>
      <w:r/>
    </w:p>
    <w:p>
      <w:pPr>
        <w:pStyle w:val="Heading2"/>
      </w:pPr>
      <w:r>
        <w:t>Why Pillion feels like a cultural reset for queer kink</w:t>
      </w:r>
      <w:r/>
    </w:p>
    <w:p>
      <w:r/>
      <w:r>
        <w:t>Pillion landed like a dare: a leather-clad biker, a submissive young man, and an adult drama that doesn’t skim over BDSM mechanics. The film’s explicit sequences , oral and anal sex, harness play and even an outdoors orgy , are shot with a gritty, tactile eye that makes the audience feel the thrum of the world rather than voyeuristic coldness. Industry chatter and viewers alike have pointed out that Pillion treats kink as part of its characters’ identities rather than a fetishised spectacle.</w:t>
      </w:r>
      <w:r/>
    </w:p>
    <w:p>
      <w:r/>
      <w:r>
        <w:t>Context matters: in a year when queer visibility has been somewhat fragile, a mainstream release willing to depict consensual power-play felt meaningful. If you’re curious but cautious, look for trigger and content advisories; practical viewing advice is to read up on the film’s warnings and choose company accordingly. Ultimately, Pillion’s risk pays off by widening the kinds of queer stories Hollywood will entertain next.</w:t>
      </w:r>
      <w:r/>
    </w:p>
    <w:p>
      <w:pPr>
        <w:pStyle w:val="Heading2"/>
      </w:pPr>
      <w:r>
        <w:t>Industry’s dark-room moment proves messy power can be dramatic</w:t>
      </w:r>
      <w:r/>
    </w:p>
    <w:p>
      <w:r/>
      <w:r>
        <w:t>HBO Max’s Industry has never shied from sexual politics, but season 4’s episode 6 turned up the heat by threading desire into the show’s power plays. A sequence involving a shower, a gay sex club and a glory hole becomes less about mechanics and more about who holds influence and who yields. The scene is suggestive rather than clinical , you feel the tension rather than get an anatomy lesson , and that makes it oddly powerful.</w:t>
      </w:r>
      <w:r/>
    </w:p>
    <w:p>
      <w:r/>
      <w:r>
        <w:t>For fans tracking representation, this moment is a reminder that sex on TV can serve narrative stakes. If you prefer your on-screen intimacy to be character-driven, this one lands. But it’s also a reminder to pick your viewing moment: watch with headphones if you’re in public and expect an adult, unevenly lit experience rather than a romantic rooftop scene.</w:t>
      </w:r>
      <w:r/>
    </w:p>
    <w:p>
      <w:pPr>
        <w:pStyle w:val="Heading2"/>
      </w:pPr>
      <w:r>
        <w:t>Heartstopper Forever gives teens a tender, authentic send-off</w:t>
      </w:r>
      <w:r/>
    </w:p>
    <w:p>
      <w:r/>
      <w:r>
        <w:t>After three seasons, Netflix’s Heartstopper finishes with a movie that leans into warmth as well as heat. Nick and Charlie’s final arc ends on an intimate note that’s lovingly staged: the sex scenes are gentle, affectionate and clearly designed to underline emotional reconciliation rather than provoke. Kit Connor has spoken about how the filmmakers approached the intimacy with care, and that carefulness shows , the moments feel true to the characters, soft around the edges and human.</w:t>
      </w:r>
      <w:r/>
    </w:p>
    <w:p>
      <w:r/>
      <w:r>
        <w:t>If you loved Heartstopper for its sweetness, the movie won’t betray you. Practical tip: watch the film after a light meal and with tissues at hand if you’re sentimental , these scenes are likely to make you smile and sigh in equal measure. It’s a good template for how teen queer sex can be handled responsibly and honestly on a big platform.</w:t>
      </w:r>
      <w:r/>
    </w:p>
    <w:p>
      <w:pPr>
        <w:pStyle w:val="Heading2"/>
      </w:pPr>
      <w:r>
        <w:t>The flip: emotional variety within the same couple</w:t>
      </w:r>
      <w:r/>
    </w:p>
    <w:p>
      <w:r/>
      <w:r>
        <w:t>One of Heartstopper Forever’s more talked-about beats is the role reversal between Nick and Charlie. Seeing the pair swap dynamic , Charlie topping Nick in a quiet, spooned scene , adds texture to what could've been a one-note goodbye. That flip isn’t just kinky shorthand; it reflects growth and trust, and gives fans a concrete, sweet payoff.</w:t>
      </w:r>
      <w:r/>
    </w:p>
    <w:p>
      <w:r/>
      <w:r>
        <w:t>This kind of scene underscores a useful point for viewers and creators alike: variety in intimacy scenes makes relationships feel lived-in. For anyone wondering how to depict consent and exploration on screen, this is a neat case study , minimal props, maximal emotional clarity.</w:t>
      </w:r>
      <w:r/>
    </w:p>
    <w:p>
      <w:pPr>
        <w:pStyle w:val="Heading2"/>
      </w:pPr>
      <w:r>
        <w:t>Why these scenes matter beyond the steamy headlines</w:t>
      </w:r>
      <w:r/>
    </w:p>
    <w:p>
      <w:r/>
      <w:r>
        <w:t>Across these projects you’ll find a shared throughline: sex scenes that aim to reveal character, not just titillate. Whether it’s the raw physicality of Pillion, the transactional glamour of Industry, or the tender closure in Heartstopper Forever, each sequence opens a small door into how queer people love, negotiate power and heal. That’s important at a moment when queer storytelling can’t be taken for granted.</w:t>
      </w:r>
      <w:r/>
    </w:p>
    <w:p>
      <w:r/>
      <w:r>
        <w:t>A practical viewing note: check platform ratings, read ahead for content advisories and, if you’re watching with younger or more sensitive viewers, choose wisely. And if a scene sparks conversation, that’s probably its point , these creators want viewers talking about complexity, not just the headlines.</w:t>
      </w:r>
      <w:r/>
    </w:p>
    <w:p>
      <w:r/>
      <w:r>
        <w:t>It's a small shift that makes queer stories feel fuller, stranger and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[6]</w:t>
        </w:r>
      </w:hyperlink>
      <w:r>
        <w:t xml:space="preserve">, </w:t>
      </w:r>
      <w:hyperlink r:id="rId9">
        <w:r>
          <w:rPr>
            <w:color w:val="0000EE"/>
            <w:u w:val="single"/>
          </w:rPr>
          <w:t>[2]</w:t>
        </w:r>
      </w:hyperlink>
      <w:r>
        <w:t xml:space="preserve">- Paragraph 3: </w:t>
      </w:r>
      <w:hyperlink r:id="rId10">
        <w:r>
          <w:rPr>
            <w:color w:val="0000EE"/>
            <w:u w:val="single"/>
          </w:rPr>
          <w:t>[3]</w:t>
        </w:r>
      </w:hyperlink>
      <w:r>
        <w:t xml:space="preserve">, </w:t>
      </w:r>
      <w:hyperlink r:id="rId12">
        <w:r>
          <w:rPr>
            <w:color w:val="0000EE"/>
            <w:u w:val="single"/>
          </w:rPr>
          <w:t>[5]</w:t>
        </w:r>
      </w:hyperlink>
      <w:r>
        <w:t xml:space="preserve">- Paragraph 4: </w:t>
      </w:r>
      <w:hyperlink r:id="rId13">
        <w:r>
          <w:rPr>
            <w:color w:val="0000EE"/>
            <w:u w:val="single"/>
          </w:rPr>
          <w:t>[4]</w:t>
        </w:r>
      </w:hyperlink>
      <w:r>
        <w:t xml:space="preserve">, </w:t>
      </w:r>
      <w:hyperlink r:id="rId10">
        <w:r>
          <w:rPr>
            <w:color w:val="0000EE"/>
            <w:u w:val="single"/>
          </w:rPr>
          <w:t>[3]</w:t>
        </w:r>
      </w:hyperlink>
      <w:r>
        <w:t xml:space="preserve">- Paragraph 5: </w:t>
      </w:r>
      <w:hyperlink r:id="rId9">
        <w:r>
          <w:rPr>
            <w:color w:val="0000EE"/>
            <w:u w:val="single"/>
          </w:rPr>
          <w:t>[2]</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https://www.out.com/gay-tv-shows/gay-sex-scene-2026</w:t>
        </w:r>
      </w:hyperlink>
      <w:r>
        <w:t xml:space="preserve"> - Please view link - unable to able to access data</w:t>
      </w:r>
      <w:r/>
    </w:p>
    <w:p>
      <w:pPr>
        <w:pStyle w:val="ListNumber"/>
        <w:spacing w:line="240" w:lineRule="auto"/>
        <w:ind w:left="720"/>
      </w:pPr>
      <w:r/>
      <w:hyperlink r:id="rId9">
        <w:r>
          <w:rPr>
            <w:color w:val="0000EE"/>
            <w:u w:val="single"/>
          </w:rPr>
          <w:t>https://www.out.com/gay-tv-shows/gay-sex-scene-2026</w:t>
        </w:r>
      </w:hyperlink>
      <w:r>
        <w:t xml:space="preserve"> - An article highlighting the decline in queer representation across media in 2026, while celebrating LGBTQ+ films and TV shows that are breaking the mold. It focuses on five notable gay sex scenes from the year, including those from 'Pillion', 'Industry', and 'Heartstopper Forever'.</w:t>
      </w:r>
      <w:r/>
    </w:p>
    <w:p>
      <w:pPr>
        <w:pStyle w:val="ListNumber"/>
        <w:spacing w:line="240" w:lineRule="auto"/>
        <w:ind w:left="720"/>
      </w:pPr>
      <w:r/>
      <w:hyperlink r:id="rId10">
        <w:r>
          <w:rPr>
            <w:color w:val="0000EE"/>
            <w:u w:val="single"/>
          </w:rPr>
          <w:t>https://www.them.us/entertainment/tv-and-movies/heartstopper-forever-sex-scenes</w:t>
        </w:r>
      </w:hyperlink>
      <w:r>
        <w:t xml:space="preserve"> - A ranking of the four steamiest sex scenes in 'Heartstopper Forever', the finale of the 'Heartstopper' series. The article discusses the evolution of Nick and Charlie's relationship and the increased intimacy portrayed in the film.</w:t>
      </w:r>
      <w:r/>
    </w:p>
    <w:p>
      <w:pPr>
        <w:pStyle w:val="ListNumber"/>
        <w:spacing w:line="240" w:lineRule="auto"/>
        <w:ind w:left="720"/>
      </w:pPr>
      <w:r/>
      <w:hyperlink r:id="rId13">
        <w:r>
          <w:rPr>
            <w:color w:val="0000EE"/>
            <w:u w:val="single"/>
          </w:rPr>
          <w:t>https://www.elitedaily.com/entertainment/heartstopper-forever-sex-scenes-why-joe-locke-kit-connor</w:t>
        </w:r>
      </w:hyperlink>
      <w:r>
        <w:t xml:space="preserve"> - An interview with 'Heartstopper Forever' stars Joe Locke and Kit Connor, discussing the inclusion of more explicit sex scenes in the film and their perspectives on portraying intimacy between Nick and Charlie.</w:t>
      </w:r>
      <w:r/>
    </w:p>
    <w:p>
      <w:pPr>
        <w:pStyle w:val="ListNumber"/>
        <w:spacing w:line="240" w:lineRule="auto"/>
        <w:ind w:left="720"/>
      </w:pPr>
      <w:r/>
      <w:hyperlink r:id="rId12">
        <w:r>
          <w:rPr>
            <w:color w:val="0000EE"/>
            <w:u w:val="single"/>
          </w:rPr>
          <w:t>https://www.netflix.com/tudum/articles/heartstopper-forever-movie-preview</w:t>
        </w:r>
      </w:hyperlink>
      <w:r>
        <w:t xml:space="preserve"> - A preview of 'Heartstopper Forever', featuring the first three minutes of the film. The article introduces the challenges Nick and Charlie face as they transition into adulthood and their final year at Truham Grammar School.</w:t>
      </w:r>
      <w:r/>
    </w:p>
    <w:p>
      <w:pPr>
        <w:pStyle w:val="ListNumber"/>
        <w:spacing w:line="240" w:lineRule="auto"/>
        <w:ind w:left="720"/>
      </w:pPr>
      <w:r/>
      <w:hyperlink r:id="rId11">
        <w:r>
          <w:rPr>
            <w:color w:val="0000EE"/>
            <w:u w:val="single"/>
          </w:rPr>
          <w:t>https://www.cinemablend.com/movies/why-alexander-skarsgard-nude-scene-prosthetic-penis-pillion-cut-down</w:t>
        </w:r>
      </w:hyperlink>
      <w:r>
        <w:t xml:space="preserve"> - An article discussing the decision to cut a nude scene featuring Alexander Skarsgård in the film 'Pillion'. The piece explores the impact of the scene on the film's tone and the filmmakers' intent to maintain emotional authenticity.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gay-tv-shows/gay-sex-scene-2026" TargetMode="External"/><Relationship Id="rId10" Type="http://schemas.openxmlformats.org/officeDocument/2006/relationships/hyperlink" Target="https://www.them.us/entertainment/tv-and-movies/heartstopper-forever-sex-scenes" TargetMode="External"/><Relationship Id="rId11" Type="http://schemas.openxmlformats.org/officeDocument/2006/relationships/hyperlink" Target="https://www.cinemablend.com/movies/why-alexander-skarsgard-nude-scene-prosthetic-penis-pillion-cut-down" TargetMode="External"/><Relationship Id="rId12" Type="http://schemas.openxmlformats.org/officeDocument/2006/relationships/hyperlink" Target="https://www.netflix.com/tudum/articles/heartstopper-forever-movie-preview" TargetMode="External"/><Relationship Id="rId13" Type="http://schemas.openxmlformats.org/officeDocument/2006/relationships/hyperlink" Target="https://www.elitedaily.com/entertainment/heartstopper-forever-sex-scenes-why-joe-locke-kit-conn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