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Pop Culture Picks and Quirky Finds: What’s Trending This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scrolling through a glittering mix of culture and kitsch: classic queer reads, leather-scented skincare, viral merch and a sausage-slinging yard game , here’s what’s trending among LGBTQ+ fans right now and why it matters.</w:t>
      </w:r>
      <w:r/>
    </w:p>
    <w:p>
      <w:r/>
      <w:r>
        <w:t>Essential Takeaways</w:t>
      </w:r>
      <w:r/>
      <w:r/>
    </w:p>
    <w:p>
      <w:pPr>
        <w:pStyle w:val="ListBullet"/>
        <w:spacing w:line="240" w:lineRule="auto"/>
        <w:ind w:left="720"/>
      </w:pPr>
      <w:r/>
      <w:r>
        <w:rPr>
          <w:b/>
        </w:rPr>
        <w:t>Classic read:</w:t>
      </w:r>
      <w:r>
        <w:t xml:space="preserve"> Dancer From the Dance remains a touchstone for gay men, with vivid, melancholic prose and strong Fire Island vibes.</w:t>
      </w:r>
      <w:r/>
    </w:p>
    <w:p>
      <w:pPr>
        <w:pStyle w:val="ListBullet"/>
        <w:spacing w:line="240" w:lineRule="auto"/>
        <w:ind w:left="720"/>
      </w:pPr>
      <w:r/>
      <w:r>
        <w:rPr>
          <w:b/>
        </w:rPr>
        <w:t>Scented skin:</w:t>
      </w:r>
      <w:r>
        <w:t xml:space="preserve"> LeatherDaddy Skin Co.’s leather, scotch and vanilla body wash is popular for its sexy, distinctive aroma and moisturising formula.</w:t>
      </w:r>
      <w:r/>
    </w:p>
    <w:p>
      <w:pPr>
        <w:pStyle w:val="ListBullet"/>
        <w:spacing w:line="240" w:lineRule="auto"/>
        <w:ind w:left="720"/>
      </w:pPr>
      <w:r/>
      <w:r>
        <w:rPr>
          <w:b/>
        </w:rPr>
        <w:t>Reusable candles:</w:t>
      </w:r>
      <w:r>
        <w:t xml:space="preserve"> Paddywax-style candles are designed to be repurposed, practical and stylish for collectors.</w:t>
      </w:r>
      <w:r/>
    </w:p>
    <w:p>
      <w:pPr>
        <w:pStyle w:val="ListBullet"/>
        <w:spacing w:line="240" w:lineRule="auto"/>
        <w:ind w:left="720"/>
      </w:pPr>
      <w:r/>
      <w:r>
        <w:rPr>
          <w:b/>
        </w:rPr>
        <w:t>Pop culture buzz:</w:t>
      </w:r>
      <w:r>
        <w:t xml:space="preserve"> Gregg Araki’s new film and Troye Sivan’s imminent return are driving excitement across queer entertainment.</w:t>
      </w:r>
      <w:r/>
    </w:p>
    <w:p>
      <w:pPr>
        <w:pStyle w:val="ListBullet"/>
        <w:spacing w:line="240" w:lineRule="auto"/>
        <w:ind w:left="720"/>
      </w:pPr>
      <w:r/>
      <w:r>
        <w:rPr>
          <w:b/>
        </w:rPr>
        <w:t>Fun buys:</w:t>
      </w:r>
      <w:r>
        <w:t xml:space="preserve"> From Mean Girls–inspired Odyssey tees to a medieval sausage-slinging game, quirky merch is capitalising on meme culture.</w:t>
      </w:r>
      <w:r/>
      <w:r/>
    </w:p>
    <w:p>
      <w:pPr>
        <w:pStyle w:val="Heading2"/>
      </w:pPr>
      <w:r>
        <w:t>Why Dancer From the Dance still punches through the noise</w:t>
      </w:r>
      <w:r/>
    </w:p>
    <w:p>
      <w:r/>
      <w:r>
        <w:t>The opening image of disco lights and desperate hope hits in a way that feels tactile and slightly bittersweet. According to reviews and reader chatter, Andrew Holleran’s 1978 novel keeps resonating because it captures the ache and euphoria of seeking connection in an era before apps and instant validation. The prose can be gorgeous and devastating in the same paragraph. If you’re planning a Fire Island trip or just want a book that smells faintly of nostalgia, this is the one to tuck in your bag. Paperback editions are affordable and easy to find for a refresher read or a first-time dive. Expect it to spark conversation at dinner tables: it’s a history lesson, an emotional mirror and, yes, a club-read all rolled into one.</w:t>
      </w:r>
      <w:r/>
    </w:p>
    <w:p>
      <w:pPr>
        <w:pStyle w:val="Heading2"/>
      </w:pPr>
      <w:r>
        <w:t>Leather-scented grooming: when skincare meets kink</w:t>
      </w:r>
      <w:r/>
    </w:p>
    <w:p>
      <w:r/>
      <w:r>
        <w:t>There’s a particular thrill to products that smell like a story, and LeatherDaddy Skin Co. leans into that with confidence. Customers rave about that leather, scotch and vanilla combo that reads warm, slightly smoky and unmistakably sensual, while formulations aim to be gentle and hydrating. It’s the kind of body wash that announces itself in the shower and leaves a linger you’ll notice when you pull on a tee. If you want to dip a toe in, start with a body wash or lotion sample; pick scent strength and size to match how bold you want to be. For those who love niche grooming labels, this brand checks both the aesthetic and practical boxes.</w:t>
      </w:r>
      <w:r/>
    </w:p>
    <w:p>
      <w:pPr>
        <w:pStyle w:val="Heading2"/>
      </w:pPr>
      <w:r>
        <w:t>Candles that get a second life: style that’s useful</w:t>
      </w:r>
      <w:r/>
    </w:p>
    <w:p>
      <w:r/>
      <w:r>
        <w:t>Candle collectors will tell you the thrill isn’t just the burn but what comes after: a chic vessel waiting for a new purpose. Paddywax-style collections that prioritise attractive, food-safe ceramics make decluttering feel less wasteful and more curated. Think coastal shapes, stackable colourways and jars that double as glasses or planters when the wax is gone. If you’re buying, choose scents that match a room , citrus for the kitchen, salt air for a bathroom , and pick vessels you’ll actually repurpose. It’s an easy upgrade that makes your flat smell lovely and looks considered on a shelf.</w:t>
      </w:r>
      <w:r/>
    </w:p>
    <w:p>
      <w:pPr>
        <w:pStyle w:val="Heading2"/>
      </w:pPr>
      <w:r>
        <w:t>Gregg Araki’s new film and the queer cinema moment</w:t>
      </w:r>
      <w:r/>
    </w:p>
    <w:p>
      <w:r/>
      <w:r>
        <w:t>There’s a sparkiness to Gregg Araki’s latest that feels both outrageous and tender, a mix that critics say is familiar from his best work. With a cast that includes Olivia Wilde and Charli XCX, the film blends camp, whip-smart visuals and a core coming-of-age heartbeat. Industry chatter suggests it’s a film that will prompt conversations about intimacy, representation and the balance of spectacle with emotional truth. If you’re curious but cautious, read a few reviews or watch a clip first , Araki’s films can be polarising, but they rarely leave you indifferent. Expect it to be on conversation playlists for weeks.</w:t>
      </w:r>
      <w:r/>
    </w:p>
    <w:p>
      <w:pPr>
        <w:pStyle w:val="Heading2"/>
      </w:pPr>
      <w:r>
        <w:t>Troye Sivan, merch mania and the small delights</w:t>
      </w:r>
      <w:r/>
    </w:p>
    <w:p>
      <w:r/>
      <w:r>
        <w:t>Troye Sivan teasing a comeback is basically a national event for gay-pop fans , the hint of a new era, full of glittery heartbreaks and dancefloor confessionals. Across platforms, merch trends reveal where fandoms channel energy: cheeky Odyssey tees, viral Staples employee videos and even medieval sausage games show how playful queer culture can be. These items are less about utility and more about signalling, humour and belonging. Practical tip: buy merch from reputable sellers and check returns; viral items sell out fast but may have variable quality. If you want to support creators, buy directly from their shops when possible.</w:t>
      </w:r>
      <w:r/>
    </w:p>
    <w:p>
      <w:pPr>
        <w:pStyle w:val="Heading2"/>
      </w:pPr>
      <w:r>
        <w:t>How to shop these trends without buyer’s remorse</w:t>
      </w:r>
      <w:r/>
    </w:p>
    <w:p>
      <w:r/>
      <w:r>
        <w:t>Start with one statement item , a candle you’ll reuse, a book you’ll actually read or a grooming product that fits your routine. Read product descriptions, look for trustworthy retailers and check reviews for scent intensity or fabric weight. For novelty buys, treat them as mood purchases: they’re delightful but not essentials. And remember: a fantastic scent or a viral tee is fun, but the best finds are the ones that make your day a little brighter.</w:t>
      </w:r>
      <w:r/>
    </w:p>
    <w:p>
      <w:r/>
      <w:r>
        <w:t>It’s a small mix of culture, comfort and cheekiness , pick what sparks joy and leave the rest.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https://www.queerty.com/troye-sivan-sausage-slinging-the-staples-baddie-10-things-were-obsessed-with-this-week-20260801/</w:t>
        </w:r>
      </w:hyperlink>
      <w:r>
        <w:t xml:space="preserve"> - Please view link - unable to able to access data</w:t>
      </w:r>
      <w:r/>
    </w:p>
    <w:p>
      <w:pPr>
        <w:pStyle w:val="ListNumber"/>
        <w:spacing w:line="240" w:lineRule="auto"/>
        <w:ind w:left="720"/>
      </w:pPr>
      <w:r/>
      <w:hyperlink r:id="rId10">
        <w:r>
          <w:rPr>
            <w:color w:val="0000EE"/>
            <w:u w:val="single"/>
          </w:rPr>
          <w:t>https://www.amazon.com/Dancer-From-Andrew-Holleran/dp/0452270190</w:t>
        </w:r>
      </w:hyperlink>
      <w:r>
        <w:t xml:space="preserve"> - This Amazon listing provides details about 'Dancer from the Dance' by Andrew Holleran, a 1978 novel that explores the lives of gay men in New York City and Fire Island. The book is praised for its vivid portrayal of the gay scene in the 1970s and is considered a seminal work in LGBTQ+ literature. The novel follows Anthony Malone, a young man from the Midwest who immerses himself in the vibrant gay culture of New York, and his experiences with love, friendship, and self-discovery.</w:t>
      </w:r>
      <w:r/>
    </w:p>
    <w:p>
      <w:pPr>
        <w:pStyle w:val="ListNumber"/>
        <w:spacing w:line="240" w:lineRule="auto"/>
        <w:ind w:left="720"/>
      </w:pPr>
      <w:r/>
      <w:hyperlink r:id="rId11">
        <w:r>
          <w:rPr>
            <w:color w:val="0000EE"/>
            <w:u w:val="single"/>
          </w:rPr>
          <w:t>https://www.theguardian.com/books/2019/jun/17/dancer-from-dance-andrew-holleran-out-of-shadows-walt-odets-review</w:t>
        </w:r>
      </w:hyperlink>
      <w:r>
        <w:t xml:space="preserve"> - This review from The Guardian discusses the reissue of 'Dancer from the Dance' by Andrew Holleran, highlighting its significance in LGBTQ+ literature. The novel is set in the 1970s New York gay scene and follows the protagonist, Anthony Malone, as he navigates love and identity. The review also touches upon the cultural context of the time and the novel's enduring relevance.</w:t>
      </w:r>
      <w:r/>
    </w:p>
    <w:p>
      <w:pPr>
        <w:pStyle w:val="ListNumber"/>
        <w:spacing w:line="240" w:lineRule="auto"/>
        <w:ind w:left="720"/>
      </w:pPr>
      <w:r/>
      <w:hyperlink r:id="rId12">
        <w:r>
          <w:rPr>
            <w:color w:val="0000EE"/>
            <w:u w:val="single"/>
          </w:rPr>
          <w:t>https://leatherdaddyskin.com/products/body-wash</w:t>
        </w:r>
      </w:hyperlink>
      <w:r>
        <w:t xml:space="preserve"> - LeatherDaddy Skin Co. offers a plant-based body wash that cleanses, hydrates, and leaves a signature scent of leather, scotch, vanilla, and erotic spices. The product is formulated with gentle coconut-derived cleansers and soothing aloe, ensuring a rich lather that rinses clean without residue. It's handcrafted in small batches in Albuquerque, NM, and is cruelty-free, never tested on animals.</w:t>
      </w:r>
      <w:r/>
    </w:p>
    <w:p>
      <w:pPr>
        <w:pStyle w:val="ListNumber"/>
        <w:spacing w:line="240" w:lineRule="auto"/>
        <w:ind w:left="720"/>
      </w:pPr>
      <w:r/>
      <w:hyperlink r:id="rId14">
        <w:r>
          <w:rPr>
            <w:color w:val="0000EE"/>
            <w:u w:val="single"/>
          </w:rPr>
          <w:t>https://www.goodreads.com/book/show/18847804-dancer-from-the-dance</w:t>
        </w:r>
      </w:hyperlink>
      <w:r>
        <w:t xml:space="preserve"> - This Goodreads page provides information and reviews for 'Dancer from the Dance' by Andrew Holleran. The novel is set in the 1970s New York gay scene and follows the protagonist, Anthony Malone, as he searches for love and meaning. The page includes user reviews, ratings, and discussions about the book's themes and impact on LGBTQ+ literature.</w:t>
      </w:r>
      <w:r/>
    </w:p>
    <w:p>
      <w:pPr>
        <w:pStyle w:val="ListNumber"/>
        <w:spacing w:line="240" w:lineRule="auto"/>
        <w:ind w:left="720"/>
      </w:pPr>
      <w:r/>
      <w:hyperlink r:id="rId13">
        <w:r>
          <w:rPr>
            <w:color w:val="0000EE"/>
            <w:u w:val="single"/>
          </w:rPr>
          <w:t>https://leatherdaddyskin.com/products/charcoal-face-wash</w:t>
        </w:r>
      </w:hyperlink>
      <w:r>
        <w:t xml:space="preserve"> - LeatherDaddy Skin Co. offers a Charcoal Face Wash that uses activated charcoal to detoxify pores by removing toxins, oil, and environmental grit. The product is formulated with coconut-derived cleansers and hydrating plant glycerin, ensuring a deep clean without leaving the skin tight or dry. Finished with the signature LeatherDaddy fragrance of leather, scotch, vanilla, and 18 erotic spices, it's handcrafted in small batches and is cruelty-free.</w:t>
      </w:r>
      <w:r/>
    </w:p>
    <w:p>
      <w:pPr>
        <w:pStyle w:val="ListNumber"/>
        <w:spacing w:line="240" w:lineRule="auto"/>
        <w:ind w:left="720"/>
      </w:pPr>
      <w:r/>
      <w:hyperlink r:id="rId10">
        <w:r>
          <w:rPr>
            <w:color w:val="0000EE"/>
            <w:u w:val="single"/>
          </w:rPr>
          <w:t>https://www.amazon.com/Dancer-From-Andrew-Holleran/dp/0452270190</w:t>
        </w:r>
      </w:hyperlink>
      <w:r>
        <w:t xml:space="preserve"> - This Amazon listing provides details about 'Dancer from the Dance' by Andrew Holleran, a 1978 novel that explores the lives of gay men in New York City and Fire Island. The book is praised for its vivid portrayal of the gay scene in the 1970s and is considered a seminal work in LGBTQ+ literature. The novel follows Anthony Malone, a young man from the Midwest who immerses himself in the vibrant gay culture of New York, and his experiences with love, friendship, and self-discovery.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roye-sivan-sausage-slinging-the-staples-baddie-10-things-were-obsessed-with-this-week-20260801/" TargetMode="External"/><Relationship Id="rId10" Type="http://schemas.openxmlformats.org/officeDocument/2006/relationships/hyperlink" Target="https://www.amazon.com/Dancer-From-Andrew-Holleran/dp/0452270190" TargetMode="External"/><Relationship Id="rId11" Type="http://schemas.openxmlformats.org/officeDocument/2006/relationships/hyperlink" Target="https://www.theguardian.com/books/2019/jun/17/dancer-from-dance-andrew-holleran-out-of-shadows-walt-odets-review" TargetMode="External"/><Relationship Id="rId12" Type="http://schemas.openxmlformats.org/officeDocument/2006/relationships/hyperlink" Target="https://leatherdaddyskin.com/products/body-wash" TargetMode="External"/><Relationship Id="rId13" Type="http://schemas.openxmlformats.org/officeDocument/2006/relationships/hyperlink" Target="https://leatherdaddyskin.com/products/charcoal-face-wash" TargetMode="External"/><Relationship Id="rId14" Type="http://schemas.openxmlformats.org/officeDocument/2006/relationships/hyperlink" Target="https://www.goodreads.com/book/show/18847804-dancer-from-the-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