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and Queer Women Shows Streaming This August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curated queer TV this August , viewers in the UK and beyond can pick from slick dramas, tender coming‑of‑age stories and buzzy returns like Ted Lasso season four, with several premieres putting lesbians, bisexuals and queer women centre stage. Here’s what to watch and why it matters.</w:t>
      </w:r>
      <w:r/>
    </w:p>
    <w:p>
      <w:r/>
      <w:r>
        <w:t>Essential Takeaways</w:t>
      </w:r>
      <w:r/>
      <w:r/>
    </w:p>
    <w:p>
      <w:pPr>
        <w:pStyle w:val="ListBullet"/>
        <w:spacing w:line="240" w:lineRule="auto"/>
        <w:ind w:left="720"/>
      </w:pPr>
      <w:r/>
      <w:r>
        <w:rPr>
          <w:b/>
        </w:rPr>
        <w:t>Big returns:</w:t>
      </w:r>
      <w:r>
        <w:t xml:space="preserve"> Ted Lasso season 4 and Lioness season 3 both premiere in early August, offering familiar characters and fresh queer angles.</w:t>
      </w:r>
      <w:r/>
    </w:p>
    <w:p>
      <w:pPr>
        <w:pStyle w:val="ListBullet"/>
        <w:spacing w:line="240" w:lineRule="auto"/>
        <w:ind w:left="720"/>
      </w:pPr>
      <w:r/>
      <w:r>
        <w:rPr>
          <w:b/>
        </w:rPr>
        <w:t>New queer coming‑of‑age:</w:t>
      </w:r>
      <w:r>
        <w:t xml:space="preserve"> Sterling Point on Prime Video is openly gay, warm and island‑set , think romance and self‑discovery in a scenic package.</w:t>
      </w:r>
      <w:r/>
    </w:p>
    <w:p>
      <w:pPr>
        <w:pStyle w:val="ListBullet"/>
        <w:spacing w:line="240" w:lineRule="auto"/>
        <w:ind w:left="720"/>
      </w:pPr>
      <w:r/>
      <w:r>
        <w:rPr>
          <w:b/>
        </w:rPr>
        <w:t>Genre variety:</w:t>
      </w:r>
      <w:r>
        <w:t xml:space="preserve"> August brings sci‑fi (Revival), psychological drama (Mother Mary) and sports doc (The Dynasty: UConn Huskies), so there’s something for every mood.</w:t>
      </w:r>
      <w:r/>
    </w:p>
    <w:p>
      <w:pPr>
        <w:pStyle w:val="ListBullet"/>
        <w:spacing w:line="240" w:lineRule="auto"/>
        <w:ind w:left="720"/>
      </w:pPr>
      <w:r/>
      <w:r>
        <w:rPr>
          <w:b/>
        </w:rPr>
        <w:t>Sensory notes:</w:t>
      </w:r>
      <w:r>
        <w:t xml:space="preserve"> Expect sun‑soaked island scenery, tense espionage atmospheres, and emotionally charged performance pieces.</w:t>
      </w:r>
      <w:r/>
    </w:p>
    <w:p>
      <w:pPr>
        <w:pStyle w:val="ListBullet"/>
        <w:spacing w:line="240" w:lineRule="auto"/>
        <w:ind w:left="720"/>
      </w:pPr>
      <w:r/>
      <w:r>
        <w:rPr>
          <w:b/>
        </w:rPr>
        <w:t>Practical tip:</w:t>
      </w:r>
      <w:r>
        <w:t xml:space="preserve"> If you want explicit queer representation, prioritise Sterling Point, Lioness and the UConn doc; other shows include queer characters in supporting or emerging arcs.</w:t>
      </w:r>
      <w:r/>
      <w:r/>
    </w:p>
    <w:p>
      <w:pPr>
        <w:pStyle w:val="Heading2"/>
      </w:pPr>
      <w:r>
        <w:t>Ted Lasso’s fourth season brings a women’s team , and queer threads</w:t>
      </w:r>
      <w:r/>
    </w:p>
    <w:p>
      <w:r/>
      <w:r>
        <w:t>If you loved the warmth and wit of Ted Lasso, season four leans into a new playground: women’s football. The show’s pivot to the Lady Greyhounds places Ted in a fresh environment, and early press indicates a richer roster of queer characters than before, including an assistant coach who’s explicitly queer. Apple TV+ is leaning into sports culture and representation at once, and the result promises the same gentle humour with sharper stakes.</w:t>
      </w:r>
      <w:r/>
    </w:p>
    <w:p>
      <w:r/>
      <w:r>
        <w:t>Backstory: Jason Sudeikis’ hit has always been about kindness, but shifting the plot to a women’s squad lets the writers explore different locker‑room dynamics and contemporary sports politics. Why it matters: Women’s sport is underrepresented on TV, and casting queer players and staff feels timely , viewers get both heart and cultural relevance. How to watch: Season four drops on Apple TV+ on 5 August; cue up earlier seasons if you want emotional context. Looking ahead: If the show sustains its empathy and adds nuanced queer arcs, this return could be one of its most resonant chapters.</w:t>
      </w:r>
      <w:r/>
    </w:p>
    <w:p>
      <w:pPr>
        <w:pStyle w:val="Heading2"/>
      </w:pPr>
      <w:r>
        <w:t>Lioness season three keeps the queer favourites in the frame</w:t>
      </w:r>
      <w:r/>
    </w:p>
    <w:p>
      <w:r/>
      <w:r>
        <w:t>Lioness returns on Paramount+ with high stakes and the same soap‑edged tension that hooks viewers. The professional espionage plot , think hidden networks and personal betrayals , remains, but fandom will be chiefly excited about the comeback of fan‑favourite characters whose relationships have always carried subtext and chemistry.</w:t>
      </w:r>
      <w:r/>
    </w:p>
    <w:p>
      <w:r/>
      <w:r>
        <w:t>Backstory: The series mixes action with intimate character moments, and Season 3 promises the team’s most dangerous mission yet. Trend note: Prestige thrillers with queer subplots are becoming less rare; Lioness leans into that by foregrounding personal loyalties alongside spycraft. Practical pick: If you follow specific pairings, keep an eye on scenes featuring Josephina Carrillo and Cruz , they’re the ones causing a stir. Reaction: Expect tense missions, emotional fallout and the sort of scenes that send fans to social feeds.</w:t>
      </w:r>
      <w:r/>
    </w:p>
    <w:p>
      <w:pPr>
        <w:pStyle w:val="Heading2"/>
      </w:pPr>
      <w:r>
        <w:t>Sterling Point: a sweet, openly gay coming‑of‑age island drama</w:t>
      </w:r>
      <w:r/>
    </w:p>
    <w:p>
      <w:r/>
      <w:r>
        <w:t>Sterling Point is light, queer and seaside‑fresh. From producers of teen melodramas and directed by Megan Park, the series follows Annie inheriting a mysterious Canadian island and finding herself among a cast of queer characters. The lead trio’s chemistry , including a lothario figure and a surly tomboy , means romance and identity exploration sit front and centre.</w:t>
      </w:r>
      <w:r/>
    </w:p>
    <w:p>
      <w:r/>
      <w:r>
        <w:t>Why it’s notable: This is the kind of show that treats queer characters as the default, not the exception, and it’s packaged as accessible, summery TV. Viewer tip: Watch for the chemistry between Annie and Ramona; the series is built for slow‑burn feelings and island atmosphere. Comparison: If you liked breezy queer dramas that feel like a holiday, Sterling Point is your August palate cleanser. Outlook: Expect positive word‑of‑mouth among younger viewers and anyone after earnest, low‑stakes queer romance.</w:t>
      </w:r>
      <w:r/>
    </w:p>
    <w:p>
      <w:pPr>
        <w:pStyle w:val="Heading2"/>
      </w:pPr>
      <w:r>
        <w:t>Genre mix: Revival, Mother Mary and a sports doc for variety</w:t>
      </w:r>
      <w:r/>
    </w:p>
    <w:p>
      <w:r/>
      <w:r>
        <w:t>August’s slate isn’t all romcoms and thrillers. Revival is a sci‑fi series adapted from a graphic novel where the recently deceased return with strange healing powers; a lesbian journalist is among the ensemble, adding queer representation in genre TV. Mother Mary, an A24 psychological drama on HBO Max, pairs Anne Hathaway with Michaela Coel in an emotionally volatile comeback story that touches on an estranged same‑sex relationship. And Apple TV’s The Dynasty: UConn Huskies documentary showcases some of the most prominent openly gay athletes in women’s basketball.</w:t>
      </w:r>
      <w:r/>
    </w:p>
    <w:p>
      <w:r/>
      <w:r>
        <w:t>Context: These titles show that queer stories are threading through different genres , horror, prestige drama and sports nonfiction , which broadens options for viewers. Practical advice: If you prefer high concept, try Revival; if you want heavy emotional acting, book a slot for Mother Mary; for inspirational real‑life profiles, the UConn doc is concise and affirming. Final thought: This variety means August’s queer TV pickings are both deep and diverse , there’s low‑stress comfort TV and things that will stay with you.</w:t>
      </w:r>
      <w:r/>
    </w:p>
    <w:p>
      <w:pPr>
        <w:pStyle w:val="Heading2"/>
      </w:pPr>
      <w:r>
        <w:t>What to prioritise if you only have time for three shows</w:t>
      </w:r>
      <w:r/>
    </w:p>
    <w:p>
      <w:r/>
      <w:r>
        <w:t>Short on streaming bandwidth? Pick across genres. For warmth and representation, Sterling Point is an easy win. For drama and fan excitement, Lioness season three delivers action and charged relationships. And for a cultural hit with broad conversation potential, Ted Lasso season four is the appointment watch.</w:t>
      </w:r>
      <w:r/>
    </w:p>
    <w:p>
      <w:r/>
      <w:r>
        <w:t>How to decide: Match the show to your mood , beachy and romantic, tense and plotty, or communal and comforting. Subscription note: These titles sit across Paramount+, Apple TV+, Prime Video, HBO Max and Netflix, so factor that into planning or watch for short‑term trials. Final reaction: Few months serve up this mix of queer visibility and storytelling variety; it’s a good moment to tune in.</w:t>
      </w:r>
      <w:r/>
    </w:p>
    <w:p>
      <w:r/>
      <w:r>
        <w:t>It's a small change that can make your August viewing feel a little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0">
        <w:r>
          <w:rPr>
            <w:color w:val="0000EE"/>
            <w:u w:val="single"/>
          </w:rPr>
          <w:t>[4]</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[4]</w:t>
        </w:r>
      </w:hyperlink>
      <w:r>
        <w:t xml:space="preserve">- Paragraph 6: </w:t>
      </w:r>
      <w:hyperlink r:id="rId9">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https://www.autostraddle.com/august-2026-whats-new-gay-and-streaming-on-prime-video-apple-tv-paramount-hbo-max-and-netflix/?utm_source=rss&amp;utm_medium=rss&amp;utm_campaign=august-2026-whats-new-gay-and-streaming-on-prime-video-apple-tv-paramount-hbo-max-and-netflix</w:t>
        </w:r>
      </w:hyperlink>
      <w:r>
        <w:t xml:space="preserve"> - Please view link - unable to able to access data</w:t>
      </w:r>
      <w:r/>
    </w:p>
    <w:p>
      <w:pPr>
        <w:pStyle w:val="ListNumber"/>
        <w:spacing w:line="240" w:lineRule="auto"/>
        <w:ind w:left="720"/>
      </w:pPr>
      <w:r/>
      <w:hyperlink r:id="rId9">
        <w:r>
          <w:rPr>
            <w:color w:val="0000EE"/>
            <w:u w:val="single"/>
          </w:rPr>
          <w:t>https://www.autostraddle.com/august-2026-whats-new-gay-and-streaming-on-prime-video-apple-tv-paramount-hbo-max-and-netflix/?utm_source=rss&amp;utm_medium=rss&amp;utm_campaign=august-2026-whats-new-gay-and-streaming-on-prime-video-apple-tv-paramount-hbo-max-and-netflix</w:t>
        </w:r>
      </w:hyperlink>
      <w:r>
        <w:t xml:space="preserve"> - Autostraddle's August 2026 streaming guide highlights new and returning LGBTQ+ content across various platforms. Notable mentions include the Season 3 premiere of 'Lioness' on Paramount+ on August 2, featuring Zoe Saldaña and Laysla De Oliveira; 'Ted Lasso' Season 4 on Apple TV+ starting August 5, with Jason Sudeikis coaching a women's soccer team; and 'The Dynasty: UConn Huskies' documentary on Apple TV+ on August 21, focusing on the UConn women's basketball program. The guide also notes the return of 'Adults' Season 2 on Hulu/FX on August 27 and 'The Undeclared War' Season 2 on Peacock on the same date.</w:t>
      </w:r>
      <w:r/>
    </w:p>
    <w:p>
      <w:pPr>
        <w:pStyle w:val="ListNumber"/>
        <w:spacing w:line="240" w:lineRule="auto"/>
        <w:ind w:left="720"/>
      </w:pPr>
      <w:r/>
      <w:hyperlink r:id="rId12">
        <w:r>
          <w:rPr>
            <w:color w:val="0000EE"/>
            <w:u w:val="single"/>
          </w:rPr>
          <w:t>https://www.tomsguide.com/entertainment/paramount-plus/new-on-paramount-in-august-2026-all-new-shows-and-movies-to-watch</w:t>
        </w:r>
      </w:hyperlink>
      <w:r>
        <w:t xml:space="preserve"> - Tom's Guide details Paramount+'s August 2026 lineup, featuring the Season 3 premiere of 'Lioness' on August 2, where Zoe Saldaña returns as CIA officer Joe McNamara facing new threats. Other highlights include 'The Challenge: Cutthroat' on August 5, 'Average Joe' Season 2 on August 19, and various UFC events throughout the month. The platform also adds new films like 'Bleed For This' on August 15 and 'Blue Valentine' on August 30.</w:t>
      </w:r>
      <w:r/>
    </w:p>
    <w:p>
      <w:pPr>
        <w:pStyle w:val="ListNumber"/>
        <w:spacing w:line="240" w:lineRule="auto"/>
        <w:ind w:left="720"/>
      </w:pPr>
      <w:r/>
      <w:hyperlink r:id="rId10">
        <w:r>
          <w:rPr>
            <w:color w:val="0000EE"/>
            <w:u w:val="single"/>
          </w:rPr>
          <w:t>https://www.apple.com/tv-pr/news/2026/04/apple-tvs-emmy-award-winning-global-smash-hit-series-ted-lasso-returns-for-season-four-on-wednesday-august-5/</w:t>
        </w:r>
      </w:hyperlink>
      <w:r>
        <w:t xml:space="preserve"> - Apple's press release announces the return of 'Ted Lasso' for Season 4 on August 5, 2026. Jason Sudeikis reprises his role as Ted, who returns to Richmond to coach a second-division women's football team. The season introduces new cast members Tanya Reynolds, Jude Mack, Faye Marsay, Rex Hayes, Aisling Sharkey, Abbie Hern, and Grant Feely, alongside returning stars like Hannah Waddingham and Juno Temple.</w:t>
      </w:r>
      <w:r/>
    </w:p>
    <w:p>
      <w:pPr>
        <w:pStyle w:val="ListNumber"/>
        <w:spacing w:line="240" w:lineRule="auto"/>
        <w:ind w:left="720"/>
      </w:pPr>
      <w:r/>
      <w:hyperlink r:id="rId11">
        <w:r>
          <w:rPr>
            <w:color w:val="0000EE"/>
            <w:u w:val="single"/>
          </w:rPr>
          <w:t>https://www.apple.com/tv-pr/originals/ted-lasso/</w:t>
        </w:r>
      </w:hyperlink>
      <w:r>
        <w:t xml:space="preserve"> - Apple TV's official page for 'Ted Lasso' provides details on Season 4, set to premiere on August 5, 2026. The series follows Ted Lasso, played by Jason Sudeikis, as he returns to Richmond to coach a second-division women's football team. The page highlights the cast, including returning stars and new additions, and offers trailers and press contacts for further information.</w:t>
      </w:r>
      <w:r/>
    </w:p>
    <w:p>
      <w:pPr>
        <w:pStyle w:val="ListNumber"/>
        <w:spacing w:line="240" w:lineRule="auto"/>
        <w:ind w:left="720"/>
      </w:pPr>
      <w:r/>
      <w:hyperlink r:id="rId13">
        <w:r>
          <w:rPr>
            <w:color w:val="0000EE"/>
            <w:u w:val="single"/>
          </w:rPr>
          <w:t>https://www.macrumors.com/2026/04/28/apple-tv-ted-lasso-season-four-release-date/</w:t>
        </w:r>
      </w:hyperlink>
      <w:r>
        <w:t xml:space="preserve"> - MacRumors reports on Apple's announcement of 'Ted Lasso' Season 4, set to premiere on August 5, 2026. The article details Ted's return to England to coach a second-division women's soccer team, with new episodes released weekly. It also mentions the series' previous success and the anticipation surrounding the new season.</w:t>
      </w:r>
      <w:r/>
    </w:p>
    <w:p>
      <w:pPr>
        <w:pStyle w:val="ListNumber"/>
        <w:spacing w:line="240" w:lineRule="auto"/>
        <w:ind w:left="720"/>
      </w:pPr>
      <w:r/>
      <w:hyperlink r:id="rId14">
        <w:r>
          <w:rPr>
            <w:color w:val="0000EE"/>
            <w:u w:val="single"/>
          </w:rPr>
          <w:t>https://www.youtube.com/watch?v=oIxch35ayfo</w:t>
        </w:r>
      </w:hyperlink>
      <w:r>
        <w:t xml:space="preserve"> - The official trailer for 'Ted Lasso' Season 4, released on March 30, 2026, showcases the team's new challenges as they aim to stay on top in a new phase of competition. Ted navigates personal and professional changes, with the team adapting to shifting dynamics both on and off the field. The trailer highlights the evolving relationships and responsibilities of each character.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utostraddle.com/august-2026-whats-new-gay-and-streaming-on-prime-video-apple-tv-paramount-hbo-max-and-netflix/?utm_source=rss&amp;utm_medium=rss&amp;utm_campaign=august-2026-whats-new-gay-and-streaming-on-prime-video-apple-tv-paramount-hbo-max-and-netflix" TargetMode="External"/><Relationship Id="rId10" Type="http://schemas.openxmlformats.org/officeDocument/2006/relationships/hyperlink" Target="https://www.apple.com/tv-pr/news/2026/04/apple-tvs-emmy-award-winning-global-smash-hit-series-ted-lasso-returns-for-season-four-on-wednesday-august-5/" TargetMode="External"/><Relationship Id="rId11" Type="http://schemas.openxmlformats.org/officeDocument/2006/relationships/hyperlink" Target="https://www.apple.com/tv-pr/originals/ted-lasso/" TargetMode="External"/><Relationship Id="rId12" Type="http://schemas.openxmlformats.org/officeDocument/2006/relationships/hyperlink" Target="https://www.tomsguide.com/entertainment/paramount-plus/new-on-paramount-in-august-2026-all-new-shows-and-movies-to-watch" TargetMode="External"/><Relationship Id="rId13" Type="http://schemas.openxmlformats.org/officeDocument/2006/relationships/hyperlink" Target="https://www.macrumors.com/2026/04/28/apple-tv-ted-lasso-season-four-release-date/" TargetMode="External"/><Relationship Id="rId14" Type="http://schemas.openxmlformats.org/officeDocument/2006/relationships/hyperlink" Target="https://www.youtube.com/watch?v=oIxch35ay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