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Embrace: San Bernardino Diocese Welcomes LGBTQ+ Catholics to Cathedral Mass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kindness are gathering , Bishop Alberto Rojas welcomed LGBTQ+ Catholics, families and friends to a special Family Mass at Our Lady of the Rosary Cathedral in San Bernardino, a visible moment of inclusion that mattered to attendees who’ve sometimes felt unwelcome.</w:t>
      </w:r>
      <w:r/>
    </w:p>
    <w:p>
      <w:r/>
      <w:r>
        <w:t>Essential Takeaways</w:t>
      </w:r>
      <w:r/>
      <w:r/>
    </w:p>
    <w:p>
      <w:pPr>
        <w:pStyle w:val="ListBullet"/>
        <w:spacing w:line="240" w:lineRule="auto"/>
        <w:ind w:left="720"/>
      </w:pPr>
      <w:r/>
      <w:r>
        <w:rPr>
          <w:b/>
        </w:rPr>
        <w:t>Warm welcome:</w:t>
      </w:r>
      <w:r>
        <w:t xml:space="preserve"> Bishop Alberto Rojas preached belonging , “You belong here” , and celebrated the Mass with clergy who back local LGBTQ+ ministries.</w:t>
      </w:r>
      <w:r/>
    </w:p>
    <w:p>
      <w:pPr>
        <w:pStyle w:val="ListBullet"/>
        <w:spacing w:line="240" w:lineRule="auto"/>
        <w:ind w:left="720"/>
      </w:pPr>
      <w:r/>
      <w:r>
        <w:rPr>
          <w:b/>
        </w:rPr>
        <w:t>Community feel:</w:t>
      </w:r>
      <w:r>
        <w:t xml:space="preserve"> Attendees described an atmosphere of respect and inclusion, with people sharing relief, gratitude and tears.</w:t>
      </w:r>
      <w:r/>
    </w:p>
    <w:p>
      <w:pPr>
        <w:pStyle w:val="ListBullet"/>
        <w:spacing w:line="240" w:lineRule="auto"/>
        <w:ind w:left="720"/>
      </w:pPr>
      <w:r/>
      <w:r>
        <w:rPr>
          <w:b/>
        </w:rPr>
        <w:t>Local ministries:</w:t>
      </w:r>
      <w:r>
        <w:t xml:space="preserve"> The liturgy was co‑coordinated by Embrace and Gifted and Called, groups that have worked to integrate LGBTQ+ Catholics into parish life.</w:t>
      </w:r>
      <w:r/>
    </w:p>
    <w:p>
      <w:pPr>
        <w:pStyle w:val="ListBullet"/>
        <w:spacing w:line="240" w:lineRule="auto"/>
        <w:ind w:left="720"/>
      </w:pPr>
      <w:r/>
      <w:r>
        <w:rPr>
          <w:b/>
        </w:rPr>
        <w:t>Practical impact:</w:t>
      </w:r>
      <w:r>
        <w:t xml:space="preserve"> Families attended together, making the Mass a chance to pray as a unit after difficult “coming out” moments.</w:t>
      </w:r>
      <w:r/>
    </w:p>
    <w:p>
      <w:pPr>
        <w:pStyle w:val="ListBullet"/>
        <w:spacing w:line="240" w:lineRule="auto"/>
        <w:ind w:left="720"/>
      </w:pPr>
      <w:r/>
      <w:r>
        <w:rPr>
          <w:b/>
        </w:rPr>
        <w:t>Pastoral note:</w:t>
      </w:r>
      <w:r>
        <w:t xml:space="preserve"> Clergy stressed ministry and care rather than doctrinal change, focusing on belonging and mental‑health concerns.</w:t>
      </w:r>
      <w:r/>
      <w:r/>
    </w:p>
    <w:p>
      <w:pPr>
        <w:pStyle w:val="Heading2"/>
      </w:pPr>
      <w:r>
        <w:t>A clear message from the cathedral , belonging feels like sunlight</w:t>
      </w:r>
      <w:r/>
    </w:p>
    <w:p>
      <w:r/>
      <w:r>
        <w:t>The strongest image from the Mass was simple: people saying they finally felt seen, and a bishop inviting everyone into the house of God. Attendees described the scene as warm and light , literal sunlight in the cathedral courtyard became a metaphor for openness. According to diocesan coverage and the Embrace ministry, Bishop Rojas emphasised pastoral care and compassion, telling the congregation the Church should be modelled after Jesus, meeting every person with love.</w:t>
      </w:r>
      <w:r/>
    </w:p>
    <w:p>
      <w:r/>
      <w:r>
        <w:t>This moment grew from local ministry work and diocesan outreach. Embrace and Gifted and Called coordinated the liturgy, signalling a local shift toward including voices that were often sidelined. For many, the Mass was less about policy and more about a lived experience of welcome , a practical balm after years of searching for accepting parishes.</w:t>
      </w:r>
      <w:r/>
    </w:p>
    <w:p>
      <w:pPr>
        <w:pStyle w:val="Heading2"/>
      </w:pPr>
      <w:r>
        <w:t>Why ministries like Embrace and Gifted and Called matter</w:t>
      </w:r>
      <w:r/>
    </w:p>
    <w:p>
      <w:r/>
      <w:r>
        <w:t>Local ministries have done the groundwork to make this service happen, and parishioners say that groundwork shows. Gifted and Called began in Palm Springs and has connected people who wanted to remain Catholic while also living openly. Embrace operates diocesan‑wide, hosting events and pastoral resources aimed at LGBTQ+ Catholics and their families.</w:t>
      </w:r>
      <w:r/>
    </w:p>
    <w:p>
      <w:r/>
      <w:r>
        <w:t>Those programmes give people a place to belong without asking for doctrinal shifts. Instead, leaders frame their work as pastoral outreach: creating opportunities for shared prayer, community formation and reconciliation. If you’re looking for a parish that’s welcoming, start by checking ministry pages or asking about Embrace events , they’re the practical way into parish life.</w:t>
      </w:r>
      <w:r/>
    </w:p>
    <w:p>
      <w:pPr>
        <w:pStyle w:val="Heading2"/>
      </w:pPr>
      <w:r>
        <w:t>Families found space to pray together , a quiet practical benefit</w:t>
      </w:r>
      <w:r/>
    </w:p>
    <w:p>
      <w:r/>
      <w:r>
        <w:t>Several families described the Mass as a rare chance to worship together after sometimes tense coming‑out experiences. Father David Andel, the diocesan delegate to Embrace, noted that the liturgy helps families be present to one another in prayer regardless of differences. That’s a concrete outcome: families said the Mass helped them rebuild trust and show public solidarity.</w:t>
      </w:r>
      <w:r/>
    </w:p>
    <w:p>
      <w:r/>
      <w:r>
        <w:t>If you’ve experienced division at home, look for family Masses or diocesan events that explicitly invite relatives and friends. They create a contained, supportive environment and often include clergy who understand the pastoral sensitivity needed.</w:t>
      </w:r>
      <w:r/>
    </w:p>
    <w:p>
      <w:pPr>
        <w:pStyle w:val="Heading2"/>
      </w:pPr>
      <w:r>
        <w:t>Clergy voices: shepherding without changing doctrine</w:t>
      </w:r>
      <w:r/>
    </w:p>
    <w:p>
      <w:r/>
      <w:r>
        <w:t>Clergy who concelebrated stressed that this outreach is about accompaniment rather than altering Catholic teaching. Deacon Robert Gonzalez talked about diaconate ministry as a means of reconciling people to parish life, saying it’s about tending the whole flock. Bishop Emeritus Gerald Barnes and other priests who supported Gifted and Called were present, backing the pastoral approach.</w:t>
      </w:r>
      <w:r/>
    </w:p>
    <w:p>
      <w:r/>
      <w:r>
        <w:t>That balance , firm on doctrine but generous in ministry , is how local leaders are framing the work. For people nervous about parish reactions, this approach signals that pastoral welcome can coexist with the Church’s existing teachings while prioritising people’s dignity and safety.</w:t>
      </w:r>
      <w:r/>
    </w:p>
    <w:p>
      <w:pPr>
        <w:pStyle w:val="Heading2"/>
      </w:pPr>
      <w:r>
        <w:t>What people said , hope, relief and practical steps forward</w:t>
      </w:r>
      <w:r/>
    </w:p>
    <w:p>
      <w:r/>
      <w:r>
        <w:t>Voices from the congregation were candid and moving: folks travelled from Palm Springs, young Catholics explained the tension between identity and faith, and relatives came simply to show support. Organisers recounted the ministry’s evolution and called the cathedral celebration a milestone for gay Catholics in the diocese.</w:t>
      </w:r>
      <w:r/>
    </w:p>
    <w:p>
      <w:r/>
      <w:r>
        <w:t>For anyone wanting to get involved or find support, diocesan pages and ministry contacts are the first stop. Attend a local Embrace gathering, speak to parish staff about inclusive services, or join listening sessions that dioceses sometimes hold , small steps that can reshape somebody’s sense of belonging.</w:t>
      </w:r>
      <w:r/>
    </w:p>
    <w:p>
      <w:r/>
      <w:r>
        <w:t>It's a small change that can make every Mass feel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1">
        <w:r>
          <w:rPr>
            <w:color w:val="0000EE"/>
            <w:u w:val="single"/>
          </w:rPr>
          <w:t>[5]</w:t>
        </w:r>
      </w:hyperlink>
      <w:r>
        <w:t xml:space="preserve">- Paragraph 6: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https://www.cal-catholic.com/san-bernadino-diocese-welcomes-homosexuals/</w:t>
        </w:r>
      </w:hyperlink>
      <w:r>
        <w:t xml:space="preserve"> - Please view link - unable to able to access data</w:t>
      </w:r>
      <w:r/>
    </w:p>
    <w:p>
      <w:pPr>
        <w:pStyle w:val="ListNumber"/>
        <w:spacing w:line="240" w:lineRule="auto"/>
        <w:ind w:left="720"/>
      </w:pPr>
      <w:r/>
      <w:hyperlink r:id="rId10">
        <w:r>
          <w:rPr>
            <w:color w:val="0000EE"/>
            <w:u w:val="single"/>
          </w:rPr>
          <w:t>https://www.sbdiocese.org/about/embrace.cfm</w:t>
        </w:r>
      </w:hyperlink>
      <w:r>
        <w:t xml:space="preserve"> - Embrace is a Catholic LGBTQ+ Ministry in the Diocese of San Bernardino, dedicated to supporting LGBTQ+ individuals and their families on their faith journeys. The ministry promotes inclusivity, respect, and compassion, affirming that all are children of God and welcome in the Catholic Church. Embrace holds fellowship meetings and visits parishes throughout the diocese, providing a safe space for dialogue and support. The ministry has been serving the community for over twenty-five years, offering resources and accompaniment to those seeking spiritual support concerning LGBTQ+ issues.</w:t>
      </w:r>
      <w:r/>
    </w:p>
    <w:p>
      <w:pPr>
        <w:pStyle w:val="ListNumber"/>
        <w:spacing w:line="240" w:lineRule="auto"/>
        <w:ind w:left="720"/>
      </w:pPr>
      <w:r/>
      <w:hyperlink r:id="rId12">
        <w:r>
          <w:rPr>
            <w:color w:val="0000EE"/>
            <w:u w:val="single"/>
          </w:rPr>
          <w:t>https://www.sbdiocese.org/bishops/rojas.cfm</w:t>
        </w:r>
      </w:hyperlink>
      <w:r>
        <w:t xml:space="preserve"> - Bishop Alberto Rojas, born on January 5, 1965, in Aguascalientes, Mexico, serves as the Bishop of the Diocese of San Bernardino. Raised in a devout Catholic household, he was ordained a priest of the Archdiocese of Chicago on May 24, 1997. Appointed as coadjutor bishop of San Bernardino on December 2, 2019, he became the third Ordinary Bishop of the diocese on December 28, 2020. Bishop Rojas is known for his pastoral sensitivity and commitment to inclusivity within the Church.</w:t>
      </w:r>
      <w:r/>
    </w:p>
    <w:p>
      <w:pPr>
        <w:pStyle w:val="ListNumber"/>
        <w:spacing w:line="240" w:lineRule="auto"/>
        <w:ind w:left="720"/>
      </w:pPr>
      <w:r/>
      <w:hyperlink r:id="rId13">
        <w:r>
          <w:rPr>
            <w:color w:val="0000EE"/>
            <w:u w:val="single"/>
          </w:rPr>
          <w:t>https://www.sbdiocese.org/bishops/index.cfm</w:t>
        </w:r>
      </w:hyperlink>
      <w:r>
        <w:t xml:space="preserve"> - The Diocese of San Bernardino has been guided by notable bishops, including Bishop Alberto Rojas, Bishop Gerald Barnes, and Bishop Phillip Straling. Their leadership has significantly shaped the faith and growth of the local Church, strengthening parishes, serving communities, and forming a vibrant Catholic presence in the Inland Empire. Bishop Rojas became the third Ordinary Bishop of the diocese on December 28, 2020, following Bishop Barnes' retirement.</w:t>
      </w:r>
      <w:r/>
    </w:p>
    <w:p>
      <w:pPr>
        <w:pStyle w:val="ListNumber"/>
        <w:spacing w:line="240" w:lineRule="auto"/>
        <w:ind w:left="720"/>
      </w:pPr>
      <w:r/>
      <w:hyperlink r:id="rId11">
        <w:r>
          <w:rPr>
            <w:color w:val="0000EE"/>
            <w:u w:val="single"/>
          </w:rPr>
          <w:t>https://www.icbyte.org/index.php/news/diocesan-news/3676-embrace-ministry-celebrates-first-ever-family-mass</w:t>
        </w:r>
      </w:hyperlink>
      <w:r>
        <w:t xml:space="preserve"> - The Embrace Ministry celebrated its first-ever Family Mass, emphasizing God's unconditional love for all. In his homily, Fr. Andel highlighted that each individual is blessed with God-given gifts meant to be shared in love and service to the parish community. Attendees expressed deep gratitude for the inclusive atmosphere, contrasting with past experiences where some felt unwanted in the Church. The event fostered a sense of community and support among LGBTQ+ Catholics and their families.</w:t>
      </w:r>
      <w:r/>
    </w:p>
    <w:p>
      <w:pPr>
        <w:pStyle w:val="ListNumber"/>
        <w:spacing w:line="240" w:lineRule="auto"/>
        <w:ind w:left="720"/>
      </w:pPr>
      <w:r/>
      <w:hyperlink r:id="rId12">
        <w:r>
          <w:rPr>
            <w:color w:val="0000EE"/>
            <w:u w:val="single"/>
          </w:rPr>
          <w:t>https://www.sbdiocese.org/bishops/rojas.cfm</w:t>
        </w:r>
      </w:hyperlink>
      <w:r>
        <w:t xml:space="preserve"> - Bishop Alberto Rojas, born on January 5, 1965, in Aguascalientes, Mexico, serves as the Bishop of the Diocese of San Bernardino. Raised in a devout Catholic household, he was ordained a priest of the Archdiocese of Chicago on May 24, 1997. Appointed as coadjutor bishop of San Bernardino on December 2, 2019, he became the third Ordinary Bishop of the diocese on December 28, 2020. Bishop Rojas is known for his pastoral sensitivity and commitment to inclusivity within the Church.</w:t>
      </w:r>
      <w:r/>
    </w:p>
    <w:p>
      <w:pPr>
        <w:pStyle w:val="ListNumber"/>
        <w:spacing w:line="240" w:lineRule="auto"/>
        <w:ind w:left="720"/>
      </w:pPr>
      <w:r/>
      <w:hyperlink r:id="rId13">
        <w:r>
          <w:rPr>
            <w:color w:val="0000EE"/>
            <w:u w:val="single"/>
          </w:rPr>
          <w:t>https://www.sbdiocese.org/bishops/index.cfm</w:t>
        </w:r>
      </w:hyperlink>
      <w:r>
        <w:t xml:space="preserve"> - The Diocese of San Bernardino has been guided by notable bishops, including Bishop Alberto Rojas, Bishop Gerald Barnes, and Bishop Phillip Straling. Their leadership has significantly shaped the faith and growth of the local Church, strengthening parishes, serving communities, and forming a vibrant Catholic presence in the Inland Empire. Bishop Rojas became the third Ordinary Bishop of the diocese on December 28, 2020, following Bishop Barnes' retirement.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al-catholic.com/san-bernadino-diocese-welcomes-homosexuals/" TargetMode="External"/><Relationship Id="rId10" Type="http://schemas.openxmlformats.org/officeDocument/2006/relationships/hyperlink" Target="https://www.sbdiocese.org/about/embrace.cfm" TargetMode="External"/><Relationship Id="rId11" Type="http://schemas.openxmlformats.org/officeDocument/2006/relationships/hyperlink" Target="https://www.icbyte.org/index.php/news/diocesan-news/3676-embrace-ministry-celebrates-first-ever-family-mass" TargetMode="External"/><Relationship Id="rId12" Type="http://schemas.openxmlformats.org/officeDocument/2006/relationships/hyperlink" Target="https://www.sbdiocese.org/bishops/rojas.cfm" TargetMode="External"/><Relationship Id="rId13" Type="http://schemas.openxmlformats.org/officeDocument/2006/relationships/hyperlink" Target="https://www.sbdiocese.org/bishops/index.cf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