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Hamburg CSD 2023: What to Expect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party-goers and families are expected to mingle in the streets of Hamburg as the city hosts one of Germany’s biggest Christopher Street Day events; organisers forecast huge turnout, the route winds through the Innenstadt, and heightened security follows recent attacks, making visibility and safety the twin themes of the day.</w:t>
      </w:r>
      <w:r/>
    </w:p>
    <w:p>
      <w:r/>
      <w:r>
        <w:t>Essential Takeaways</w:t>
      </w:r>
      <w:r/>
      <w:r/>
    </w:p>
    <w:p>
      <w:pPr>
        <w:pStyle w:val="ListBullet"/>
        <w:spacing w:line="240" w:lineRule="auto"/>
        <w:ind w:left="720"/>
      </w:pPr>
      <w:r/>
      <w:r>
        <w:rPr>
          <w:b/>
        </w:rPr>
        <w:t>Big turnout expected:</w:t>
      </w:r>
      <w:r>
        <w:t xml:space="preserve"> Organisers estimated around 250,000 people, so expect crowds and a lively, colourful atmosphere.</w:t>
      </w:r>
      <w:r/>
    </w:p>
    <w:p>
      <w:pPr>
        <w:pStyle w:val="ListBullet"/>
        <w:spacing w:line="240" w:lineRule="auto"/>
        <w:ind w:left="720"/>
      </w:pPr>
      <w:r/>
      <w:r>
        <w:rPr>
          <w:b/>
        </w:rPr>
        <w:t>Security stepped up:</w:t>
      </w:r>
      <w:r>
        <w:t xml:space="preserve"> Police deployed roughly double last year’s officers after a violent incident at Berlin’s CSD, so bag checks and controlled access are likely.</w:t>
      </w:r>
      <w:r/>
    </w:p>
    <w:p>
      <w:pPr>
        <w:pStyle w:val="ListBullet"/>
        <w:spacing w:line="240" w:lineRule="auto"/>
        <w:ind w:left="720"/>
      </w:pPr>
      <w:r/>
      <w:r>
        <w:rPr>
          <w:b/>
        </w:rPr>
        <w:t>Central route:</w:t>
      </w:r>
      <w:r>
        <w:t xml:space="preserve"> The march moves through Hamburg’s Innenstadt with a large demonstration wagon parade and street festival stops.</w:t>
      </w:r>
      <w:r/>
    </w:p>
    <w:p>
      <w:pPr>
        <w:pStyle w:val="ListBullet"/>
        <w:spacing w:line="240" w:lineRule="auto"/>
        <w:ind w:left="720"/>
      </w:pPr>
      <w:r/>
      <w:r>
        <w:rPr>
          <w:b/>
        </w:rPr>
        <w:t>Ancestors remembered:</w:t>
      </w:r>
      <w:r>
        <w:t xml:space="preserve"> The event marks the Stonewall legacy from 1969 and blends celebration with political protest.</w:t>
      </w:r>
      <w:r/>
    </w:p>
    <w:p>
      <w:pPr>
        <w:pStyle w:val="ListBullet"/>
        <w:spacing w:line="240" w:lineRule="auto"/>
        <w:ind w:left="720"/>
      </w:pPr>
      <w:r/>
      <w:r>
        <w:rPr>
          <w:b/>
        </w:rPr>
        <w:t>Weather and logistics:</w:t>
      </w:r>
      <w:r>
        <w:t xml:space="preserve"> Check forecasts and transport updates; the day mixes long outdoor stretches with standing crowds, so dress and plan accordingly.</w:t>
      </w:r>
      <w:r/>
      <w:r/>
    </w:p>
    <w:p>
      <w:pPr>
        <w:pStyle w:val="Heading2"/>
      </w:pPr>
      <w:r>
        <w:t>A massive turnout , expect a carnival of solidarity</w:t>
      </w:r>
      <w:r/>
    </w:p>
    <w:p>
      <w:r/>
      <w:r>
        <w:t>Hamburg’s CSD is shaping up to be a major public moment, with organisers urging “the whole city” to join. The scale promises vivid scenes, rainbow flags, drumming, and long ranks of floats, so your senses will be doing overtime. Local outlets reported the route threading through the Innenstadt, which means shops, cafés and tourist spots will feel the buzz. If you want a good viewpoint, aim to arrive early and pick a stretch of the route that suits your stamina; there’s a lot of standing and moving.</w:t>
      </w:r>
      <w:r/>
    </w:p>
    <w:p>
      <w:pPr>
        <w:pStyle w:val="Heading2"/>
      </w:pPr>
      <w:r>
        <w:t>Security is tighter , what that looks like</w:t>
      </w:r>
      <w:r/>
    </w:p>
    <w:p>
      <w:r/>
      <w:r>
        <w:t>After an Islamist attack at Berlin’s CSD, organisers and police are treating safety as a priority. Authorities said they’d double manpower compared with the previous year, meaning more uniformed officers, likely checkpoints and possible bag inspections. The change isn’t meant to spoil the mood, but to let people celebrate without fear. If you’re attending, keep ID handy, pack light, and be ready for occasional delays getting in or through the route.</w:t>
      </w:r>
      <w:r/>
    </w:p>
    <w:p>
      <w:pPr>
        <w:pStyle w:val="Heading2"/>
      </w:pPr>
      <w:r>
        <w:t>Route and festivities , where to watch and what to join</w:t>
      </w:r>
      <w:r/>
    </w:p>
    <w:p>
      <w:r/>
      <w:r>
        <w:t>The march follows a central, city-centre course and spills into street-festival areas where DJs, speeches and stalls create a neighbourhood party feel. Local press guides previewed the route and highlighted key meeting points and stage areas, so it’s worth consulting those maps before you set off. Families and groups can combine watching the procession with popping into nearby cafés; just factor in longer travel times and crowds on public transport.</w:t>
      </w:r>
      <w:r/>
    </w:p>
    <w:p>
      <w:pPr>
        <w:pStyle w:val="Heading2"/>
      </w:pPr>
      <w:r>
        <w:t>Politics and memory , why Stonewall still matters</w:t>
      </w:r>
      <w:r/>
    </w:p>
    <w:p>
      <w:r/>
      <w:r>
        <w:t>Beyond sequins and sound systems, the CSD carries a firm political message, rooted in the 1969 Stonewall riots in New York. That history gives today’s event a doubled purpose: it’s celebration and protest rolled into one. Activists and community groups use the platform to press for rights, visibility and safety, so expect a mixture of upbeat performances and serious speeches. For visitors, it’s both entertaining and educational, listen to the speakers if you want the context behind the colours.</w:t>
      </w:r>
      <w:r/>
    </w:p>
    <w:p>
      <w:pPr>
        <w:pStyle w:val="Heading2"/>
      </w:pPr>
      <w:r>
        <w:t>Practical tips , get there, stay comfortable, and be considerate</w:t>
      </w:r>
      <w:r/>
    </w:p>
    <w:p>
      <w:r/>
      <w:r>
        <w:t>Plan transport in advance; several local reports recommend using public transit early or walking if you’re nearby. Wear comfortable shoes, bring water and sun protection, and have a meeting point if you’re with friends. If you’re taking photos, be mindful of people’s privacy and consent, especially in more intimate moments. And remember, a little patience goes a long way in packed, joyful crowds.</w:t>
      </w:r>
      <w:r/>
    </w:p>
    <w:p>
      <w:r/>
      <w:r>
        <w:t>It's a public moment that mixes celebration with civic purpose , worth seeing, and worth attending with a calm, prepared head.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9">
        <w:r>
          <w:rPr>
            <w:color w:val="0000EE"/>
            <w:u w:val="single"/>
          </w:rPr>
          <w:t>[1]</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14">
        <w:r>
          <w:rPr>
            <w:color w:val="0000EE"/>
            <w:u w:val="single"/>
          </w:rPr>
          <w:t>[5]</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https://www.stern.de/news/hunderttausende-bei-demonstration-zu-christopher-street-day-in-hamburg-erwartet-38043628.html</w:t>
        </w:r>
      </w:hyperlink>
      <w:r>
        <w:t xml:space="preserve"> - Please view link - unable to able to access data</w:t>
      </w:r>
      <w:r/>
    </w:p>
    <w:p>
      <w:pPr>
        <w:pStyle w:val="ListNumber"/>
        <w:spacing w:line="240" w:lineRule="auto"/>
        <w:ind w:left="720"/>
      </w:pPr>
      <w:r/>
      <w:hyperlink r:id="rId10">
        <w:r>
          <w:rPr>
            <w:color w:val="0000EE"/>
            <w:u w:val="single"/>
          </w:rPr>
          <w:t>https://www.radiohamburg.de/aktuelles/hamburg/H%C3%B6hepunkt-der-Pride-Week-Der-Hamburger-CSD-2023-id942680.html</w:t>
        </w:r>
      </w:hyperlink>
      <w:r>
        <w:t xml:space="preserve"> - Approximately 250,000 people participated in the Christopher Street Day (CSD) demonstration in Hamburg's city centre, advocating for tolerance and equality. The parade featured rainbow flags, decorated trucks, and vibrant costumes, starting from Lange Reihe in St. Georg. The event was delayed by about 45 minutes due to the large crowd. (</w:t>
      </w:r>
      <w:hyperlink r:id="rId15">
        <w:r>
          <w:rPr>
            <w:color w:val="0000EE"/>
            <w:u w:val="single"/>
          </w:rPr>
          <w:t>radiohamburg.de</w:t>
        </w:r>
      </w:hyperlink>
      <w:r>
        <w:t>)</w:t>
      </w:r>
      <w:r/>
    </w:p>
    <w:p>
      <w:pPr>
        <w:pStyle w:val="ListNumber"/>
        <w:spacing w:line="240" w:lineRule="auto"/>
        <w:ind w:left="720"/>
      </w:pPr>
      <w:r/>
      <w:hyperlink r:id="rId13">
        <w:r>
          <w:rPr>
            <w:color w:val="0000EE"/>
            <w:u w:val="single"/>
          </w:rPr>
          <w:t>https://www.24hamburg.de/hamburg/route-csd-demo-hamburg-innenstadt-lange-reihe-pride-week-2023-start-92434840.html</w:t>
        </w:r>
      </w:hyperlink>
      <w:r>
        <w:t xml:space="preserve"> - The Christopher Street Day (CSD) demonstration in Hamburg commenced at 12:00 PM on Saturday, August 5, 2023, from Lange Reihe in the St. Georg district. The route included Kirchenallee, Ernst-Merck-Straße, Steintorwall, Steinstraße, Speersort, Bergstraße, Mönckebergstraße, Steintorwall, Glockengießerwall, Ferdinandstor, and concluded at Lombardsbrücke. (</w:t>
      </w:r>
      <w:hyperlink r:id="rId16">
        <w:r>
          <w:rPr>
            <w:color w:val="0000EE"/>
            <w:u w:val="single"/>
          </w:rPr>
          <w:t>24hamburg.de</w:t>
        </w:r>
      </w:hyperlink>
      <w:r>
        <w:t>)</w:t>
      </w:r>
      <w:r/>
    </w:p>
    <w:p>
      <w:pPr>
        <w:pStyle w:val="ListNumber"/>
        <w:spacing w:line="240" w:lineRule="auto"/>
        <w:ind w:left="720"/>
      </w:pPr>
      <w:r/>
      <w:hyperlink r:id="rId11">
        <w:r>
          <w:rPr>
            <w:color w:val="0000EE"/>
            <w:u w:val="single"/>
          </w:rPr>
          <w:t>https://www.zeit.de/news/2023-08/05/csd-parade-in-hamburg-der-absolute-wahnsinn</w:t>
        </w:r>
      </w:hyperlink>
      <w:r>
        <w:t xml:space="preserve"> - The Christopher Street Day (CSD) parade in Hamburg was described as 'the absolute madness' due to the overwhelming turnout. The event was marked by loud music, golden confetti, and colourful balloons, with participants marching from Lange Reihe in St. Georg. The parade was delayed by approximately 45 minutes because of the dense crowd. (</w:t>
      </w:r>
      <w:hyperlink r:id="rId17">
        <w:r>
          <w:rPr>
            <w:color w:val="0000EE"/>
            <w:u w:val="single"/>
          </w:rPr>
          <w:t>zeit.de</w:t>
        </w:r>
      </w:hyperlink>
      <w:r>
        <w:t>)</w:t>
      </w:r>
      <w:r/>
    </w:p>
    <w:p>
      <w:pPr>
        <w:pStyle w:val="ListNumber"/>
        <w:spacing w:line="240" w:lineRule="auto"/>
        <w:ind w:left="720"/>
      </w:pPr>
      <w:r/>
      <w:hyperlink r:id="rId14">
        <w:r>
          <w:rPr>
            <w:color w:val="0000EE"/>
            <w:u w:val="single"/>
          </w:rPr>
          <w:t>https://www.24hamburg.de/hamburg/wetter-csd-demo-2023-hamburg-samstag-prognose-christopher-street-day-umzug-strassenfest-92439149.html</w:t>
        </w:r>
      </w:hyperlink>
      <w:r>
        <w:t xml:space="preserve"> - The weather forecast for the Christopher Street Day (CSD) demonstration in Hamburg on Saturday, August 5, 2023, predicted dry conditions, which was favourable for the expected 250,000 participants. The event aimed to promote the rights of lesbians, gays, bisexuals, and transgender individuals. (</w:t>
      </w:r>
      <w:hyperlink r:id="rId18">
        <w:r>
          <w:rPr>
            <w:color w:val="0000EE"/>
            <w:u w:val="single"/>
          </w:rPr>
          <w:t>24hamburg.de</w:t>
        </w:r>
      </w:hyperlink>
      <w:r>
        <w:t>)</w:t>
      </w:r>
      <w:r/>
    </w:p>
    <w:p>
      <w:pPr>
        <w:pStyle w:val="ListNumber"/>
        <w:spacing w:line="240" w:lineRule="auto"/>
        <w:ind w:left="720"/>
      </w:pPr>
      <w:r/>
      <w:hyperlink r:id="rId12">
        <w:r>
          <w:rPr>
            <w:color w:val="0000EE"/>
            <w:u w:val="single"/>
          </w:rPr>
          <w:t>https://www.zeit.de/news/2023-07/23/polizei-spricht-von-friedlichem-christopher-street-day</w:t>
        </w:r>
      </w:hyperlink>
      <w:r>
        <w:t xml:space="preserve"> - The Christopher Street Day (CSD) in Berlin was reported to have been largely peaceful and uneventful, with 84 criminal charges filed. This was considered unremarkable given the 'several hundred thousand participants'. (</w:t>
      </w:r>
      <w:hyperlink r:id="rId19">
        <w:r>
          <w:rPr>
            <w:color w:val="0000EE"/>
            <w:u w:val="single"/>
          </w:rPr>
          <w:t>zeit.de</w:t>
        </w:r>
      </w:hyperlink>
      <w:r>
        <w:t>)</w:t>
      </w:r>
      <w:r/>
    </w:p>
    <w:p>
      <w:pPr>
        <w:pStyle w:val="ListNumber"/>
        <w:spacing w:line="240" w:lineRule="auto"/>
        <w:ind w:left="720"/>
      </w:pPr>
      <w:r/>
      <w:hyperlink r:id="rId11">
        <w:r>
          <w:rPr>
            <w:color w:val="0000EE"/>
            <w:u w:val="single"/>
          </w:rPr>
          <w:t>https://www.zeit.de/news/2023-08/05/csd-parade-in-hamburg-der-absolute-wahnsinn</w:t>
        </w:r>
      </w:hyperlink>
      <w:r>
        <w:t xml:space="preserve"> - The Christopher Street Day (CSD) parade in Hamburg was described as 'the absolute madness' due to the overwhelming turnout. The event was marked by loud music, golden confetti, and colourful balloons, with participants marching from Lange Reihe in St. Georg. The parade was delayed by approximately 45 minutes because of the dense crowd. (</w:t>
      </w:r>
      <w:hyperlink r:id="rId17">
        <w:r>
          <w:rPr>
            <w:color w:val="0000EE"/>
            <w:u w:val="single"/>
          </w:rPr>
          <w:t>zeit.de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news/hunderttausende-bei-demonstration-zu-christopher-street-day-in-hamburg-erwartet-38043628.html" TargetMode="External"/><Relationship Id="rId10" Type="http://schemas.openxmlformats.org/officeDocument/2006/relationships/hyperlink" Target="https://www.radiohamburg.de/aktuelles/hamburg/H%C3%B6hepunkt-der-Pride-Week-Der-Hamburger-CSD-2023-id942680.html" TargetMode="External"/><Relationship Id="rId11" Type="http://schemas.openxmlformats.org/officeDocument/2006/relationships/hyperlink" Target="https://www.zeit.de/news/2023-08/05/csd-parade-in-hamburg-der-absolute-wahnsinn" TargetMode="External"/><Relationship Id="rId12" Type="http://schemas.openxmlformats.org/officeDocument/2006/relationships/hyperlink" Target="https://www.zeit.de/news/2023-07/23/polizei-spricht-von-friedlichem-christopher-street-day" TargetMode="External"/><Relationship Id="rId13" Type="http://schemas.openxmlformats.org/officeDocument/2006/relationships/hyperlink" Target="https://www.24hamburg.de/hamburg/route-csd-demo-hamburg-innenstadt-lange-reihe-pride-week-2023-start-92434840.html" TargetMode="External"/><Relationship Id="rId14" Type="http://schemas.openxmlformats.org/officeDocument/2006/relationships/hyperlink" Target="https://www.24hamburg.de/hamburg/wetter-csd-demo-2023-hamburg-samstag-prognose-christopher-street-day-umzug-strassenfest-92439149.html" TargetMode="External"/><Relationship Id="rId15" Type="http://schemas.openxmlformats.org/officeDocument/2006/relationships/hyperlink" Target="https://www.radiohamburg.de/aktuelles/hamburg/H%C3%B6hepunkt-der-Pride-Week-Der-Hamburger-CSD-2023-id942680.html?utm_source=openai" TargetMode="External"/><Relationship Id="rId16" Type="http://schemas.openxmlformats.org/officeDocument/2006/relationships/hyperlink" Target="https://www.24hamburg.de/hamburg/route-csd-demo-hamburg-innenstadt-lange-reihe-pride-week-2023-start-92434840.html?utm_source=openai" TargetMode="External"/><Relationship Id="rId17" Type="http://schemas.openxmlformats.org/officeDocument/2006/relationships/hyperlink" Target="https://www.zeit.de/news/2023-08/05/csd-parade-in-hamburg-der-absolute-wahnsinn?utm_source=openai" TargetMode="External"/><Relationship Id="rId18" Type="http://schemas.openxmlformats.org/officeDocument/2006/relationships/hyperlink" Target="https://www.24hamburg.de/hamburg/wetter-csd-demo-2023-hamburg-samstag-prognose-christopher-street-day-umzug-strassenfest-92439149.html?utm_source=openai" TargetMode="External"/><Relationship Id="rId19" Type="http://schemas.openxmlformats.org/officeDocument/2006/relationships/hyperlink" Target="https://www.zeit.de/news/2023-07/23/polizei-spricht-von-friedlichem-christopher-street-da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