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Cologne Pride Express to World Pride Amsterdam: Party, Purpose and Practical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boarded a rainbow‑coloured mission as the Cologne Pride Express set off from Cologne Hauptbahnhof to Amsterdam, carrying revellers to World Pride’s Canal Parade , a lively, symbolic journey that matters for solidarity, celebration and safety as much as for the music.</w:t>
      </w:r>
      <w:r/>
    </w:p>
    <w:p>
      <w:r/>
      <w:r>
        <w:t>Essential Takeaways</w:t>
      </w:r>
      <w:r/>
      <w:r/>
    </w:p>
    <w:p>
      <w:pPr>
        <w:pStyle w:val="ListBullet"/>
        <w:spacing w:line="240" w:lineRule="auto"/>
        <w:ind w:left="720"/>
      </w:pPr>
      <w:r/>
      <w:r>
        <w:rPr>
          <w:b/>
        </w:rPr>
        <w:t>Departure details:</w:t>
      </w:r>
      <w:r>
        <w:t xml:space="preserve"> The special Cologne Pride Express left Cologne Hauptbahnhof shortly after 08:20, offering return travel the same day. </w:t>
      </w:r>
      <w:r/>
    </w:p>
    <w:p>
      <w:pPr>
        <w:pStyle w:val="ListBullet"/>
        <w:spacing w:line="240" w:lineRule="auto"/>
        <w:ind w:left="720"/>
      </w:pPr>
      <w:r/>
      <w:r>
        <w:rPr>
          <w:b/>
        </w:rPr>
        <w:t>Atmosphere on board:</w:t>
      </w:r>
      <w:r>
        <w:t xml:space="preserve"> Eleven carriages, two dedicated discowagons with DJs, bars and loud music , a boisterous, communal vibe despite an older train’s sway. </w:t>
      </w:r>
      <w:r/>
    </w:p>
    <w:p>
      <w:pPr>
        <w:pStyle w:val="ListBullet"/>
        <w:spacing w:line="240" w:lineRule="auto"/>
        <w:ind w:left="720"/>
      </w:pPr>
      <w:r/>
      <w:r>
        <w:rPr>
          <w:b/>
        </w:rPr>
        <w:t>Ticketing:</w:t>
      </w:r>
      <w:r>
        <w:t xml:space="preserve"> Return fares started at €85.90; many carriages were nearly full and regional boarding points added passengers en route. </w:t>
      </w:r>
      <w:r/>
    </w:p>
    <w:p>
      <w:pPr>
        <w:pStyle w:val="ListBullet"/>
        <w:spacing w:line="240" w:lineRule="auto"/>
        <w:ind w:left="720"/>
      </w:pPr>
      <w:r/>
      <w:r>
        <w:rPr>
          <w:b/>
        </w:rPr>
        <w:t>Purpose beyond partying:</w:t>
      </w:r>
      <w:r>
        <w:t xml:space="preserve"> Organisers framed the trip as a protest of presence , a deliberate display of unity after recent attacks and rising hostility toward queer communities. </w:t>
      </w:r>
      <w:r/>
    </w:p>
    <w:p>
      <w:pPr>
        <w:pStyle w:val="ListBullet"/>
        <w:spacing w:line="240" w:lineRule="auto"/>
        <w:ind w:left="720"/>
      </w:pPr>
      <w:r/>
      <w:r>
        <w:rPr>
          <w:b/>
        </w:rPr>
        <w:t>Practical timing:</w:t>
      </w:r>
      <w:r>
        <w:t xml:space="preserve"> Arrivals gave passengers roughly eight hours in Amsterdam to join World Pride events before the evening return.</w:t>
      </w:r>
      <w:r/>
      <w:r/>
    </w:p>
    <w:p>
      <w:r/>
      <w:r>
        <w:t>Why a train, and why now?</w:t>
      </w:r>
      <w:r/>
    </w:p>
    <w:p>
      <w:r/>
      <w:r>
        <w:t>The image of a party train rolling across North Rhine‑Westphalia and into the Netherlands feels cinematic , the discowagons pulse with music, people sing along and others nap in small compartments, the smell of coffee and glitter mixing in the aisles. According to organisers, the Cologne Pride Express is not just about a good time. Cologne Pride’s press officer framed the trip as a necessary act of solidarity, a public answer to growing hostility and even violence faced by queer communities in Europe. That sense of “Now more than ever” fuelled bookings and meant the trip carried a political as well as a celebratory charge.</w:t>
      </w:r>
      <w:r/>
    </w:p>
    <w:p>
      <w:r/>
      <w:r>
        <w:t>What it’s like onboard: disco, comradeship and creaky suspension</w:t>
      </w:r>
      <w:r/>
    </w:p>
    <w:p>
      <w:r/>
      <w:r>
        <w:t>Eleven carriages were in service and close to capacity, with many passengers who’ve travelled on similar trains for years. The centre of gravity, socially speaking, was the two discowagons: think bars, DJs and crowds who cheer louder than the rails’ rattles. Reporters noted the train is older and does rock more than modern stock, but that only seemed to add to the atmosphere rather than dampen it. If you’re prone to motion sickness, bring a small ginger sweet; if you want to sleep, pick a compartment away from the dance cars.</w:t>
      </w:r>
      <w:r/>
    </w:p>
    <w:p>
      <w:r/>
      <w:r>
        <w:t>Connecting Pride events across borders</w:t>
      </w:r>
      <w:r/>
    </w:p>
    <w:p>
      <w:r/>
      <w:r>
        <w:t>The Cologne Pride Express ties into a wider shift: Pride events are increasingly international and collaborative, with organisers coordinating transport to make attendance easier and to amplify messages across cities. Amsterdam’s World Pride, including the famed Canal Parade, is a focal point for that cross‑border solidarity. For anyone weighing whether to join, think about the statement your presence makes as well as the fun , and remember events like these attract heavy crowds, so comfortable shoes and a plan for meeting friends matter.</w:t>
      </w:r>
      <w:r/>
    </w:p>
    <w:p>
      <w:r/>
      <w:r>
        <w:t>How to pick the right ticket and make the day work</w:t>
      </w:r>
      <w:r/>
    </w:p>
    <w:p>
      <w:r/>
      <w:r>
        <w:t>If you plan a same‑day return, timing is everything. The train’s schedule gave attendees from about noon until 20:00 in Amsterdam, so decide which events you want to prioritise; the Canal Parade is a must for many, but there are also marches, parties and quieter gatherings. Book earlier for better carriage choice; if you’re bringing a group, reserve contiguous seats or a private compartment if available. Pack light , carry a small bag with water, a portable charger and anything for quick shelter against drizzle.</w:t>
      </w:r>
      <w:r/>
    </w:p>
    <w:p>
      <w:r/>
      <w:r>
        <w:t>Safety, solidarity and the small comforts</w:t>
      </w:r>
      <w:r/>
    </w:p>
    <w:p>
      <w:r/>
      <w:r>
        <w:t>Organisers emphasised the trip’s symbolic significance after recent attacks at Pride events elsewhere. For many passengers the journey was a conscious “show up” moment. Practically, bring ID, keep emergency contacts to hand and agree on a meeting point if your group scatters. Also, be aware of local rules in Amsterdam: public drinking, local transit links and crowd management differ from Cologne, so a quick check of the World Pride schedule and maps is sensible before you board.</w:t>
      </w:r>
      <w:r/>
    </w:p>
    <w:p>
      <w:r/>
      <w:r>
        <w:t>Looking ahead: more special trains and tighter ties</w:t>
      </w:r>
      <w:r/>
    </w:p>
    <w:p>
      <w:r/>
      <w:r>
        <w:t>The Cologne Pride Express feels like part of a broader trend towards special‑purpose transport for large cultural events: it’s efficient, sociable and makes the trip itself part of the celebration. Expect more collaborations between city Prides and event organisers, and possibly more themed carriages as demand holds. For travellers, it’s a reminder that journeys can carry meaning , and that showing up together still counts.</w:t>
      </w:r>
      <w:r/>
    </w:p>
    <w:p>
      <w:r/>
      <w:r>
        <w:t>It’s a small change that can make every mile feel like part of the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0">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https://www.ksta.de/koeln/koeln-cologne-pride-express-rollt-mit-partystimmung-nach-amsterdam-1339113</w:t>
        </w:r>
      </w:hyperlink>
      <w:r>
        <w:t xml:space="preserve"> - Please view link - unable to able to access data</w:t>
      </w:r>
      <w:r/>
    </w:p>
    <w:p>
      <w:pPr>
        <w:pStyle w:val="ListNumber"/>
        <w:spacing w:line="240" w:lineRule="auto"/>
        <w:ind w:left="720"/>
      </w:pPr>
      <w:r/>
      <w:hyperlink r:id="rId9">
        <w:r>
          <w:rPr>
            <w:color w:val="0000EE"/>
            <w:u w:val="single"/>
          </w:rPr>
          <w:t>https://www.ksta.de/koeln/koeln-cologne-pride-express-rollt-mit-partystimmung-nach-amsterdam-1339113</w:t>
        </w:r>
      </w:hyperlink>
      <w:r>
        <w:t xml:space="preserve"> - The Cologne Pride Express departed from Cologne's main station to Amsterdam for the World Pride and Canal Parade. This special train, co-organised by Cologne Pride, featured 11 carriages, including two disco carriages with bars, DJs, and loud music, creating a lively party atmosphere. Tickets for the round trip were available from €85.90. Passengers had from 12 to 8 pm to participate in Amsterdam's events before returning to Cologne in the evening. Additional stops in North Rhine-Westphalia allowed more passengers to join the journey.</w:t>
      </w:r>
      <w:r/>
    </w:p>
    <w:p>
      <w:pPr>
        <w:pStyle w:val="ListNumber"/>
        <w:spacing w:line="240" w:lineRule="auto"/>
        <w:ind w:left="720"/>
      </w:pPr>
      <w:r/>
      <w:hyperlink r:id="rId10">
        <w:r>
          <w:rPr>
            <w:color w:val="0000EE"/>
            <w:u w:val="single"/>
          </w:rPr>
          <w:t>https://pride.express/en/</w:t>
        </w:r>
      </w:hyperlink>
      <w:r>
        <w:t xml:space="preserve"> - Pride Express offers party trains from Belgium to Amsterdam WorldPride on August 1st and from the Netherlands to Antwerp Pride on August 8th, 2026. The trains are equipped with a DJ, bar, lounge compartments, and an open, welcoming atmosphere. Departing from stations in Ghent, Brussels, and Antwerp, the service ensures passengers arrive in time for the festivities and returns them safely in the evening, eliminating the need for hotels or public transport.</w:t>
      </w:r>
      <w:r/>
    </w:p>
    <w:p>
      <w:pPr>
        <w:pStyle w:val="ListNumber"/>
        <w:spacing w:line="240" w:lineRule="auto"/>
        <w:ind w:left="720"/>
      </w:pPr>
      <w:r/>
      <w:hyperlink r:id="rId12">
        <w:r>
          <w:rPr>
            <w:color w:val="0000EE"/>
            <w:u w:val="single"/>
          </w:rPr>
          <w:t>https://pride.amsterdam/en/van-jaar-tot-jaar/</w:t>
        </w:r>
      </w:hyperlink>
      <w:r>
        <w:t xml:space="preserve"> - Pride Amsterdam's 2024 theme, 'TOGETHER', emphasised unity within the LGBTQIA+ community and allies. Amidst global challenges to rainbow identities and freedoms, the focus was on finding strength in diversity. The event featured ambassadors like Nickie Nicole, Inge Lamboo, Karen the Host, Rikkie Kollé, André Donker, and Haroon Ali, highlighting the importance of solidarity and connection.</w:t>
      </w:r>
      <w:r/>
    </w:p>
    <w:p>
      <w:pPr>
        <w:pStyle w:val="ListNumber"/>
        <w:spacing w:line="240" w:lineRule="auto"/>
        <w:ind w:left="720"/>
      </w:pPr>
      <w:r/>
      <w:hyperlink r:id="rId14">
        <w:r>
          <w:rPr>
            <w:color w:val="0000EE"/>
            <w:u w:val="single"/>
          </w:rPr>
          <w:t>https://www.express.de/koeln/cologne-pride-2023-schlager-ikone-tritt-am-koelner-heumarkt-auf-585594</w:t>
        </w:r>
      </w:hyperlink>
      <w:r>
        <w:t xml:space="preserve"> - Cologne Pride 2023 commenced on June 24, 2023, with the grand parade scheduled for July 9. Organisers anticipated around 200 groups participating in the main parade. The event featured performances by Schlager icon Dieter Thomas Kuhn and singer Tim Bendzko, offering a diverse programme for attendees.</w:t>
      </w:r>
      <w:r/>
    </w:p>
    <w:p>
      <w:pPr>
        <w:pStyle w:val="ListNumber"/>
        <w:spacing w:line="240" w:lineRule="auto"/>
        <w:ind w:left="720"/>
      </w:pPr>
      <w:r/>
      <w:hyperlink r:id="rId11">
        <w:r>
          <w:rPr>
            <w:color w:val="0000EE"/>
            <w:u w:val="single"/>
          </w:rPr>
          <w:t>https://www.ksta.de/koeln/koeln-cologne-pride-2023-koelner-stadt-anzeiger-faehrt-erstmals-mit-eigenem-wagen-beim-csd-in-koeln-mit-607068</w:t>
        </w:r>
      </w:hyperlink>
      <w:r>
        <w:t xml:space="preserve"> - For the first time, the 'Kölner Stadt-Anzeiger' media group participated in the Cologne Pride parade with its own float. Employees from 'Kölner Stadt-Anzeiger', 'Express', and 'Radio Köln' joined celebrities like Bon&amp;Max from 'Prince Charming' on float number 108 during the multi-hour CSD demo in Cologne on July 9, 2023.</w:t>
      </w:r>
      <w:r/>
    </w:p>
    <w:p>
      <w:pPr>
        <w:pStyle w:val="ListNumber"/>
        <w:spacing w:line="240" w:lineRule="auto"/>
        <w:ind w:left="720"/>
      </w:pPr>
      <w:r/>
      <w:hyperlink r:id="rId13">
        <w:r>
          <w:rPr>
            <w:color w:val="0000EE"/>
            <w:u w:val="single"/>
          </w:rPr>
          <w:t>https://dutchreview.com/culture/holidays/amsterdam/amsterdam-pride-2023-guide/</w:t>
        </w:r>
      </w:hyperlink>
      <w:r>
        <w:t xml:space="preserve"> - Amsterdam Pride 2023, held from July 22 to August 6, expanded to a two-week festival. Organised by Queer Amsterdam in the first week and Pride Amsterdam in the second, the event's theme '#YouAreIncluded' aimed to foster inclusivity. The grand finale, the Canal Parade, took place on August 5, 2023, after two weeks of rainbow-covered splendour.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koeln/koeln-cologne-pride-express-rollt-mit-partystimmung-nach-amsterdam-1339113" TargetMode="External"/><Relationship Id="rId10" Type="http://schemas.openxmlformats.org/officeDocument/2006/relationships/hyperlink" Target="https://pride.express/en/" TargetMode="External"/><Relationship Id="rId11" Type="http://schemas.openxmlformats.org/officeDocument/2006/relationships/hyperlink" Target="https://www.ksta.de/koeln/koeln-cologne-pride-2023-koelner-stadt-anzeiger-faehrt-erstmals-mit-eigenem-wagen-beim-csd-in-koeln-mit-607068" TargetMode="External"/><Relationship Id="rId12" Type="http://schemas.openxmlformats.org/officeDocument/2006/relationships/hyperlink" Target="https://pride.amsterdam/en/van-jaar-tot-jaar/" TargetMode="External"/><Relationship Id="rId13" Type="http://schemas.openxmlformats.org/officeDocument/2006/relationships/hyperlink" Target="https://dutchreview.com/culture/holidays/amsterdam/amsterdam-pride-2023-guide/" TargetMode="External"/><Relationship Id="rId14" Type="http://schemas.openxmlformats.org/officeDocument/2006/relationships/hyperlink" Target="https://www.express.de/koeln/cologne-pride-2023-schlager-ikone-tritt-am-koelner-heumarkt-auf-5855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