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Christopher Street Day Moments in Hamburg: Stars, Crowds and a Clear Call for Respect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party-goers turned out in force as Hamburg’s Christopher Street Day drew huge crowds, celebrity greetings and a lively mood , a vivid reminder that Pride remains both a celebration and a political statement about diversity, dignity and safety.</w:t>
      </w:r>
      <w:r/>
    </w:p>
    <w:p>
      <w:r/>
      <w:r>
        <w:t>Essential Takeaways</w:t>
      </w:r>
      <w:r/>
      <w:r/>
    </w:p>
    <w:p>
      <w:pPr>
        <w:pStyle w:val="ListBullet"/>
        <w:spacing w:line="240" w:lineRule="auto"/>
        <w:ind w:left="720"/>
      </w:pPr>
      <w:r/>
      <w:r>
        <w:rPr>
          <w:b/>
        </w:rPr>
        <w:t>Mass turnout:</w:t>
      </w:r>
      <w:r>
        <w:t xml:space="preserve"> Tens of thousands joined the CSD parade through Hamburg, with organisers and police reporting large numbers on the streets.</w:t>
      </w:r>
      <w:r/>
    </w:p>
    <w:p>
      <w:pPr>
        <w:pStyle w:val="ListBullet"/>
        <w:spacing w:line="240" w:lineRule="auto"/>
        <w:ind w:left="720"/>
      </w:pPr>
      <w:r/>
      <w:r>
        <w:rPr>
          <w:b/>
        </w:rPr>
        <w:t>Celebrity support:</w:t>
      </w:r>
      <w:r>
        <w:t xml:space="preserve"> German rock star Udo Lindenberg sent warm greetings and a message against hate, sharing a video dancing with drag artist Olivia Jones.</w:t>
      </w:r>
      <w:r/>
    </w:p>
    <w:p>
      <w:pPr>
        <w:pStyle w:val="ListBullet"/>
        <w:spacing w:line="240" w:lineRule="auto"/>
        <w:ind w:left="720"/>
      </w:pPr>
      <w:r/>
      <w:r>
        <w:rPr>
          <w:b/>
        </w:rPr>
        <w:t>Festival feel:</w:t>
      </w:r>
      <w:r>
        <w:t xml:space="preserve"> The day mixed colourful floats, music and street parties with a serious message about inclusion and human rights.</w:t>
      </w:r>
      <w:r/>
    </w:p>
    <w:p>
      <w:pPr>
        <w:pStyle w:val="ListBullet"/>
        <w:spacing w:line="240" w:lineRule="auto"/>
        <w:ind w:left="720"/>
      </w:pPr>
      <w:r/>
      <w:r>
        <w:rPr>
          <w:b/>
        </w:rPr>
        <w:t>Local scale-up:</w:t>
      </w:r>
      <w:r>
        <w:t xml:space="preserve"> Organisers adapted the route and vehicle presence this year, trading some big trucks for more walking groups and performances.</w:t>
      </w:r>
      <w:r/>
    </w:p>
    <w:p>
      <w:pPr>
        <w:pStyle w:val="ListBullet"/>
        <w:spacing w:line="240" w:lineRule="auto"/>
        <w:ind w:left="720"/>
      </w:pPr>
      <w:r/>
      <w:r>
        <w:rPr>
          <w:b/>
        </w:rPr>
        <w:t>Visitor tips:</w:t>
      </w:r>
      <w:r>
        <w:t xml:space="preserve"> Expect loud music, crowded areas, and lots of photo opportunities; wear comfortable shoes and plan meeting points.</w:t>
      </w:r>
      <w:r/>
      <w:r/>
    </w:p>
    <w:p>
      <w:pPr>
        <w:pStyle w:val="Heading2"/>
      </w:pPr>
      <w:r>
        <w:t>A vivid, noisy celebration , and a pointed plea</w:t>
      </w:r>
      <w:r/>
    </w:p>
    <w:p>
      <w:r/>
      <w:r>
        <w:t>The strongest image from this year’s Hamburg CSD was a city alive with colour and sound, and an octogenarian rocker sending a simple, stern message. Udo Lindenberg’s Instagram clip , him dancing with drag artist Olivia Jones while sprinkling heart emojis , underlined what many felt: Pride is joyful, but it’s also a moment to speak up. According to local reports, organisers and police counted hundreds of thousands of people on the streets at various events, underscoring how big the movement’s local audience remains.</w:t>
      </w:r>
      <w:r/>
    </w:p>
    <w:p>
      <w:pPr>
        <w:pStyle w:val="Heading2"/>
      </w:pPr>
      <w:r>
        <w:t>How Hamburg staged its Pride parade this year</w:t>
      </w:r>
      <w:r/>
    </w:p>
    <w:p>
      <w:r/>
      <w:r>
        <w:t>Hamburg’s Pride has a long tradition of being both a party and a protest, and this year organisers made a noticeable tweak to the procession. NDR and city event pages note fewer heavy floats and trucks, and a greater emphasis on walking groups and community contingents. That gave the event a more intimate, human scale , you could hear conversation alongside the music , and made it easier for local groups to be visible without competing with massive sound rigs.</w:t>
      </w:r>
      <w:r/>
    </w:p>
    <w:p>
      <w:pPr>
        <w:pStyle w:val="Heading2"/>
      </w:pPr>
      <w:r>
        <w:t>Stars make the message go further</w:t>
      </w:r>
      <w:r/>
    </w:p>
    <w:p>
      <w:r/>
      <w:r>
        <w:t>When a household name like Lindenberg weighs in, it nudges the conversation beyond the parade itself. His message was plain: show stance against hate, exclusion and prudery, and stand for respect. Celebrities and well-known community figures, like Olivia Jones leading the procession, make headlines but they also help normalise visibility. For visitors and locals alike, that kind of endorsement feels like moral ballast for what is, at its heart, a demand for equal treatment.</w:t>
      </w:r>
      <w:r/>
    </w:p>
    <w:p>
      <w:pPr>
        <w:pStyle w:val="Heading2"/>
      </w:pPr>
      <w:r>
        <w:t>The festival side: what to expect if you go next time</w:t>
      </w:r>
      <w:r/>
    </w:p>
    <w:p>
      <w:r/>
      <w:r>
        <w:t>Hamburg’s CSD is as much a street festival as a march, with stages, food stalls and after-parties across the city. Tourism pages and the official CSD information recommend planning: pick a rendezvous point, carry water, and give yourself time to navigate crowds. If you want a quieter experience, aim for earlier in the day or check smaller satellite events around the city that focus on art, talks and community networking rather than main-stage acts.</w:t>
      </w:r>
      <w:r/>
    </w:p>
    <w:p>
      <w:pPr>
        <w:pStyle w:val="Heading2"/>
      </w:pPr>
      <w:r>
        <w:t>Why the tweaks to the parade matter</w:t>
      </w:r>
      <w:r/>
    </w:p>
    <w:p>
      <w:r/>
      <w:r>
        <w:t>Reducing the number of trucks didn’t make the event any less festive, but it did change the dynamic. Smaller, more numerous groups mean more grassroots voices can be heard and photographed, and the political messages , on banners and in speeches , stand out more. City officials and organisers argue this balances safety, accessibility and the parade’s purpose as a platform for advocacy. For anyone who cares about the movement’s longevity, that shift feels sensible and strategic.</w:t>
      </w:r>
      <w:r/>
    </w:p>
    <w:p>
      <w:r/>
      <w:r>
        <w:t>It's a small change that can make every march more visible and every message louder.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13">
        <w:r>
          <w:rPr>
            <w:color w:val="0000EE"/>
            <w:u w:val="single"/>
          </w:rPr>
          <w:t>[5]</w:t>
        </w:r>
      </w:hyperlink>
      <w:r>
        <w:t xml:space="preserve">, </w:t>
      </w:r>
      <w:hyperlink r:id="rId11">
        <w:r>
          <w:rPr>
            <w:color w:val="0000EE"/>
            <w:u w:val="single"/>
          </w:rPr>
          <w:t>[3]</w:t>
        </w:r>
      </w:hyperlink>
      <w:r>
        <w:t xml:space="preserve">- Paragraph 5: </w:t>
      </w:r>
      <w:hyperlink r:id="rId10">
        <w:r>
          <w:rPr>
            <w:color w:val="0000EE"/>
            <w:u w:val="single"/>
          </w:rPr>
          <w:t>[6]</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https://www.stern.de/gesellschaft/regional/hamburg-schleswig-holstein/pride-gruesse--udo-lindenberg-gruesst-csd---lasst-uns-haltung-zeigen--38045498.html</w:t>
        </w:r>
      </w:hyperlink>
      <w:r>
        <w:t xml:space="preserve"> - Please view link - unable to able to access data</w:t>
      </w:r>
      <w:r/>
    </w:p>
    <w:p>
      <w:pPr>
        <w:pStyle w:val="ListNumber"/>
        <w:spacing w:line="240" w:lineRule="auto"/>
        <w:ind w:left="720"/>
      </w:pPr>
      <w:r/>
      <w:hyperlink r:id="rId14">
        <w:r>
          <w:rPr>
            <w:color w:val="0000EE"/>
            <w:u w:val="single"/>
          </w:rPr>
          <w:t>https://apnews.com/article/4fabf20621b75cdd8f8e05119ea9d281</w:t>
        </w:r>
      </w:hyperlink>
      <w:r>
        <w:t xml:space="preserve"> - On August 1, 2026, Hamburg hosted one of Germany's largest Pride parades, drawing around 300,000 people—a significant increase from the 260,000 attendees the previous year. The event took place under heightened security due to a fatal extremist attack near the Berlin Pride event just a week earlier. The motto for this year’s Hamburg Pride was “Queer in solidarity. Take a stand - for a future without fear.” Security was notably tight, with twice the number of police present compared to the prior year. A truck representing Berlin’s Christopher Street Day (CSD) parade, added as a tribute, featured participants dressed in dark clothing to honor the victims of the recent attack. Hamburg's deputy mayor emphasized the importance of standing strong in the face of violence, while organizers noted a resilient and spirited turnout despite ongoing grief. The Berlin attack occurred on July 25 when a 21-year-old suspect, Abdul Ballout, drove a van into a crowd and attacked others with a machete, killing one woman and injuring several others. Ballout, later killed by police, had pledged allegiance to the Islamic State in a video, and authorities confirmed his prior attempts to connect with IS members during a 2025 trip to Lebanon.</w:t>
      </w:r>
      <w:r/>
    </w:p>
    <w:p>
      <w:pPr>
        <w:pStyle w:val="ListNumber"/>
        <w:spacing w:line="240" w:lineRule="auto"/>
        <w:ind w:left="720"/>
      </w:pPr>
      <w:r/>
      <w:hyperlink r:id="rId11">
        <w:r>
          <w:rPr>
            <w:color w:val="0000EE"/>
            <w:u w:val="single"/>
          </w:rPr>
          <w:t>https://www.hamburg.de/freizeit/strassenfeste/christopher-street-day-hamburg-335914</w:t>
        </w:r>
      </w:hyperlink>
      <w:r>
        <w:t xml:space="preserve"> - Hamburg's Pride Week took place from July 25 to August 2, 2026, featuring numerous events, including the CSD street festival and the grand CSD demonstration. The 2026 motto was 'Solidarisch queer. Haltung zeigen – für eine Zukunft ohne Angst!' ('Queer in solidarity. Take a stand – for a future without fear!'). The demonstration on August 1, 2026, began at Lübecker Str. / Ecke Mühlendamm and proceeded through the city centre to Lombardsbrücke. A special viewing platform for wheelchair users and their companions was set up along the demonstration route.</w:t>
      </w:r>
      <w:r/>
    </w:p>
    <w:p>
      <w:pPr>
        <w:pStyle w:val="ListNumber"/>
        <w:spacing w:line="240" w:lineRule="auto"/>
        <w:ind w:left="720"/>
      </w:pPr>
      <w:r/>
      <w:hyperlink r:id="rId15">
        <w:r>
          <w:rPr>
            <w:color w:val="0000EE"/>
            <w:u w:val="single"/>
          </w:rPr>
          <w:t>https://www.udoversum.de/</w:t>
        </w:r>
      </w:hyperlink>
      <w:r>
        <w:t xml:space="preserve"> - The 'Udoversum' exhibition, celebrating Udo Lindenberg's 80th birthday, is open until October 4, 2026, at the Hamburg stilwerk. The exhibition showcases a comprehensive collection of Lindenberg's art and selected moments from his show career, including films, photos, costumes, and personal items, offering insights into the life of one of Germany's greatest stars. Visitors can experience the exhibition with an audio guide produced specifically for the event, the Radio Udoversum.</w:t>
      </w:r>
      <w:r/>
    </w:p>
    <w:p>
      <w:pPr>
        <w:pStyle w:val="ListNumber"/>
        <w:spacing w:line="240" w:lineRule="auto"/>
        <w:ind w:left="720"/>
      </w:pPr>
      <w:r/>
      <w:hyperlink r:id="rId13">
        <w:r>
          <w:rPr>
            <w:color w:val="0000EE"/>
            <w:u w:val="single"/>
          </w:rPr>
          <w:t>https://www.hamburg-tourism.de/sehen-erleben/veranstaltungen/veranstaltungskalender/csd-hamburg/</w:t>
        </w:r>
      </w:hyperlink>
      <w:r>
        <w:t xml:space="preserve"> - On August 1, 2026, the HAMBURG PRIDE demonstration marched through the city centre, marking the climax of PRIDE WEEK. The event gathered thousands of people along the parade route, with more than 15,000 participants. The annual CSD street festival followed the demonstration. The parade started at Lübecker Straße and proceeded through the city centre to Lombardsbrücke, with the street festival taking place at Jungfernstieg/Ballindamm.</w:t>
      </w:r>
      <w:r/>
    </w:p>
    <w:p>
      <w:pPr>
        <w:pStyle w:val="ListNumber"/>
        <w:spacing w:line="240" w:lineRule="auto"/>
        <w:ind w:left="720"/>
      </w:pPr>
      <w:r/>
      <w:hyperlink r:id="rId10">
        <w:r>
          <w:rPr>
            <w:color w:val="0000EE"/>
            <w:u w:val="single"/>
          </w:rPr>
          <w:t>https://www.ndr.de/nachrichten/hamburg/csd-demo-in-hamburg-mit-weniger-trucks-aber-mehr-gruppen%2Ccsd-300.html</w:t>
        </w:r>
      </w:hyperlink>
      <w:r>
        <w:t xml:space="preserve"> - The Hamburg Christopher Street Day (CSD) in 2026 featured 150 groups participating, a record number. However, there were significantly fewer trucks compared to the previous year. The demonstration took place on August 1, 2026. The organiser, 'Hamburg Pride', attributed the decrease in trucks to the economic crisis, noting that many companies, which typically sponsor the large vehicles, had instead registered foot groups.</w:t>
      </w:r>
      <w:r/>
    </w:p>
    <w:p>
      <w:pPr>
        <w:pStyle w:val="ListNumber"/>
        <w:spacing w:line="240" w:lineRule="auto"/>
        <w:ind w:left="720"/>
      </w:pPr>
      <w:r/>
      <w:hyperlink r:id="rId12">
        <w:r>
          <w:rPr>
            <w:color w:val="0000EE"/>
            <w:u w:val="single"/>
          </w:rPr>
          <w:t>https://www.olivia-jones.de/</w:t>
        </w:r>
      </w:hyperlink>
      <w:r>
        <w:t xml:space="preserve"> - Olivia Jones, Germany's most famous drag queen, is known for her vibrant presence in Hamburg's St. Pauli district. She offers various entertainment options, including bars, clubs, and shows. Her establishments, such as Olivia Jones Bar, Olivias Dschungel Bar, and Olivias Show Club, provide lively environments for visitors seeking a unique nightlife experience in Hamburg. Additionally, Olivia Jones is involved in cultural events and projects, contributing significantly to the city's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ern.de/gesellschaft/regional/hamburg-schleswig-holstein/pride-gruesse--udo-lindenberg-gruesst-csd---lasst-uns-haltung-zeigen--38045498.html" TargetMode="External"/><Relationship Id="rId10" Type="http://schemas.openxmlformats.org/officeDocument/2006/relationships/hyperlink" Target="https://www.ndr.de/nachrichten/hamburg/csd-demo-in-hamburg-mit-weniger-trucks-aber-mehr-gruppen%2Ccsd-300.html" TargetMode="External"/><Relationship Id="rId11" Type="http://schemas.openxmlformats.org/officeDocument/2006/relationships/hyperlink" Target="https://www.hamburg.de/freizeit/strassenfeste/christopher-street-day-hamburg-335914" TargetMode="External"/><Relationship Id="rId12" Type="http://schemas.openxmlformats.org/officeDocument/2006/relationships/hyperlink" Target="https://www.olivia-jones.de/" TargetMode="External"/><Relationship Id="rId13" Type="http://schemas.openxmlformats.org/officeDocument/2006/relationships/hyperlink" Target="https://www.hamburg-tourism.de/sehen-erleben/veranstaltungen/veranstaltungskalender/csd-hamburg/" TargetMode="External"/><Relationship Id="rId14" Type="http://schemas.openxmlformats.org/officeDocument/2006/relationships/hyperlink" Target="https://apnews.com/article/4fabf20621b75cdd8f8e05119ea9d281" TargetMode="External"/><Relationship Id="rId15" Type="http://schemas.openxmlformats.org/officeDocument/2006/relationships/hyperlink" Target="https://www.udoversum.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