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Moments from World Pride Amsterdam: Paris Hilton’s Emotional Return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festivalgoers noticed a glowing pop-culture moment in Amsterdam as Paris Hilton performed her hit "Stars Are Blind" at the World Pride Music Festival , a sentimental, crowd-pleasing set that underlined why Pride remains one of the most meaningful events on the calendar.</w:t>
      </w:r>
      <w:r/>
    </w:p>
    <w:p>
      <w:r/>
      <w:r>
        <w:t>Essential Takeaways</w:t>
      </w:r>
      <w:r/>
      <w:r/>
    </w:p>
    <w:p>
      <w:pPr>
        <w:pStyle w:val="ListBullet"/>
        <w:spacing w:line="240" w:lineRule="auto"/>
        <w:ind w:left="720"/>
      </w:pPr>
      <w:r/>
      <w:r>
        <w:rPr>
          <w:b/>
        </w:rPr>
        <w:t>Emotional performance:</w:t>
      </w:r>
      <w:r>
        <w:t xml:space="preserve"> Paris Hilton sang "Stars Are Blind" at World Pride Amsterdam and visibly moved when the crowd joined in.</w:t>
      </w:r>
      <w:r/>
    </w:p>
    <w:p>
      <w:pPr>
        <w:pStyle w:val="ListBullet"/>
        <w:spacing w:line="240" w:lineRule="auto"/>
        <w:ind w:left="720"/>
      </w:pPr>
      <w:r/>
      <w:r>
        <w:rPr>
          <w:b/>
        </w:rPr>
        <w:t>Two-decade milestone:</w:t>
      </w:r>
      <w:r>
        <w:t xml:space="preserve"> The song marked roughly 20 years since the single first came out, giving the moment extra resonance.</w:t>
      </w:r>
      <w:r/>
    </w:p>
    <w:p>
      <w:pPr>
        <w:pStyle w:val="ListBullet"/>
        <w:spacing w:line="240" w:lineRule="auto"/>
        <w:ind w:left="720"/>
      </w:pPr>
      <w:r/>
      <w:r>
        <w:rPr>
          <w:b/>
        </w:rPr>
        <w:t>Pride connection:</w:t>
      </w:r>
      <w:r>
        <w:t xml:space="preserve"> Hilton told RTL Boulevard she loves Amsterdam and that Pride is about being free and authentic.</w:t>
      </w:r>
      <w:r/>
    </w:p>
    <w:p>
      <w:pPr>
        <w:pStyle w:val="ListBullet"/>
        <w:spacing w:line="240" w:lineRule="auto"/>
        <w:ind w:left="720"/>
      </w:pPr>
      <w:r/>
      <w:r>
        <w:rPr>
          <w:b/>
        </w:rPr>
        <w:t>Festival atmosphere:</w:t>
      </w:r>
      <w:r>
        <w:t xml:space="preserve"> The event featured enthusiastic crowds, joyful singing, and high energy , a celebration as much as a concert.</w:t>
      </w:r>
      <w:r/>
      <w:r/>
    </w:p>
    <w:p>
      <w:pPr>
        <w:pStyle w:val="Heading2"/>
      </w:pPr>
      <w:r>
        <w:t>A pop star meets Pride: the moment that made people cheer</w:t>
      </w:r>
      <w:r/>
    </w:p>
    <w:p>
      <w:r/>
      <w:r>
        <w:t>Paris Hilton stepped back into the spotlight at World Pride Amsterdam and the reaction was immediate , people sang along, cheered, and her composure cracked in the sweetest way. It’s the kind of live-music moment that feels tactile: warm lights, chorus of voices, and a performer who’s surprised by her own impact. According to local coverage, she shared the moment on Instagram and later spoke with RTL Boulevard about how moved she was.</w:t>
      </w:r>
      <w:r/>
    </w:p>
    <w:p>
      <w:pPr>
        <w:pStyle w:val="Heading2"/>
      </w:pPr>
      <w:r>
        <w:t>Why "Stars Are Blind" mattered again tonight</w:t>
      </w:r>
      <w:r/>
    </w:p>
    <w:p>
      <w:r/>
      <w:r>
        <w:t>Twenty years is a long time in pop, and that distance made the performance feel like a small, cinematic homecoming. Hilton noted the anniversary of the single, reflecting on how the song set her off on a career path she couldn’t have predicted. Moments like this show how certain tracks become soundtracks to people’s lives, and why artists return to them when their fans will sing every line back.</w:t>
      </w:r>
      <w:r/>
    </w:p>
    <w:p>
      <w:pPr>
        <w:pStyle w:val="Heading2"/>
      </w:pPr>
      <w:r>
        <w:t>Pride as a purpose, not just a gig</w:t>
      </w:r>
      <w:r/>
    </w:p>
    <w:p>
      <w:r/>
      <w:r>
        <w:t>Hilton told Dutch media that Pride is more than an event , it’s about freedom and authenticity, and that it’s her favourite event to perform. That sentiment , a performer explicitly connecting with the community onstage , is a reminder that big-name appearances at Pride are often about solidarity as much as spectacle. For festival organisers and fans alike, celebrity support still carries emotional weight.</w:t>
      </w:r>
      <w:r/>
    </w:p>
    <w:p>
      <w:pPr>
        <w:pStyle w:val="Heading2"/>
      </w:pPr>
      <w:r>
        <w:t>The wider World Pride vibe: celebration, colour, and community</w:t>
      </w:r>
      <w:r/>
    </w:p>
    <w:p>
      <w:r/>
      <w:r>
        <w:t>World Pride draws big crowds and a packed schedule, and reports from local outlets captured the buoyant atmosphere: floats, canal parades, and stages stacked with acts. The festival mixes giant moments, like Hilton’s set, with grassroots joy , dancers, banners, and people celebrating being themselves. If you’re planning to attend future Prides, expect crowds, sensory overload, and plenty of singalongs.</w:t>
      </w:r>
      <w:r/>
    </w:p>
    <w:p>
      <w:pPr>
        <w:pStyle w:val="Heading2"/>
      </w:pPr>
      <w:r>
        <w:t>What this means for future Pride line-ups</w:t>
      </w:r>
      <w:r/>
    </w:p>
    <w:p>
      <w:r/>
      <w:r>
        <w:t>High-profile artists performing at Pride helps raise its profile and brings fresh audiences, but the best moments blend star power with genuine connection. Paris Hilton’s emotional reaction onstage suggests that when artists show up with real feeling, both sides benefit. For fans, it’s an invitation to join in; for performers, a chance to witness what their work means to people.</w:t>
      </w:r>
      <w:r/>
    </w:p>
    <w:p>
      <w:r/>
      <w:r>
        <w:t>It's a small, bright reminder that a song and a crowd can turn a night into a memory.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1">
        <w:r>
          <w:rPr>
            <w:color w:val="0000EE"/>
            <w:u w:val="single"/>
          </w:rPr>
          <w:t>[5]</w:t>
        </w:r>
      </w:hyperlink>
      <w:r>
        <w:t xml:space="preserve">, </w:t>
      </w:r>
      <w:hyperlink r:id="rId9">
        <w:r>
          <w:rPr>
            <w:color w:val="0000EE"/>
            <w:u w:val="single"/>
          </w:rPr>
          <w:t>[1]</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https://www.telegraaf.nl/entertainment/sterren/paris-hilton-geraakt-door-world-pride-amsterdam-dromen-komen-echt-uit/159488576.html</w:t>
        </w:r>
      </w:hyperlink>
      <w:r>
        <w:t xml:space="preserve"> - Please view link - unable to able to access data</w:t>
      </w:r>
      <w:r/>
    </w:p>
    <w:p>
      <w:pPr>
        <w:pStyle w:val="ListNumber"/>
        <w:spacing w:line="240" w:lineRule="auto"/>
        <w:ind w:left="720"/>
      </w:pPr>
      <w:r/>
      <w:hyperlink r:id="rId10">
        <w:r>
          <w:rPr>
            <w:color w:val="0000EE"/>
            <w:u w:val="single"/>
          </w:rPr>
          <w:t>https://www.out.com/gay-entertainment/worldpride-2026-lineup</w:t>
        </w:r>
      </w:hyperlink>
      <w:r>
        <w:t xml:space="preserve"> - This article announces that Paris Hilton and Bebe Rexha are set to headline the WorldPride Music Festival 2026 in Amsterdam, scheduled for July 31 and August 1, 2026. The festival aims to celebrate with the global queer community in Europe during the summer. (</w:t>
      </w:r>
      <w:hyperlink r:id="rId16">
        <w:r>
          <w:rPr>
            <w:color w:val="0000EE"/>
            <w:u w:val="single"/>
          </w:rPr>
          <w:t>out.com</w:t>
        </w:r>
      </w:hyperlink>
      <w:r>
        <w:t>)</w:t>
      </w:r>
      <w:r/>
    </w:p>
    <w:p>
      <w:pPr>
        <w:pStyle w:val="ListNumber"/>
        <w:spacing w:line="240" w:lineRule="auto"/>
        <w:ind w:left="720"/>
      </w:pPr>
      <w:r/>
      <w:hyperlink r:id="rId12">
        <w:r>
          <w:rPr>
            <w:color w:val="0000EE"/>
            <w:u w:val="single"/>
          </w:rPr>
          <w:t>https://www.bravotv.com/the-daily-dish/paris-hilton-stars-are-blind-single-what-does-she-think-of-song-now</w:t>
        </w:r>
      </w:hyperlink>
      <w:r>
        <w:t xml:space="preserve"> - In this interview, Paris Hilton reflects on her debut single 'Stars Are Blind' on its 10th anniversary, expressing pride in the song's timeless and classic nature. She mentions that she still incorporates it into her DJ sets, noting the positive reactions from fans. (</w:t>
      </w:r>
      <w:hyperlink r:id="rId17">
        <w:r>
          <w:rPr>
            <w:color w:val="0000EE"/>
            <w:u w:val="single"/>
          </w:rPr>
          <w:t>bravotv.com</w:t>
        </w:r>
      </w:hyperlink>
      <w:r>
        <w:t>)</w:t>
      </w:r>
      <w:r/>
    </w:p>
    <w:p>
      <w:pPr>
        <w:pStyle w:val="ListNumber"/>
        <w:spacing w:line="240" w:lineRule="auto"/>
        <w:ind w:left="720"/>
      </w:pPr>
      <w:r/>
      <w:hyperlink r:id="rId13">
        <w:r>
          <w:rPr>
            <w:color w:val="0000EE"/>
            <w:u w:val="single"/>
          </w:rPr>
          <w:t>https://www.cbsnews.com/news/on-this-paris-hilton-video-she-sings/</w:t>
        </w:r>
      </w:hyperlink>
      <w:r>
        <w:t xml:space="preserve"> - This article discusses the release of Paris Hilton's music video for her debut single 'Stars Are Blind,' directed by Chris Applebaum. The video features Hilton in a leopard-print bikini, frolicking on the beach with a male model. The song is described as a catchy reggae-influenced track, reminiscent of Blondie's 1980 cover of 'The Tide Is High.' (</w:t>
      </w:r>
      <w:hyperlink r:id="rId18">
        <w:r>
          <w:rPr>
            <w:color w:val="0000EE"/>
            <w:u w:val="single"/>
          </w:rPr>
          <w:t>cbsnews.com</w:t>
        </w:r>
      </w:hyperlink>
      <w:r>
        <w:t>)</w:t>
      </w:r>
      <w:r/>
    </w:p>
    <w:p>
      <w:pPr>
        <w:pStyle w:val="ListNumber"/>
        <w:spacing w:line="240" w:lineRule="auto"/>
        <w:ind w:left="720"/>
      </w:pPr>
      <w:r/>
      <w:hyperlink r:id="rId11">
        <w:r>
          <w:rPr>
            <w:color w:val="0000EE"/>
            <w:u w:val="single"/>
          </w:rPr>
          <w:t>https://www.rtl.nl/rubrieken/rtl-boulevard/artikel/5325429/bekende-nederlanders-vieren-pride-amsterdam-lhbtiq</w:t>
        </w:r>
      </w:hyperlink>
      <w:r>
        <w:t xml:space="preserve"> - This article highlights the participation of various Dutch celebrities in the Amsterdam Pride event. It mentions Karin Bloemen performing on boat number 21 in an extravagant red ball gown, and Bas Smit and Nicolette van Dam attending the event, with Bas drawing attention with his pink watercraft shaped like a car. (</w:t>
      </w:r>
      <w:hyperlink r:id="rId19">
        <w:r>
          <w:rPr>
            <w:color w:val="0000EE"/>
            <w:u w:val="single"/>
          </w:rPr>
          <w:t>rtl.nl</w:t>
        </w:r>
      </w:hyperlink>
      <w:r>
        <w:t>)</w:t>
      </w:r>
      <w:r/>
    </w:p>
    <w:p>
      <w:pPr>
        <w:pStyle w:val="ListNumber"/>
        <w:spacing w:line="240" w:lineRule="auto"/>
        <w:ind w:left="720"/>
      </w:pPr>
      <w:r/>
      <w:hyperlink r:id="rId14">
        <w:r>
          <w:rPr>
            <w:color w:val="0000EE"/>
            <w:u w:val="single"/>
          </w:rPr>
          <w:t>https://www.rtl.nl/rubrieken/rtl-boulevard/artikel/965711/bners-vermaken-zich-op-amsterdam-pride</w:t>
        </w:r>
      </w:hyperlink>
      <w:r>
        <w:t xml:space="preserve"> - This article reports on the participation of various Dutch celebrities in the Amsterdam Pride event. It mentions Karin Bloemen performing on boat number 21 in an extravagant red ball gown, and Bas Smit and Nicolette van Dam attending the event, with Bas drawing attention with his pink watercraft shaped like a car. (</w:t>
      </w:r>
      <w:hyperlink r:id="rId20">
        <w:r>
          <w:rPr>
            <w:color w:val="0000EE"/>
            <w:u w:val="single"/>
          </w:rPr>
          <w:t>rtl.nl</w:t>
        </w:r>
      </w:hyperlink>
      <w:r>
        <w:t>)</w:t>
      </w:r>
      <w:r/>
    </w:p>
    <w:p>
      <w:pPr>
        <w:pStyle w:val="ListNumber"/>
        <w:spacing w:line="240" w:lineRule="auto"/>
        <w:ind w:left="720"/>
      </w:pPr>
      <w:r/>
      <w:hyperlink r:id="rId15">
        <w:r>
          <w:rPr>
            <w:color w:val="0000EE"/>
            <w:u w:val="single"/>
          </w:rPr>
          <w:t>https://www.rtl.nl/rubrieken/rtl-boulevard/artikel/1731326/canal-parade-begonnen-amsterdam</w:t>
        </w:r>
      </w:hyperlink>
      <w:r>
        <w:t xml:space="preserve"> - This article covers the commencement of the 19th edition of the Canal Parade in Amsterdam, marking the annual gay event. It highlights the participation of Jan Smit and Marc van der Linden on a boat to celebrate the occasion. (</w:t>
      </w:r>
      <w:hyperlink r:id="rId21">
        <w:r>
          <w:rPr>
            <w:color w:val="0000EE"/>
            <w:u w:val="single"/>
          </w:rPr>
          <w:t>rtl.nl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elegraaf.nl/entertainment/sterren/paris-hilton-geraakt-door-world-pride-amsterdam-dromen-komen-echt-uit/159488576.html" TargetMode="External"/><Relationship Id="rId10" Type="http://schemas.openxmlformats.org/officeDocument/2006/relationships/hyperlink" Target="https://www.out.com/gay-entertainment/worldpride-2026-lineup" TargetMode="External"/><Relationship Id="rId11" Type="http://schemas.openxmlformats.org/officeDocument/2006/relationships/hyperlink" Target="https://www.rtl.nl/rubrieken/rtl-boulevard/artikel/5325429/bekende-nederlanders-vieren-pride-amsterdam-lhbtiq" TargetMode="External"/><Relationship Id="rId12" Type="http://schemas.openxmlformats.org/officeDocument/2006/relationships/hyperlink" Target="https://www.bravotv.com/the-daily-dish/paris-hilton-stars-are-blind-single-what-does-she-think-of-song-now" TargetMode="External"/><Relationship Id="rId13" Type="http://schemas.openxmlformats.org/officeDocument/2006/relationships/hyperlink" Target="https://www.cbsnews.com/news/on-this-paris-hilton-video-she-sings/" TargetMode="External"/><Relationship Id="rId14" Type="http://schemas.openxmlformats.org/officeDocument/2006/relationships/hyperlink" Target="https://www.rtl.nl/rubrieken/rtl-boulevard/artikel/965711/bners-vermaken-zich-op-amsterdam-pride" TargetMode="External"/><Relationship Id="rId15" Type="http://schemas.openxmlformats.org/officeDocument/2006/relationships/hyperlink" Target="https://www.rtl.nl/rubrieken/rtl-boulevard/artikel/1731326/canal-parade-begonnen-amsterdam" TargetMode="External"/><Relationship Id="rId16" Type="http://schemas.openxmlformats.org/officeDocument/2006/relationships/hyperlink" Target="https://www.out.com/gay-entertainment/worldpride-2026-lineup?utm_source=openai" TargetMode="External"/><Relationship Id="rId17" Type="http://schemas.openxmlformats.org/officeDocument/2006/relationships/hyperlink" Target="https://www.bravotv.com/the-daily-dish/paris-hilton-stars-are-blind-single-what-does-she-think-of-song-now?utm_source=openai" TargetMode="External"/><Relationship Id="rId18" Type="http://schemas.openxmlformats.org/officeDocument/2006/relationships/hyperlink" Target="https://www.cbsnews.com/news/on-this-paris-hilton-video-she-sings/?utm_source=openai" TargetMode="External"/><Relationship Id="rId19" Type="http://schemas.openxmlformats.org/officeDocument/2006/relationships/hyperlink" Target="https://www.rtl.nl/rubrieken/rtl-boulevard/artikel/5325429/bekende-nederlanders-vieren-pride-amsterdam-lhbtiq?utm_source=openai" TargetMode="External"/><Relationship Id="rId20" Type="http://schemas.openxmlformats.org/officeDocument/2006/relationships/hyperlink" Target="https://www.rtl.nl/rubrieken/rtl-boulevard/artikel/965711/bners-vermaken-zich-op-amsterdam-pride?utm_source=openai" TargetMode="External"/><Relationship Id="rId21" Type="http://schemas.openxmlformats.org/officeDocument/2006/relationships/hyperlink" Target="https://www.rtl.nl/rubrieken/rtl-boulevard/artikel/1731326/canal-parade-begonnen-amsterdam?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