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Canal Parade Guide for WorldPride 2026 in Amsterdam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tourists and Pride-goers are turning their eyes to Amsterdam today as the WorldPride 2026 Canal Parade sails through the city; roughly 80 decorated boats will glide along the canals from Oosterdok to Westerdok, drawing hundreds of thousands and creating a party that matters for visibility, culture and safety.</w:t>
      </w:r>
      <w:r/>
    </w:p>
    <w:p>
      <w:r/>
      <w:r>
        <w:t>Essential Takeaways</w:t>
      </w:r>
      <w:r/>
      <w:r/>
    </w:p>
    <w:p>
      <w:pPr>
        <w:pStyle w:val="ListBullet"/>
        <w:spacing w:line="240" w:lineRule="auto"/>
        <w:ind w:left="720"/>
      </w:pPr>
      <w:r/>
      <w:r>
        <w:rPr>
          <w:b/>
        </w:rPr>
        <w:t>Start and route:</w:t>
      </w:r>
      <w:r>
        <w:t xml:space="preserve"> Parade begins at 12:00 from Oosterdok, travels the Nieuwe Herengracht, Amstel and Prinsengracht, finishing at Westerdok around 18:00. </w:t>
      </w:r>
      <w:r/>
    </w:p>
    <w:p>
      <w:pPr>
        <w:pStyle w:val="ListBullet"/>
        <w:spacing w:line="240" w:lineRule="auto"/>
        <w:ind w:left="720"/>
      </w:pPr>
      <w:r/>
      <w:r>
        <w:rPr>
          <w:b/>
        </w:rPr>
        <w:t>Scale and variety:</w:t>
      </w:r>
      <w:r>
        <w:t xml:space="preserve"> About 80 boats represent LGBTIQ+ groups, student and community organisations, big brands and public services; expect colourful, varied floats. </w:t>
      </w:r>
      <w:r/>
    </w:p>
    <w:p>
      <w:pPr>
        <w:pStyle w:val="ListBullet"/>
        <w:spacing w:line="240" w:lineRule="auto"/>
        <w:ind w:left="720"/>
      </w:pPr>
      <w:r/>
      <w:r>
        <w:rPr>
          <w:b/>
        </w:rPr>
        <w:t>New spectator setup:</w:t>
      </w:r>
      <w:r>
        <w:t xml:space="preserve"> A temporary WorldPride Stadium on the Prinsengracht holds roughly 10,000 ticketed spectators with grandstand views. </w:t>
      </w:r>
      <w:r/>
    </w:p>
    <w:p>
      <w:pPr>
        <w:pStyle w:val="ListBullet"/>
        <w:spacing w:line="240" w:lineRule="auto"/>
        <w:ind w:left="720"/>
      </w:pPr>
      <w:r/>
      <w:r>
        <w:rPr>
          <w:b/>
        </w:rPr>
        <w:t>Safety note:</w:t>
      </w:r>
      <w:r>
        <w:t xml:space="preserve"> Security is noticeably stepped up after a recent incident in Berlin; authorities aim to be visible but keep the festival feel. </w:t>
      </w:r>
      <w:r/>
    </w:p>
    <w:p>
      <w:pPr>
        <w:pStyle w:val="ListBullet"/>
        <w:spacing w:line="240" w:lineRule="auto"/>
        <w:ind w:left="720"/>
      </w:pPr>
      <w:r/>
      <w:r>
        <w:rPr>
          <w:b/>
        </w:rPr>
        <w:t>Afterparty map:</w:t>
      </w:r>
      <w:r>
        <w:t xml:space="preserve"> Celebrations continue into the night across Reguliersdwarsstraat, Zeedijk, Stoperaplein and Dam Square , the city stays lively.</w:t>
      </w:r>
      <w:r/>
      <w:r/>
    </w:p>
    <w:p>
      <w:pPr>
        <w:pStyle w:val="Heading2"/>
      </w:pPr>
      <w:r>
        <w:t>Where the parade goes and what to expect on the water</w:t>
      </w:r>
      <w:r/>
    </w:p>
    <w:p>
      <w:r/>
      <w:r>
        <w:t>The parade launches from Oosterdok at midday and follows a classic canal route through the heart of Amsterdam, finishing at Westerdok by early evening. The boats move past narrow bridges and houseboat-lined canals, so expect close-up colour, loud music and the kind of intimate, float-by float atmosphere you can only get on water. According to Pride Amsterdam, the route is designed to showcase the city’s waterways and make the spectacle visible from multiple vantage points.</w:t>
      </w:r>
      <w:r/>
    </w:p>
    <w:p>
      <w:r/>
      <w:r>
        <w:t>If you’re planning to watch from the banks, arrive early for a good spot , some sections fill fast with local residents and international visitors. For photographers, the light on the Prinsengracht in the afternoon is often kinder than you’d expect, so bring a small zoom or a phone with a decent camera.</w:t>
      </w:r>
      <w:r/>
    </w:p>
    <w:p>
      <w:pPr>
        <w:pStyle w:val="Heading2"/>
      </w:pPr>
      <w:r>
        <w:t>Who’s on board: community flags, corporate floats and a few surprises</w:t>
      </w:r>
      <w:r/>
    </w:p>
    <w:p>
      <w:r/>
      <w:r>
        <w:t>Around 80 boats are taking part, featuring community groups like the national COC, student queer organisations and Pride collectives, alongside corporate entries from the likes of national firms and public institutions. Even the fire brigade and Ministry of Defence have boats, reflecting how mainstream the event has become. Pride organisers say this mix helps fund the festival while giving visibility to smaller groups.</w:t>
      </w:r>
      <w:r/>
    </w:p>
    <w:p>
      <w:r/>
      <w:r>
        <w:t>There’s also a nod to Dutch drag and cabaret culture , an entire boat honours Dolly Bellefleur, a beloved local Pride icon. If you want a sense of tradition mixed with modern spectacle, this parade serves both.</w:t>
      </w:r>
      <w:r/>
    </w:p>
    <w:p>
      <w:pPr>
        <w:pStyle w:val="Heading2"/>
      </w:pPr>
      <w:r>
        <w:t>The WorldPride Stadium: tickets, views and why it’s different</w:t>
      </w:r>
      <w:r/>
    </w:p>
    <w:p>
      <w:r/>
      <w:r>
        <w:t>This year’s headline novelty is the WorldPride Stadium, a temporary floating grandstand placed along a stretch of Prinsengracht between Leidsestraat and Spiegelgracht. It seats about 10,000 people on a ticketed basis and creates a stadium-style corridor for the boats to pass through, which changes how the parade is experienced , think theatre meets canal.</w:t>
      </w:r>
      <w:r/>
    </w:p>
    <w:p>
      <w:r/>
      <w:r>
        <w:t>Buying a ticket gives you a guaranteed seat and fewer crowds to jostle through, and it’s worth considering if you want a more ordered view and restroom access. If you prefer the street-level buzz and free vantage points, the traditional canal edges and bridges remain the best choice.</w:t>
      </w:r>
      <w:r/>
    </w:p>
    <w:p>
      <w:pPr>
        <w:pStyle w:val="Heading2"/>
      </w:pPr>
      <w:r>
        <w:t>Safety measures and the mood after recent events</w:t>
      </w:r>
      <w:r/>
    </w:p>
    <w:p>
      <w:r/>
      <w:r>
        <w:t>Security has been tightened in response to a recent attack during a Pride event in Berlin, and Amsterdam’s mayor has signalled extra measures where needed while trying not to spoil the festival atmosphere. Police and visible security posts will be more common along the route, and some access points may require checks.</w:t>
      </w:r>
      <w:r/>
    </w:p>
    <w:p>
      <w:r/>
      <w:r>
        <w:t>Organisers stress they want to make safety measures discreet where possible, so the celebration feels open and welcoming. If you’re coming from abroad, pack patience for bag searches and follow local guidance for access routes and timed entry points.</w:t>
      </w:r>
      <w:r/>
    </w:p>
    <w:p>
      <w:pPr>
        <w:pStyle w:val="Heading2"/>
      </w:pPr>
      <w:r>
        <w:t>Evening plans: where the party keeps going</w:t>
      </w:r>
      <w:r/>
    </w:p>
    <w:p>
      <w:r/>
      <w:r>
        <w:t>The Canal Parade is really the opening act; the city’s LGBTIQ+ nightlife takes over afterwards. Reguliersdwarsstraat remains the classic hub for bars and clubs, while spots like Zeedijk, Stoperaplein and Dam Square host stages, smaller DJ sets and spontaneous street gatherings. The Pride Village at Museumplein opens later in the week with concerts and daytime events, and WorldPride wraps up with a major final concert.</w:t>
      </w:r>
      <w:r/>
    </w:p>
    <w:p>
      <w:r/>
      <w:r>
        <w:t>Practical tip: public transport can be busier than usual, and some tram lines may be rerouted. Consider walking between venues if distances are short, and keep a meetup plan with friends in case phone signals lag in dense crowds.</w:t>
      </w:r>
      <w:r/>
    </w:p>
    <w:p>
      <w:r/>
      <w:r>
        <w:t>It's a small change that can make every moment of the parade safer and more fun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15">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https://www.31mag.nl/world-pride-2026-oggi-sfilano-80-barche-sui-canali-di-amsterdam-e-poi-festa-fino-a-tardi/</w:t>
        </w:r>
      </w:hyperlink>
      <w:r>
        <w:t xml:space="preserve"> - Please view link - unable to able to access data</w:t>
      </w:r>
      <w:r/>
    </w:p>
    <w:p>
      <w:pPr>
        <w:pStyle w:val="ListNumber"/>
        <w:spacing w:line="240" w:lineRule="auto"/>
        <w:ind w:left="720"/>
      </w:pPr>
      <w:r/>
      <w:hyperlink r:id="rId10">
        <w:r>
          <w:rPr>
            <w:color w:val="0000EE"/>
            <w:u w:val="single"/>
          </w:rPr>
          <w:t>https://pride.amsterdam/en/event/canal-parade/</w:t>
        </w:r>
      </w:hyperlink>
      <w:r>
        <w:t xml:space="preserve"> - The official website for the Canal Parade during WorldPride Amsterdam 2026 provides detailed information about the event, including the route, participants, and practical details. The parade is scheduled for Saturday, 1 August 2026, from 12:00 to 18:00, and will traverse the city's canals, starting at Oosterdok and ending at Westerdok. The website also outlines guidelines for boat participants, visitor accessibility, and amenities along the route.</w:t>
      </w:r>
      <w:r/>
    </w:p>
    <w:p>
      <w:pPr>
        <w:pStyle w:val="ListNumber"/>
        <w:spacing w:line="240" w:lineRule="auto"/>
        <w:ind w:left="720"/>
      </w:pPr>
      <w:r/>
      <w:hyperlink r:id="rId12">
        <w:r>
          <w:rPr>
            <w:color w:val="0000EE"/>
            <w:u w:val="single"/>
          </w:rPr>
          <w:t>https://pride.amsterdam/en/voorbereiding-vloot-voor-worldpride-amsterdam-begint/</w:t>
        </w:r>
      </w:hyperlink>
      <w:r>
        <w:t xml:space="preserve"> - This press release announces the commencement of preparations for the WorldPride Amsterdam 2026 Canal Parade. Scheduled for 1 August 2026, the parade will celebrate the 30th anniversary of Pride Amsterdam and the 10th edition of WorldPride. The event aims to raise awareness for equal rights and issues affecting the LGBTIQA+ community. The selection committee has reviewed submitted concepts to form a unique fleet of 80 boats, with every continent represented. A special 300-metre stadium with 10,000 seats will be constructed along the Prinsengracht to enhance the experience.</w:t>
      </w:r>
      <w:r/>
    </w:p>
    <w:p>
      <w:pPr>
        <w:pStyle w:val="ListNumber"/>
        <w:spacing w:line="240" w:lineRule="auto"/>
        <w:ind w:left="720"/>
      </w:pPr>
      <w:r/>
      <w:hyperlink r:id="rId11">
        <w:r>
          <w:rPr>
            <w:color w:val="0000EE"/>
            <w:u w:val="single"/>
          </w:rPr>
          <w:t>https://amsterdaminside.com/news/worldpride-amsterdam-canal-parade-2026-guide</w:t>
        </w:r>
      </w:hyperlink>
      <w:r>
        <w:t xml:space="preserve"> - This guide provides comprehensive information about the WorldPride Amsterdam 2026 Canal Parade, scheduled for 1 August 2026. The parade will feature approximately 80 decorated boats sailing a 6-kilometre route through Amsterdam's UNESCO-listed canals. The article offers insights into the event's history, viewing tips, and accommodation options for visitors. It also highlights the significance of the parade as a unique celebration of the LGBTIQ+ community, emphasizing Amsterdam's role as a global hub for Pride events.</w:t>
      </w:r>
      <w:r/>
    </w:p>
    <w:p>
      <w:pPr>
        <w:pStyle w:val="ListNumber"/>
        <w:spacing w:line="240" w:lineRule="auto"/>
        <w:ind w:left="720"/>
      </w:pPr>
      <w:r/>
      <w:hyperlink r:id="rId14">
        <w:r>
          <w:rPr>
            <w:color w:val="0000EE"/>
            <w:u w:val="single"/>
          </w:rPr>
          <w:t>https://pride.amsterdam/en/inschrijving-deelnemers-canal-parade-mogelijk-tot-2-februari/</w:t>
        </w:r>
      </w:hyperlink>
      <w:r>
        <w:t xml:space="preserve"> - This press release announces the opening of participant registration for the WorldPride Amsterdam 2026 Canal Parade. Interested parties can apply to participate until 2 February 2026. The event is expected to attract a significantly higher number of entries and interest from all continents. Participants are required to submit a concept proposal that aligns with the theme 'UNITY'. The selection committee will review submissions and announce the chosen participants on 14 February 2026.</w:t>
      </w:r>
      <w:r/>
    </w:p>
    <w:p>
      <w:pPr>
        <w:pStyle w:val="ListNumber"/>
        <w:spacing w:line="240" w:lineRule="auto"/>
        <w:ind w:left="720"/>
      </w:pPr>
      <w:r/>
      <w:hyperlink r:id="rId15">
        <w:r>
          <w:rPr>
            <w:color w:val="0000EE"/>
            <w:u w:val="single"/>
          </w:rPr>
          <w:t>https://pride.amsterdam/en/</w:t>
        </w:r>
      </w:hyperlink>
      <w:r>
        <w:t xml:space="preserve"> - The official website for Pride Amsterdam 2026 provides information about various events, including the Canal Parade, concerts at Museumplein, and the Wedding Party XXL. The Canal Parade, scheduled for 1 August 2026, will feature a WorldPride Stadium along the Prinsengracht with around 10,000 seats. The website also offers details about ticketing, accessibility, and other festivities taking place during the WorldPride celebrations.</w:t>
      </w:r>
      <w:r/>
    </w:p>
    <w:p>
      <w:pPr>
        <w:pStyle w:val="ListNumber"/>
        <w:spacing w:line="240" w:lineRule="auto"/>
        <w:ind w:left="720"/>
      </w:pPr>
      <w:r/>
      <w:hyperlink r:id="rId13">
        <w:r>
          <w:rPr>
            <w:color w:val="0000EE"/>
            <w:u w:val="single"/>
          </w:rPr>
          <w:t>https://www.iamsterdam.com/en/whats-on/calendar/festivals/events/canal-parade</w:t>
        </w:r>
      </w:hyperlink>
      <w:r>
        <w:t xml:space="preserve"> - This page from I amsterdam provides details about the Canal Parade, a highlight of WorldPride Amsterdam. Scheduled for 1 August 2026, the parade will feature about 80 boats representing various LGBTQI+ organisations, cruising the city's canals in elaborately decorated boats. The event aims to celebrate the past, present, and future of the LGBTI community, emphasizing inclusivity and diversity. The page also offers information on viewing locations and the event's significance within the broader WorldPride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31mag.nl/world-pride-2026-oggi-sfilano-80-barche-sui-canali-di-amsterdam-e-poi-festa-fino-a-tardi/" TargetMode="External"/><Relationship Id="rId10" Type="http://schemas.openxmlformats.org/officeDocument/2006/relationships/hyperlink" Target="https://pride.amsterdam/en/event/canal-parade/" TargetMode="External"/><Relationship Id="rId11" Type="http://schemas.openxmlformats.org/officeDocument/2006/relationships/hyperlink" Target="https://amsterdaminside.com/news/worldpride-amsterdam-canal-parade-2026-guide" TargetMode="External"/><Relationship Id="rId12" Type="http://schemas.openxmlformats.org/officeDocument/2006/relationships/hyperlink" Target="https://pride.amsterdam/en/voorbereiding-vloot-voor-worldpride-amsterdam-begint/" TargetMode="External"/><Relationship Id="rId13" Type="http://schemas.openxmlformats.org/officeDocument/2006/relationships/hyperlink" Target="https://www.iamsterdam.com/en/whats-on/calendar/festivals/events/canal-parade" TargetMode="External"/><Relationship Id="rId14" Type="http://schemas.openxmlformats.org/officeDocument/2006/relationships/hyperlink" Target="https://pride.amsterdam/en/inschrijving-deelnemers-canal-parade-mogelijk-tot-2-februari/" TargetMode="External"/><Relationship Id="rId15" Type="http://schemas.openxmlformats.org/officeDocument/2006/relationships/hyperlink" Target="https://pride.amsterda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