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Spot: The North Star’s First-Ever Pride Party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parade-goers are flocking to The North Star in Pavilion Buildings as it hosts its first-ever Pride party, a bright, inclusive celebration where food, DJs and fundraising meet right on Brighton’s parade route , and every pint helps a local charity.</w:t>
      </w:r>
      <w:r/>
    </w:p>
    <w:p>
      <w:r/>
      <w:r>
        <w:t>Essential Takeaways</w:t>
      </w:r>
      <w:r/>
      <w:r/>
    </w:p>
    <w:p>
      <w:pPr>
        <w:pStyle w:val="ListBullet"/>
        <w:spacing w:line="240" w:lineRule="auto"/>
        <w:ind w:left="720"/>
      </w:pPr>
      <w:r/>
      <w:r>
        <w:rPr>
          <w:b/>
        </w:rPr>
        <w:t>Community-backed venue:</w:t>
      </w:r>
      <w:r>
        <w:t xml:space="preserve"> The North Star is run by Team Domenica and funnels pub profits into supporting young people with learning disabilities and autism.</w:t>
      </w:r>
      <w:r/>
    </w:p>
    <w:p>
      <w:pPr>
        <w:pStyle w:val="ListBullet"/>
        <w:spacing w:line="240" w:lineRule="auto"/>
        <w:ind w:left="720"/>
      </w:pPr>
      <w:r/>
      <w:r>
        <w:rPr>
          <w:b/>
        </w:rPr>
        <w:t>All-day party:</w:t>
      </w:r>
      <w:r>
        <w:t xml:space="preserve"> DJs, outdoor terrace entertainment from 1pm–9pm, a Pride menu and cocktails honouring LGBTQi+ activists.</w:t>
      </w:r>
      <w:r/>
    </w:p>
    <w:p>
      <w:pPr>
        <w:pStyle w:val="ListBullet"/>
        <w:spacing w:line="240" w:lineRule="auto"/>
        <w:ind w:left="720"/>
      </w:pPr>
      <w:r/>
      <w:r>
        <w:rPr>
          <w:b/>
        </w:rPr>
        <w:t>Accessible and friendly:</w:t>
      </w:r>
      <w:r>
        <w:t xml:space="preserve"> Wheelchair accessible, family- and dog-friendly, with VIP booths for groups.</w:t>
      </w:r>
      <w:r/>
    </w:p>
    <w:p>
      <w:pPr>
        <w:pStyle w:val="ListBullet"/>
        <w:spacing w:line="240" w:lineRule="auto"/>
        <w:ind w:left="720"/>
      </w:pPr>
      <w:r/>
      <w:r>
        <w:rPr>
          <w:b/>
        </w:rPr>
        <w:t>Weekend vibes:</w:t>
      </w:r>
      <w:r>
        <w:t xml:space="preserve"> Party continues Sunday with Ska Sunday, Caribbean food and rum punch , relaxed, sunny and sociable.</w:t>
      </w:r>
      <w:r/>
    </w:p>
    <w:p>
      <w:pPr>
        <w:pStyle w:val="ListBullet"/>
        <w:spacing w:line="240" w:lineRule="auto"/>
        <w:ind w:left="720"/>
      </w:pPr>
      <w:r/>
      <w:r>
        <w:rPr>
          <w:b/>
        </w:rPr>
        <w:t>Practical note:</w:t>
      </w:r>
      <w:r>
        <w:t xml:space="preserve"> Food available to eat in or takeaway, ideal if you’re watching the parade nearby.</w:t>
      </w:r>
      <w:r/>
      <w:r/>
    </w:p>
    <w:p>
      <w:pPr>
        <w:pStyle w:val="Heading2"/>
      </w:pPr>
      <w:r>
        <w:t>A Pride party with purpose , right by the parade route</w:t>
      </w:r>
      <w:r/>
    </w:p>
    <w:p>
      <w:r/>
      <w:r>
        <w:t>The strongest detail here is a simple one: The North Star sits just yards from Brighton’s main Pride route, so you can step straight from the crowd into music and shade. It’s not just another pub takeover; it’s a community-minded venue where every pint helps pay for Team Domenica’s work getting young people into paid jobs. Expect a lively, colourful terrace atmosphere and the comforting hum of people celebrating together.</w:t>
      </w:r>
      <w:r/>
    </w:p>
    <w:p>
      <w:pPr>
        <w:pStyle w:val="Heading2"/>
      </w:pPr>
      <w:r>
        <w:t>DJs, disco and cocktails named for activists</w:t>
      </w:r>
      <w:r/>
    </w:p>
    <w:p>
      <w:r/>
      <w:r>
        <w:t>Entertainment runs all afternoon, with House of Disco hosting on the terrace and DJs spinning through to early evening. The pub will also run a dedicated Pride menu and cocktails named after LGBTQi+ activists , small touches that give the event personality and purpose. If you love a themed drink and a friendly crowd, this feels like Pride done with heart rather than flash.</w:t>
      </w:r>
      <w:r/>
    </w:p>
    <w:p>
      <w:pPr>
        <w:pStyle w:val="Heading2"/>
      </w:pPr>
      <w:r>
        <w:t>Inclusive, accessible and family-friendly , what that actually means</w:t>
      </w:r>
      <w:r/>
    </w:p>
    <w:p>
      <w:r/>
      <w:r>
        <w:t>The North Star is fully wheelchair accessible and welcomes families and dogs, which makes it a genuine all-ages option for festival-goers who need something calmer than the main stage. Staff are part of Team Domenica, a charity focused on training and employing young people with learning disabilities and autism, so you’ll find a warm, purposeful vibe behind the bar. If accessibility matters to you, this is one of the more thoughtful pub events on the route.</w:t>
      </w:r>
      <w:r/>
    </w:p>
    <w:p>
      <w:pPr>
        <w:pStyle w:val="Heading2"/>
      </w:pPr>
      <w:r>
        <w:t>VIP booths, takeaway bites and practical tips</w:t>
      </w:r>
      <w:r/>
    </w:p>
    <w:p>
      <w:r/>
      <w:r>
        <w:t>If you’re going in a group, consider booking a VIP booth , it’s handy for regrouping between parade stops and keeps a small crew together all day. There’s a Pride menu for sit-downs and options to takeaway, which is great if you want to picnic on the seafront. Food and drink running alongside DJ sets means you won’t miss much of the entertainment while you eat.</w:t>
      </w:r>
      <w:r/>
    </w:p>
    <w:p>
      <w:pPr>
        <w:pStyle w:val="Heading2"/>
      </w:pPr>
      <w:r>
        <w:t>The fun doesn’t stop , Ska Sunday and weekend plans</w:t>
      </w:r>
      <w:r/>
    </w:p>
    <w:p>
      <w:r/>
      <w:r>
        <w:t>The celebrations spill into Sunday with the pub’s first Ska Sunday: Caribbean food, Red Stripe and rum punch, plus DJ Bmore Smiley McVowty from midday. It’s a chilled follow-up to Pride day and a good way to recover with flavour and sunshine. For locals and visitors alike, the two-day programme keeps things varied and welcoming.</w:t>
      </w:r>
      <w:r/>
    </w:p>
    <w:p>
      <w:r/>
      <w:r>
        <w:t>It's a small change that makes Pride more inclusive and every visit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2">
        <w:r>
          <w:rPr>
            <w:color w:val="0000EE"/>
            <w:u w:val="single"/>
          </w:rPr>
          <w:t>[6]</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https://www.theargus.co.uk/news/26423647.brightons-north-star-pub-launches-first-ever-pride-party/?ref=rss</w:t>
        </w:r>
      </w:hyperlink>
      <w:r>
        <w:t xml:space="preserve"> - Please view link - unable to able to access data</w:t>
      </w:r>
      <w:r/>
    </w:p>
    <w:p>
      <w:pPr>
        <w:pStyle w:val="ListNumber"/>
        <w:spacing w:line="240" w:lineRule="auto"/>
        <w:ind w:left="720"/>
      </w:pPr>
      <w:r/>
      <w:hyperlink r:id="rId10">
        <w:r>
          <w:rPr>
            <w:color w:val="0000EE"/>
            <w:u w:val="single"/>
          </w:rPr>
          <w:t>https://teamdomenica.com/the-north-star-grand-opening/</w:t>
        </w:r>
      </w:hyperlink>
      <w:r>
        <w:t xml:space="preserve"> - In December 2025, The North Star, a pub operated by Team Domenica, opened in Brighton. The venue offers real-world training for young people with learning disabilities and autism, preparing them for employment. The opening event featured speeches from Nigella Lawson and Marisa Abela, who are now patrons of Team Domenica. The pub serves as a cultural landmark and a beacon of hope for individuals with learning disabilities and their families. All profits from The North Star support Team Domenica's life-changing work. (</w:t>
      </w:r>
      <w:hyperlink r:id="rId15">
        <w:r>
          <w:rPr>
            <w:color w:val="0000EE"/>
            <w:u w:val="single"/>
          </w:rPr>
          <w:t>teamdomenica.com</w:t>
        </w:r>
      </w:hyperlink>
      <w:r>
        <w:t>)</w:t>
      </w:r>
      <w:r/>
    </w:p>
    <w:p>
      <w:pPr>
        <w:pStyle w:val="ListNumber"/>
        <w:spacing w:line="240" w:lineRule="auto"/>
        <w:ind w:left="720"/>
      </w:pPr>
      <w:r/>
      <w:hyperlink r:id="rId14">
        <w:r>
          <w:rPr>
            <w:color w:val="0000EE"/>
            <w:u w:val="single"/>
          </w:rPr>
          <w:t>https://teamdomenica.com/the-north-star-opens-its-doors/</w:t>
        </w:r>
      </w:hyperlink>
      <w:r>
        <w:t xml:space="preserve"> - The North Star, a pioneering pub in Brighton, opened its doors in November 2025. Operated by Team Domenica, the pub provides training for young people with learning disabilities and autism, equipping them with skills for meaningful employment. Located beside the Royal Pavilion, The North Star offers a stylish setting with honest and flavourful dishes, premium drinks, and a warm welcome. The venue aims to showcase the benefits of inclusion and serve as a model for inclusive employment. (</w:t>
      </w:r>
      <w:hyperlink r:id="rId16">
        <w:r>
          <w:rPr>
            <w:color w:val="0000EE"/>
            <w:u w:val="single"/>
          </w:rPr>
          <w:t>teamdomenica.com</w:t>
        </w:r>
      </w:hyperlink>
      <w:r>
        <w:t>)</w:t>
      </w:r>
      <w:r/>
    </w:p>
    <w:p>
      <w:pPr>
        <w:pStyle w:val="ListNumber"/>
        <w:spacing w:line="240" w:lineRule="auto"/>
        <w:ind w:left="720"/>
      </w:pPr>
      <w:r/>
      <w:hyperlink r:id="rId13">
        <w:r>
          <w:rPr>
            <w:color w:val="0000EE"/>
            <w:u w:val="single"/>
          </w:rPr>
          <w:t>https://teamdomenica.com/about-us/</w:t>
        </w:r>
      </w:hyperlink>
      <w:r>
        <w:t xml:space="preserve"> - Team Domenica is a charity and Specialist Further Education College based in Brighton &amp; Hove, supporting people with learning disabilities and autism to unlock the skills and experiences they need to thrive in the workplace and beyond. Founded in 2016 by Baroness Monckton, inspired by her daughter Domenica, the organisation offers personalised training programmes and partnerships, building confidence, independence, and a sense of purpose for its candidates. (</w:t>
      </w:r>
      <w:hyperlink r:id="rId17">
        <w:r>
          <w:rPr>
            <w:color w:val="0000EE"/>
            <w:u w:val="single"/>
          </w:rPr>
          <w:t>teamdomenica.com</w:t>
        </w:r>
      </w:hyperlink>
      <w:r>
        <w:t>)</w:t>
      </w:r>
      <w:r/>
    </w:p>
    <w:p>
      <w:pPr>
        <w:pStyle w:val="ListNumber"/>
        <w:spacing w:line="240" w:lineRule="auto"/>
        <w:ind w:left="720"/>
      </w:pPr>
      <w:r/>
      <w:hyperlink r:id="rId11">
        <w:r>
          <w:rPr>
            <w:color w:val="0000EE"/>
            <w:u w:val="single"/>
          </w:rPr>
          <w:t>https://teamdomenica.com/the-north-star/about/</w:t>
        </w:r>
      </w:hyperlink>
      <w:r>
        <w:t xml:space="preserve"> - The North Star, located in Pavilion Buildings, Brighton, is the flagship venue of Team Domenica. The pub serves as a training space, building vital employment skills for young people with learning disabilities and autism. It is fully inclusive, wheelchair accessible, family-friendly, and dog-friendly. The venue offers DJs playing all afternoon, food and drinks for dine-in or takeaway, and VIP booths available for group bookings. The pub is situated just a few yards from the main Pride parade route. (</w:t>
      </w:r>
      <w:hyperlink r:id="rId18">
        <w:r>
          <w:rPr>
            <w:color w:val="0000EE"/>
            <w:u w:val="single"/>
          </w:rPr>
          <w:t>teamdomenica.com</w:t>
        </w:r>
      </w:hyperlink>
      <w:r>
        <w:t>)</w:t>
      </w:r>
      <w:r/>
    </w:p>
    <w:p>
      <w:pPr>
        <w:pStyle w:val="ListNumber"/>
        <w:spacing w:line="240" w:lineRule="auto"/>
        <w:ind w:left="720"/>
      </w:pPr>
      <w:r/>
      <w:hyperlink r:id="rId12">
        <w:r>
          <w:rPr>
            <w:color w:val="0000EE"/>
            <w:u w:val="single"/>
          </w:rPr>
          <w:t>https://teamdomenica.com/the-north-star/menus/</w:t>
        </w:r>
      </w:hyperlink>
      <w:r>
        <w:t xml:space="preserve"> - The North Star offers a variety of menus, including a Sunday Roast Menu, showcasing seasonal produce and local suppliers. The pub provides a children's menu and options for private hire, featuring a dedicated room equipped with a speaker, super-fast Wi-Fi, and a projector. The venue caters to dietary requirements such as vegetarian, vegan, and non-gluten containing items. All profits from The North Star are donated to Team Domenica. (</w:t>
      </w:r>
      <w:hyperlink r:id="rId19">
        <w:r>
          <w:rPr>
            <w:color w:val="0000EE"/>
            <w:u w:val="single"/>
          </w:rPr>
          <w:t>teamdomenica.com</w:t>
        </w:r>
      </w:hyperlink>
      <w:r>
        <w:t>)</w:t>
      </w:r>
      <w:r/>
    </w:p>
    <w:p>
      <w:pPr>
        <w:pStyle w:val="ListNumber"/>
        <w:spacing w:line="240" w:lineRule="auto"/>
        <w:ind w:left="720"/>
      </w:pPr>
      <w:r/>
      <w:hyperlink r:id="rId20">
        <w:r>
          <w:rPr>
            <w:color w:val="0000EE"/>
            <w:u w:val="single"/>
          </w:rPr>
          <w:t>https://teamdomenica.com/commercial/</w:t>
        </w:r>
      </w:hyperlink>
      <w:r>
        <w:t xml:space="preserve"> - Team Domenica operates non-profit training cafés, a coffee roastery, event catering, and an online shop, providing meaningful work experience and opportunities for people with learning disabilities and autism. The North Star pub is part of this initiative, offering a vibrant setting where young people can gain real-world training in hospitality, building confidence and skills for meaningful employment. (</w:t>
      </w:r>
      <w:hyperlink r:id="rId21">
        <w:r>
          <w:rPr>
            <w:color w:val="0000EE"/>
            <w:u w:val="single"/>
          </w:rPr>
          <w:t>teamdomenica.com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23647.brightons-north-star-pub-launches-first-ever-pride-party/?ref=rss" TargetMode="External"/><Relationship Id="rId10" Type="http://schemas.openxmlformats.org/officeDocument/2006/relationships/hyperlink" Target="https://teamdomenica.com/the-north-star-grand-opening/" TargetMode="External"/><Relationship Id="rId11" Type="http://schemas.openxmlformats.org/officeDocument/2006/relationships/hyperlink" Target="https://teamdomenica.com/the-north-star/about/" TargetMode="External"/><Relationship Id="rId12" Type="http://schemas.openxmlformats.org/officeDocument/2006/relationships/hyperlink" Target="https://teamdomenica.com/the-north-star/menus/" TargetMode="External"/><Relationship Id="rId13" Type="http://schemas.openxmlformats.org/officeDocument/2006/relationships/hyperlink" Target="https://teamdomenica.com/about-us/" TargetMode="External"/><Relationship Id="rId14" Type="http://schemas.openxmlformats.org/officeDocument/2006/relationships/hyperlink" Target="https://teamdomenica.com/the-north-star-opens-its-doors/" TargetMode="External"/><Relationship Id="rId15" Type="http://schemas.openxmlformats.org/officeDocument/2006/relationships/hyperlink" Target="https://teamdomenica.com/the-north-star-grand-opening/?utm_source=openai" TargetMode="External"/><Relationship Id="rId16" Type="http://schemas.openxmlformats.org/officeDocument/2006/relationships/hyperlink" Target="https://teamdomenica.com/the-north-star-opens-its-doors/?utm_source=openai" TargetMode="External"/><Relationship Id="rId17" Type="http://schemas.openxmlformats.org/officeDocument/2006/relationships/hyperlink" Target="https://teamdomenica.com/about-us/?utm_source=openai" TargetMode="External"/><Relationship Id="rId18" Type="http://schemas.openxmlformats.org/officeDocument/2006/relationships/hyperlink" Target="https://teamdomenica.com/the-north-star/about/?utm_source=openai" TargetMode="External"/><Relationship Id="rId19" Type="http://schemas.openxmlformats.org/officeDocument/2006/relationships/hyperlink" Target="https://teamdomenica.com/the-north-star/menus/?utm_source=openai" TargetMode="External"/><Relationship Id="rId20" Type="http://schemas.openxmlformats.org/officeDocument/2006/relationships/hyperlink" Target="https://teamdomenica.com/commercial/" TargetMode="External"/><Relationship Id="rId21" Type="http://schemas.openxmlformats.org/officeDocument/2006/relationships/hyperlink" Target="https://teamdomenica.com/commercia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