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Parade Moments: How the City Sparkled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music, Brighton turned into a carnival of community as thousands lined the seafront for the annual Pride parade , a lively procession of charities, businesses and local groups that celebrated visibility, solidarity and sheer joy across new and familiar streets.</w:t>
      </w:r>
      <w:r/>
    </w:p>
    <w:p>
      <w:r/>
      <w:r>
        <w:t>Essential Takeaways</w:t>
      </w:r>
      <w:r/>
      <w:r/>
    </w:p>
    <w:p>
      <w:pPr>
        <w:pStyle w:val="ListBullet"/>
        <w:spacing w:line="240" w:lineRule="auto"/>
        <w:ind w:left="720"/>
      </w:pPr>
      <w:r/>
      <w:r>
        <w:rPr>
          <w:b/>
        </w:rPr>
        <w:t>Huge turnout:</w:t>
      </w:r>
      <w:r>
        <w:t xml:space="preserve"> Thousands watched and cheered as the parade moved from Hove Lawns along the seafront to Preston Park, finishing near Preston Circus.</w:t>
      </w:r>
      <w:r/>
    </w:p>
    <w:p>
      <w:pPr>
        <w:pStyle w:val="ListBullet"/>
        <w:spacing w:line="240" w:lineRule="auto"/>
        <w:ind w:left="720"/>
      </w:pPr>
      <w:r/>
      <w:r>
        <w:rPr>
          <w:b/>
        </w:rPr>
        <w:t>New route finish:</w:t>
      </w:r>
      <w:r>
        <w:t xml:space="preserve"> The procession kept many of its classic seafront sights but concluded in a different spot than previous years, finishing closer to Preston Circus.</w:t>
      </w:r>
      <w:r/>
    </w:p>
    <w:p>
      <w:pPr>
        <w:pStyle w:val="ListBullet"/>
        <w:spacing w:line="240" w:lineRule="auto"/>
        <w:ind w:left="720"/>
      </w:pPr>
      <w:r/>
      <w:r>
        <w:rPr>
          <w:b/>
        </w:rPr>
        <w:t>Wide participation:</w:t>
      </w:r>
      <w:r>
        <w:t xml:space="preserve"> Local charities and organisations joined in , from Sussex Beacon to Brighton and Hove Albion, RNLI, National Rail and Brighton College.</w:t>
      </w:r>
      <w:r/>
    </w:p>
    <w:p>
      <w:pPr>
        <w:pStyle w:val="ListBullet"/>
        <w:spacing w:line="240" w:lineRule="auto"/>
        <w:ind w:left="720"/>
      </w:pPr>
      <w:r/>
      <w:r>
        <w:rPr>
          <w:b/>
        </w:rPr>
        <w:t>Vibrant atmosphere:</w:t>
      </w:r>
      <w:r>
        <w:t xml:space="preserve"> Expect glitter, music and colourful floats, with a friendly, communal feel and plenty of family-friendly moments.</w:t>
      </w:r>
      <w:r/>
    </w:p>
    <w:p>
      <w:pPr>
        <w:pStyle w:val="ListBullet"/>
        <w:spacing w:line="240" w:lineRule="auto"/>
        <w:ind w:left="720"/>
      </w:pPr>
      <w:r/>
      <w:r>
        <w:rPr>
          <w:b/>
        </w:rPr>
        <w:t>Practical travel note:</w:t>
      </w:r>
      <w:r>
        <w:t xml:space="preserve"> Road closures and travel changes mean planning ahead is sensible if you’re coming by car or public transport.</w:t>
      </w:r>
      <w:r/>
      <w:r/>
    </w:p>
    <w:p>
      <w:pPr>
        <w:pStyle w:val="Heading2"/>
      </w:pPr>
      <w:r>
        <w:t>A glittering start on Hove Lawns</w:t>
      </w:r>
      <w:r/>
    </w:p>
    <w:p>
      <w:r/>
      <w:r>
        <w:t>The parade kicked off just after 11.15am from Hove Lawns, a bright and buzzy launch point where cheers and confetti met the sea breeze. It’s the kind of sensory moment that sticks with you , the tang of salt air mixed with pop music and laughter.</w:t>
      </w:r>
      <w:r/>
    </w:p>
    <w:p>
      <w:r/>
      <w:r>
        <w:t>Local organisers have built the route to showcase Brighton’s coastline and community groups, and this year was no different. For those planning to join, arriving early gives you a front-row spot and time to soak up the atmosphere before the bands and floats wind past.</w:t>
      </w:r>
      <w:r/>
    </w:p>
    <w:p>
      <w:pPr>
        <w:pStyle w:val="Heading2"/>
      </w:pPr>
      <w:r>
        <w:t>Seafront scenes and familiar landmarks</w:t>
      </w:r>
      <w:r/>
    </w:p>
    <w:p>
      <w:r/>
      <w:r>
        <w:t>Marching along Kingsway and the seafront, the parade passes iconic spots that make Brighton recognisable worldwide. People gather on the promenade, umbrellas and flags bobbing, creating a moving mural of colour and sound.</w:t>
      </w:r>
      <w:r/>
    </w:p>
    <w:p>
      <w:r/>
      <w:r>
        <w:t>It’s also a practical route for spectators: plenty of space to stand, easy access to cafés and loos, and that unbeatable seaside backdrop. If you want photos, aim for the stretch near the pier , the light there makes colours pop.</w:t>
      </w:r>
      <w:r/>
    </w:p>
    <w:p>
      <w:pPr>
        <w:pStyle w:val="Heading2"/>
      </w:pPr>
      <w:r>
        <w:t>A route update that changes the flow</w:t>
      </w:r>
      <w:r/>
    </w:p>
    <w:p>
      <w:r/>
      <w:r>
        <w:t>Instead of finishing where it often has before, this year the procession turned left onto West Street, right onto North Street toward Old Steine and continued via Marlborough Place and Gloucester Place up to Preston Park, with the finale near Preston Circus. That tweak shifts footfall and gives different neighbourhoods a chance to join the party.</w:t>
      </w:r>
      <w:r/>
    </w:p>
    <w:p>
      <w:r/>
      <w:r>
        <w:t>Organisers tweak routes to balance crowds, local access and safety, so it’s a good idea to check updated maps before you go. According to local travel guidance, expect temporary diversions and bus reroutes on parade day, so allow extra time for travel.</w:t>
      </w:r>
      <w:r/>
    </w:p>
    <w:p>
      <w:pPr>
        <w:pStyle w:val="Heading2"/>
      </w:pPr>
      <w:r>
        <w:t>Community groups and big names shoulder to shoulder</w:t>
      </w:r>
      <w:r/>
    </w:p>
    <w:p>
      <w:r/>
      <w:r>
        <w:t>From the Sussex Beacon to Brighton and Hove Albion, RNLI, National Rail, Brighton and Hove Buses and Brighton College, the line-up captures a cross-section of the city. That mix , charities, sports clubs, transport services and schools , makes the parade feel like something the whole town shares.</w:t>
      </w:r>
      <w:r/>
    </w:p>
    <w:p>
      <w:r/>
      <w:r>
        <w:t>These groups bring different energies: the charity banners add heartfelt messages, the clubs bring kits and chants, and corporate floats often deliver theatrical spectacle. If you’re supporting a cause, arriving when your group is due helps you join the team photo and the collective cheer.</w:t>
      </w:r>
      <w:r/>
    </w:p>
    <w:p>
      <w:pPr>
        <w:pStyle w:val="Heading2"/>
      </w:pPr>
      <w:r>
        <w:t>Why it still matters , and how to make the most of it</w:t>
      </w:r>
      <w:r/>
    </w:p>
    <w:p>
      <w:r/>
      <w:r>
        <w:t>Pride is equal parts celebration and statement, and Brighton’s parade delivers both with warmth and inclusivity. It’s also a great day out: kid-friendly, photogenic and full of local stalls and after-events.</w:t>
      </w:r>
      <w:r/>
    </w:p>
    <w:p>
      <w:r/>
      <w:r>
        <w:t>Practical tips , wear comfortable shoes, pack a light waterproof, and charge your phone for photos. If you’re sensitive to loud music, bring ear protection. And if you can, support a participating charity with a donation or by volunteering at future events.</w:t>
      </w:r>
      <w:r/>
    </w:p>
    <w:p>
      <w:r/>
      <w:r>
        <w:t>It's a small change that can make every parade moment safer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https://www.theargus.co.uk/news/26428914.brighton-hove-pride-community-parade-pictures/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is a vibrant annual event that showcases the city's commitment to diversity and inclusion. The 2026 parade, themed 'The Power of Love', is scheduled for Saturday, 1st August. The route begins at Hove Lawns, travels along the seafront, turns onto West Street, continues onto North Street, and proceeds through various city streets to Preston Park. The parade features over 100 LGBTQ+ charities, community groups, local businesses, emergency services, the NHS, and other Pride organisations. Applications for parade participation are now closed.</w:t>
      </w:r>
      <w:r/>
    </w:p>
    <w:p>
      <w:pPr>
        <w:pStyle w:val="ListNumber"/>
        <w:spacing w:line="240" w:lineRule="auto"/>
        <w:ind w:left="720"/>
      </w:pPr>
      <w:r/>
      <w:hyperlink r:id="rId12">
        <w:r>
          <w:rPr>
            <w:color w:val="0000EE"/>
            <w:u w:val="single"/>
          </w:rPr>
          <w:t>https://www.brighton-hove.gov.uk/news/2023/pride-2023-travel-information</w:t>
        </w:r>
      </w:hyperlink>
      <w:r>
        <w:t xml:space="preserve"> - Ahead of the 2023 Brighton &amp; Hove Pride weekend, the city council provided essential travel information. The Pride LGBTQ+ Community Parade was set to start at Hove Lawns at 11am on Saturday, 5th August, proceeding through the city centre to Preston Park. Several roads were scheduled for closure and parking bays suspended along the parade route. Train services were not operating in or out of the city on Saturday, 5th August, with buses running on Friday, 4th, and Sunday, 6th August. Attendees were advised to plan their journeys accordingly.</w:t>
      </w:r>
      <w:r/>
    </w:p>
    <w:p>
      <w:pPr>
        <w:pStyle w:val="ListNumber"/>
        <w:spacing w:line="240" w:lineRule="auto"/>
        <w:ind w:left="720"/>
      </w:pPr>
      <w:r/>
      <w:hyperlink r:id="rId14">
        <w:r>
          <w:rPr>
            <w:color w:val="0000EE"/>
            <w:u w:val="single"/>
          </w:rPr>
          <w:t>https://www.brighton-hove.gov.uk/news/2023/celebrating-trans-pride-2023</w:t>
        </w:r>
      </w:hyperlink>
      <w:r>
        <w:t xml:space="preserve"> - In July 2023, Brighton &amp; Hove celebrated its 10th Trans Pride event. The day's activities included a protest march starting at Jubilee Square at 11am, followed by speeches and setting off at noon. An accessible march was also organised, assembling in front of the Hilton Metropole on the seafront. The Trans Pride Park Celebrations were initially planned for Brunswick Square Gardens but were relocated to various venues in central Brighton due to adverse weather. The event aimed to provide a safe, inclusive space for Trans, Nonbinary, and intersex communities to thrive and celebrate.</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a significant LGBTQ+ event in the city, featuring the annual Community Parade. The 2026 parade, themed 'The Power of Love', is scheduled for Saturday, 1st August. The route begins at Hove Lawns on the seafront, moves east along the waterfront, turns left up West Street, and continues onto Queens Road. The parade showcases over 100 LGBTQ+ charities, community groups, local businesses, emergency services, the NHS, and other Pride organisations, celebrating resilience, spirit, passion, and unity.</w:t>
      </w:r>
      <w:r/>
    </w:p>
    <w:p>
      <w:pPr>
        <w:pStyle w:val="ListNumber"/>
        <w:spacing w:line="240" w:lineRule="auto"/>
        <w:ind w:left="720"/>
      </w:pPr>
      <w:r/>
      <w:hyperlink r:id="rId15">
        <w:r>
          <w:rPr>
            <w:color w:val="0000EE"/>
            <w:u w:val="single"/>
          </w:rPr>
          <w:t>https://www.brighton-hove.gov.uk/news/2023/fabuloso-pride-its-way</w:t>
        </w:r>
      </w:hyperlink>
      <w:r>
        <w:t xml:space="preserve"> - Brighton &amp; Hove Pride is one of the city's largest events, drawing thousands of residents and visitors to celebrate and participate in the parade and party. The main day of celebrations in 2023 was Saturday, 5th August, featuring the Pride LGBTQ+ Community Parade progressing through the city centre, the official fundraiser for the Brighton Rainbow Fund (We are Fabulouso) in Preston Park, and the Pride Village Party (PVP) in St James’s Street. Fabulouso and the PVP celebrations continued on Sunday, 6th August.</w:t>
      </w:r>
      <w:r/>
    </w:p>
    <w:p>
      <w:pPr>
        <w:pStyle w:val="ListNumber"/>
        <w:spacing w:line="240" w:lineRule="auto"/>
        <w:ind w:left="720"/>
      </w:pPr>
      <w:r/>
      <w:hyperlink r:id="rId13">
        <w:r>
          <w:rPr>
            <w:color w:val="0000EE"/>
            <w:u w:val="single"/>
          </w:rPr>
          <w:t>https://www.itv.com/news/meridian/2023-08-04/which-roads-will-be-closed-for-brighton-pride-2023</w:t>
        </w:r>
      </w:hyperlink>
      <w:r>
        <w:t xml:space="preserve"> - Ahead of the 2023 Brighton Pride weekend, several road closures were announced in Brighton city centre. The Pride Parade, starting at Hove Lawns and proceeding to Preston Park, led to closures along the route, including Kingsway, Kings Road, Grand Junction Road, West Street, North Street, Castle Square, and Old Steine. These closures were in place between 9am and 4pm on Saturday, 5th August, to accommodate the parade and associated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8914.brighton-hove-pride-community-parade-pictures/"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hove.gov.uk/news/2023/pride-2023-travel-information" TargetMode="External"/><Relationship Id="rId13" Type="http://schemas.openxmlformats.org/officeDocument/2006/relationships/hyperlink" Target="https://www.itv.com/news/meridian/2023-08-04/which-roads-will-be-closed-for-brighton-pride-2023" TargetMode="External"/><Relationship Id="rId14" Type="http://schemas.openxmlformats.org/officeDocument/2006/relationships/hyperlink" Target="https://www.brighton-hove.gov.uk/news/2023/celebrating-trans-pride-2023" TargetMode="External"/><Relationship Id="rId15" Type="http://schemas.openxmlformats.org/officeDocument/2006/relationships/hyperlink" Target="https://www.brighton-hove.gov.uk/news/2023/fabuloso-pride-its-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