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Moments: Photos, Line‑up and What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Bask in the colour and sound of Brighton Pride 2026 , crowds have already marched the seafront and Preston Park is primed for a huge Pride on the Park with headliners Raye and Diana Ross, plus RuPaul’s first Brighton appearance; here’s what to expect and the standout moments captured so far.</w:t>
      </w:r>
      <w:r/>
    </w:p>
    <w:p>
      <w:r/>
      <w:r>
        <w:t>Essential Takeaways</w:t>
      </w:r>
      <w:r/>
      <w:r/>
    </w:p>
    <w:p>
      <w:pPr>
        <w:pStyle w:val="ListBullet"/>
        <w:spacing w:line="240" w:lineRule="auto"/>
        <w:ind w:left="720"/>
      </w:pPr>
      <w:r/>
      <w:r>
        <w:rPr>
          <w:b/>
        </w:rPr>
        <w:t>Huge headliners:</w:t>
      </w:r>
      <w:r>
        <w:t xml:space="preserve"> Raye and Diana Ross top the Pride on the Park bill, promising big, singalong moments.</w:t>
      </w:r>
      <w:r/>
    </w:p>
    <w:p>
      <w:pPr>
        <w:pStyle w:val="ListBullet"/>
        <w:spacing w:line="240" w:lineRule="auto"/>
        <w:ind w:left="720"/>
      </w:pPr>
      <w:r/>
      <w:r>
        <w:rPr>
          <w:b/>
        </w:rPr>
        <w:t>Eclectic support acts:</w:t>
      </w:r>
      <w:r>
        <w:t xml:space="preserve"> Pop, club and queer icons like RuPaul, Jessie J, Leigh‑Anne and Melanie C bring variety and nostalgia.</w:t>
      </w:r>
      <w:r/>
    </w:p>
    <w:p>
      <w:pPr>
        <w:pStyle w:val="ListBullet"/>
        <w:spacing w:line="240" w:lineRule="auto"/>
        <w:ind w:left="720"/>
      </w:pPr>
      <w:r/>
      <w:r>
        <w:rPr>
          <w:b/>
        </w:rPr>
        <w:t>Vibrant protest spirit:</w:t>
      </w:r>
      <w:r>
        <w:t xml:space="preserve"> The festival marks its 35th year under the theme “The Power of Love,” and remains a site of celebration and activism.</w:t>
      </w:r>
      <w:r/>
    </w:p>
    <w:p>
      <w:pPr>
        <w:pStyle w:val="ListBullet"/>
        <w:spacing w:line="240" w:lineRule="auto"/>
        <w:ind w:left="720"/>
      </w:pPr>
      <w:r/>
      <w:r>
        <w:rPr>
          <w:b/>
        </w:rPr>
        <w:t>Dance and club culture:</w:t>
      </w:r>
      <w:r>
        <w:t xml:space="preserve"> New stages and DJ sets from Purple Disco Machine and Armand Van Helden give the event a late‑night edge.</w:t>
      </w:r>
      <w:r/>
    </w:p>
    <w:p>
      <w:pPr>
        <w:pStyle w:val="ListBullet"/>
        <w:spacing w:line="240" w:lineRule="auto"/>
        <w:ind w:left="720"/>
      </w:pPr>
      <w:r/>
      <w:r>
        <w:rPr>
          <w:b/>
        </w:rPr>
        <w:t>Visual feast:</w:t>
      </w:r>
      <w:r>
        <w:t xml:space="preserve"> Photographers on the ground have already captured striking parade scenes , colour, costumes and community on full display.</w:t>
      </w:r>
      <w:r/>
      <w:r/>
    </w:p>
    <w:p>
      <w:pPr>
        <w:pStyle w:val="Heading2"/>
      </w:pPr>
      <w:r>
        <w:t>Parade energy: Brighton streets alive with colour and joy</w:t>
      </w:r>
      <w:r/>
    </w:p>
    <w:p>
      <w:r/>
      <w:r>
        <w:t>Brighton’s parade routed through the city with a vivid, sensory punch , glitter catches the sun, flags snap in the breeze and faces beam. Attitude’s procession photography shows groups, families and floats packed tight, and the mood ranged from jubilant to reflective. According to Attitude, organisers leaned into the 35th anniversary theme, “The Power of Love,” which tied together celebration with purpose. If you’re planning to join next year, arrive early for the best parade‑front vantage and layer up , coastal winds can turn even a sunny day fresh.</w:t>
      </w:r>
      <w:r/>
    </w:p>
    <w:p>
      <w:pPr>
        <w:pStyle w:val="Heading2"/>
      </w:pPr>
      <w:r>
        <w:t>Headliners you actually want to see sing live</w:t>
      </w:r>
      <w:r/>
    </w:p>
    <w:p>
      <w:r/>
      <w:r>
        <w:t>The festival’s main stage promises big pop moments: Raye brings contemporary hits and audience energy, while Diana Ross offers a legacy performance that’ll draw generations. Attitude lists those acts as the anchors of Pride on the Park, and you can expect setlists that mix new material with the classics everyone knows. For fans, this is the rare mix of superstar spectacle and communal singing that defines big‑scale Pride shows. If you care about sightlines, check the published performance times and consider a late‑arrival plan , main acts often draw the biggest crowds.</w:t>
      </w:r>
      <w:r/>
    </w:p>
    <w:p>
      <w:pPr>
        <w:pStyle w:val="Heading2"/>
      </w:pPr>
      <w:r>
        <w:t>RuPaul, pop names and the queer club heartbeat</w:t>
      </w:r>
      <w:r/>
    </w:p>
    <w:p>
      <w:r/>
      <w:r>
        <w:t>RuPaul’s first-ever Brighton Pride appearance is a headline in itself, adding a queer cultural moment to the weekend. Alongside RuPaul are acts like Jessie J, Leigh‑Anne and Self Esteem, which gives the festival a strong pop and R&amp;B flavour. At the same time, DJs such as Purple Disco Machine and Armand Van Helden , and local club talent , keep club culture alive after dusk. Skiddle and local press note the breadth of styles, so whether you’re there for choreography or for the DJ drop, there’s something programmed to match your energy.</w:t>
      </w:r>
      <w:r/>
    </w:p>
    <w:p>
      <w:pPr>
        <w:pStyle w:val="Heading2"/>
      </w:pPr>
      <w:r>
        <w:t>Pride as protest: 35 years and still standing</w:t>
      </w:r>
      <w:r/>
    </w:p>
    <w:p>
      <w:r/>
      <w:r>
        <w:t>Brighton Pride’s longevity matters. This year’s 35th anniversary brings history into each march and stage slot, with organisers emphasising that Pride is both celebration and protest. Attitude’s coverage and local reporting frame the weekend as a place to enjoy music and also to spotlight issues affecting the LGBT+ community. For visitors this means events and stalls will include campaigning groups and info stands , engage, ask questions, and if you’re able, support the charities and local causes present.</w:t>
      </w:r>
      <w:r/>
    </w:p>
    <w:p>
      <w:pPr>
        <w:pStyle w:val="Heading2"/>
      </w:pPr>
      <w:r>
        <w:t>New dance arenas and practical tips for festivalgoers</w:t>
      </w:r>
      <w:r/>
    </w:p>
    <w:p>
      <w:r/>
      <w:r>
        <w:t>Organisers have added or refreshed dance arenas and stage zones to spread crowds and program more DJs and electronic acts, according to Attitude’s earlier previews. That’s great if you like variety without constant jostling. Practical tips: bring a refillable water bottle, download the Preston Park map in advance, and wear comfortable shoes , you’ll be on your feet most of the day. If you’re attending with a group, pick a clearly defined meeting point; phone signals can get patchy in packed crowds.</w:t>
      </w:r>
      <w:r/>
    </w:p>
    <w:p>
      <w:r/>
      <w:r>
        <w:t>It's a small change that can make every Pride moment more memorable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[7]</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[7]</w:t>
        </w:r>
      </w:hyperlink>
      <w:r>
        <w:t xml:space="preserve">- Paragraph 5: </w:t>
      </w:r>
      <w:hyperlink r:id="rId13">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https://www.attitude.co.uk/life/brighton-pride-parade-2026-photos-530426/</w:t>
        </w:r>
      </w:hyperlink>
      <w:r>
        <w:t xml:space="preserve"> - Please view link - unable to able to access data</w:t>
      </w:r>
      <w:r/>
    </w:p>
    <w:p>
      <w:pPr>
        <w:pStyle w:val="ListNumber"/>
        <w:spacing w:line="240" w:lineRule="auto"/>
        <w:ind w:left="720"/>
      </w:pPr>
      <w:r/>
      <w:hyperlink r:id="rId9">
        <w:r>
          <w:rPr>
            <w:color w:val="0000EE"/>
            <w:u w:val="single"/>
          </w:rPr>
          <w:t>https://www.attitude.co.uk/life/brighton-pride-parade-2026-photos-530426/</w:t>
        </w:r>
      </w:hyperlink>
      <w:r>
        <w:t xml:space="preserve"> - The article showcases 15 captivating photos from the Brighton Pride Parade 2026, highlighting the vibrant atmosphere and diverse participants. The parade precedes the Pride on the Park celebration, which features headliners RAYE and Diana Ross. Other notable performers include RuPaul, Jessie J, Leigh-Anne, Self Esteem, Melanie C, Paris Hilton, Five, Purple Disco Machine, Armand Van Helden, Patrick Mason, Daniel Avery, and Bimini. The event marks Brighton Pride's 35th anniversary, embracing the theme 'The Power of Love'.</w:t>
      </w:r>
      <w:r/>
    </w:p>
    <w:p>
      <w:pPr>
        <w:pStyle w:val="ListNumber"/>
        <w:spacing w:line="240" w:lineRule="auto"/>
        <w:ind w:left="720"/>
      </w:pPr>
      <w:r/>
      <w:hyperlink r:id="rId11">
        <w:r>
          <w:rPr>
            <w:color w:val="0000EE"/>
            <w:u w:val="single"/>
          </w:rPr>
          <w:t>https://www.skiddle.com/news/all/Brighton-Pride-On-The-Park-unveils-full-lineup/61504/</w:t>
        </w:r>
      </w:hyperlink>
      <w:r>
        <w:t xml:space="preserve"> - Skiddle reports on Brighton &amp; Hove Pride's announcement of the full lineup for Pride On The Park, taking place on 1st and 2nd August 2026. The event celebrates the 35th anniversary of Brighton &amp; Hove Pride and features headliners Paris Hilton, Melanie C, Leigh-Anne, and Holly Johnson, alongside RAYE and Diana Ross. The dance stage lineup includes The Blessed Madonna, HAAi, I.JORDAN, Hannah Wants, Bimini, Daniel Avery, Patrick Mason, and Girls Don’t Sync, with headliners Armand Van Helden and Purple Disco Machine.</w:t>
      </w:r>
      <w:r/>
    </w:p>
    <w:p>
      <w:pPr>
        <w:pStyle w:val="ListNumber"/>
        <w:spacing w:line="240" w:lineRule="auto"/>
        <w:ind w:left="720"/>
      </w:pPr>
      <w:r/>
      <w:hyperlink r:id="rId14">
        <w:r>
          <w:rPr>
            <w:color w:val="0000EE"/>
            <w:u w:val="single"/>
          </w:rPr>
          <w:t>https://www.brightonandhovenews.org/2026/03/26/brighton-hove-pride-announces-full-2026-line-up/</w:t>
        </w:r>
      </w:hyperlink>
      <w:r>
        <w:t xml:space="preserve"> - Brighton and Hove News details the full lineup for Brighton &amp; Hove Pride 2026, highlighting the main stage performances by pop stars like Leigh-Anne, G Flip, and Moonchild Sanelly, and the return of Melanie C with a dynamic DJ set. The dance arena features The Blessed Madonna, HAAi, I.Jordan, Hannah Wants, Bimini, Daniel Avery, Patrick Mason, and Girls Don’t Sync, with headliners Armand Van Helden and Purple Disco Machine. The event celebrates the 35th anniversary of Brighton &amp; Hove Pride.</w:t>
      </w:r>
      <w:r/>
    </w:p>
    <w:p>
      <w:pPr>
        <w:pStyle w:val="ListNumber"/>
        <w:spacing w:line="240" w:lineRule="auto"/>
        <w:ind w:left="720"/>
      </w:pPr>
      <w:r/>
      <w:hyperlink r:id="rId13">
        <w:r>
          <w:rPr>
            <w:color w:val="0000EE"/>
            <w:u w:val="single"/>
          </w:rPr>
          <w:t>https://www.attitude.co.uk/news/brighton-pride-new-dance-arena-pride-on-the-park-2026-521498/</w:t>
        </w:r>
      </w:hyperlink>
      <w:r>
        <w:t xml:space="preserve"> - Attitude announces Brighton &amp; Hove Pride's new dance arena, State of Us, debuting at Pride on the Park 2026. The arena will feature headliners Purple Disco Machine and Armand Van Helden, with performances by The Blessed Madonna, HAAi, I.Jordan, Hannah Wants, and Girls Don’t Sync. Opening acts include Bimini, Daniel Avery, and Patrick Mason. The event marks Brighton &amp; Hove Pride's 35th anniversary and offers a vibrant dance experience for festivalgoers.</w:t>
      </w:r>
      <w:r/>
    </w:p>
    <w:p>
      <w:pPr>
        <w:pStyle w:val="ListNumber"/>
        <w:spacing w:line="240" w:lineRule="auto"/>
        <w:ind w:left="720"/>
      </w:pPr>
      <w:r/>
      <w:hyperlink r:id="rId12">
        <w:r>
          <w:rPr>
            <w:color w:val="0000EE"/>
            <w:u w:val="single"/>
          </w:rPr>
          <w:t>https://sussex.news/events/pride/brighton-hove-pride-2026-a-defining-line-up-blending-icons-club-culture-and-queer-futures/39087/</w:t>
        </w:r>
      </w:hyperlink>
      <w:r>
        <w:t xml:space="preserve"> - Sussex News highlights Brighton &amp; Hove Pride 2026's lineup, blending iconic artists like Diana Ross and RAYE with club culture acts such as Armand Van Helden and Purple Disco Machine. The event also features performances by Jessie J, RuPaul, Self Esteem, Five, and others. The dance arena includes The Blessed Madonna, HAAi, I.Jordan, Hannah Wants, Bimini, Daniel Avery, Patrick Mason, and Girls Don’t Sync. The festival celebrates its 35th anniversary, embracing the theme 'The Power of Love'.</w:t>
      </w:r>
      <w:r/>
    </w:p>
    <w:p>
      <w:pPr>
        <w:pStyle w:val="ListNumber"/>
        <w:spacing w:line="240" w:lineRule="auto"/>
        <w:ind w:left="720"/>
      </w:pPr>
      <w:r/>
      <w:hyperlink r:id="rId10">
        <w:r>
          <w:rPr>
            <w:color w:val="0000EE"/>
            <w:u w:val="single"/>
          </w:rPr>
          <w:t>https://www.attitude.co.uk/culture/brighton-pride-2026-headliners-diana-ross-raye-rupaul-512965/</w:t>
        </w:r>
      </w:hyperlink>
      <w:r>
        <w:t xml:space="preserve"> - Attitude reports on the headliners for Brighton Pride 2026, including Diana Ross, RAYE, and RuPaul. The event's music festival, Pride in the Park, will take place at Preston Park on 1st and 2nd August 2026, featuring artists from around the globe. Diana Ross and RAYE were the first confirmed headliners, with Ross making her debut at the festival, headlining the main stage on Sunday 2nd August. RAYE will make her second appearance at Brighton Pride, following her performance in 2018.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brighton-pride-parade-2026-photos-530426/" TargetMode="External"/><Relationship Id="rId10" Type="http://schemas.openxmlformats.org/officeDocument/2006/relationships/hyperlink" Target="https://www.attitude.co.uk/culture/brighton-pride-2026-headliners-diana-ross-raye-rupaul-512965/" TargetMode="External"/><Relationship Id="rId11" Type="http://schemas.openxmlformats.org/officeDocument/2006/relationships/hyperlink" Target="https://www.skiddle.com/news/all/Brighton-Pride-On-The-Park-unveils-full-lineup/61504/" TargetMode="External"/><Relationship Id="rId12" Type="http://schemas.openxmlformats.org/officeDocument/2006/relationships/hyperlink" Target="https://sussex.news/events/pride/brighton-hove-pride-2026-a-defining-line-up-blending-icons-club-culture-and-queer-futures/39087/" TargetMode="External"/><Relationship Id="rId13" Type="http://schemas.openxmlformats.org/officeDocument/2006/relationships/hyperlink" Target="https://www.attitude.co.uk/news/brighton-pride-new-dance-arena-pride-on-the-park-2026-521498/" TargetMode="External"/><Relationship Id="rId14" Type="http://schemas.openxmlformats.org/officeDocument/2006/relationships/hyperlink" Target="https://www.brightonandhovenews.org/2026/03/26/brighton-hove-pride-announces-full-2026-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