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&amp; Hove Pride 2026 Guide: What to Expect, Tickets and Travel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into town, Brighton &amp; Hove Pride 2026 promises spectacle and crowds , the 35th anniversary festival is set to draw around 300,000 people, with a parade, two days of music at Preston Park and street parties across the seafront, so residents and visitors need to know about timings, tickets and transport.</w:t>
      </w:r>
      <w:r/>
    </w:p>
    <w:p>
      <w:r/>
      <w:r>
        <w:t>Essential Takeaways</w:t>
      </w:r>
      <w:r/>
      <w:r/>
    </w:p>
    <w:p>
      <w:pPr>
        <w:pStyle w:val="ListBullet"/>
        <w:spacing w:line="240" w:lineRule="auto"/>
        <w:ind w:left="720"/>
      </w:pPr>
      <w:r/>
      <w:r>
        <w:rPr>
          <w:b/>
        </w:rPr>
        <w:t>When it starts:</w:t>
      </w:r>
      <w:r>
        <w:t xml:space="preserve"> Parade leaves Hove Lawns at 11:00 BST on Saturday and finishes near Preston Park; expect roads around Preston Circus to reopen around 16:30. </w:t>
      </w:r>
      <w:r/>
    </w:p>
    <w:p>
      <w:pPr>
        <w:pStyle w:val="ListBullet"/>
        <w:spacing w:line="240" w:lineRule="auto"/>
        <w:ind w:left="720"/>
      </w:pPr>
      <w:r/>
      <w:r>
        <w:rPr>
          <w:b/>
        </w:rPr>
        <w:t>Main acts:</w:t>
      </w:r>
      <w:r>
        <w:t xml:space="preserve"> Raye headlines Saturday at Pride on the Park, Diana Ross is the Sunday main act; ticket tiers run roughly from £45 to £350. </w:t>
      </w:r>
      <w:r/>
    </w:p>
    <w:p>
      <w:pPr>
        <w:pStyle w:val="ListBullet"/>
        <w:spacing w:line="240" w:lineRule="auto"/>
        <w:ind w:left="720"/>
      </w:pPr>
      <w:r/>
      <w:r>
        <w:rPr>
          <w:b/>
        </w:rPr>
        <w:t>Street parties:</w:t>
      </w:r>
      <w:r>
        <w:t xml:space="preserve"> Ticketed Pride Street parties on Marine Parade run 15:00–23:00 Saturday and 14:00–21:00 Sunday, with drag stages, music zones and bars. </w:t>
      </w:r>
      <w:r/>
    </w:p>
    <w:p>
      <w:pPr>
        <w:pStyle w:val="ListBullet"/>
        <w:spacing w:line="240" w:lineRule="auto"/>
        <w:ind w:left="720"/>
      </w:pPr>
      <w:r/>
      <w:r>
        <w:rPr>
          <w:b/>
        </w:rPr>
        <w:t>Travel note:</w:t>
      </w:r>
      <w:r>
        <w:t xml:space="preserve"> Trains will be extremely busy; Southern, Thameslink and Gatwick Express plan extra capacity , allow plenty of travel time and check timetables. </w:t>
      </w:r>
      <w:r/>
    </w:p>
    <w:p>
      <w:pPr>
        <w:pStyle w:val="ListBullet"/>
        <w:spacing w:line="240" w:lineRule="auto"/>
        <w:ind w:left="720"/>
      </w:pPr>
      <w:r/>
      <w:r>
        <w:rPr>
          <w:b/>
        </w:rPr>
        <w:t>Safety and parking:</w:t>
      </w:r>
      <w:r>
        <w:t xml:space="preserve"> Sussex Police will deploy uniformed and plain-clothes officers, including specialist teams; visitor parking available at University of Sussex Falmer campus with shuttle bus links.</w:t>
      </w:r>
      <w:r/>
      <w:r/>
    </w:p>
    <w:p>
      <w:pPr>
        <w:pStyle w:val="Heading2"/>
      </w:pPr>
      <w:r>
        <w:t>Why this Pride feels bigger than ever</w:t>
      </w:r>
      <w:r/>
    </w:p>
    <w:p>
      <w:r/>
      <w:r>
        <w:t>Brighton &amp; Hove Pride isn’t just a parade; it’s an economic and cultural moment for the city, and the 35th anniversary has an extra shimmer. Expect huge crowds, a carnival atmosphere and a tangible sense that the event matters , to performers, local traders and the LGBTQ+ community alike. That translates into busy streets, colourful floats and a festival that feels both joyful and significant.</w:t>
      </w:r>
      <w:r/>
    </w:p>
    <w:p>
      <w:r/>
      <w:r>
        <w:t>The event’s scale also means practical implications: more road closures, larger crowds around Preston Park and packed public transport. If you’re coming for the headline acts or the parade spectacle, plan your day so you can actually enjoy it rather than fight for space.</w:t>
      </w:r>
      <w:r/>
    </w:p>
    <w:p>
      <w:pPr>
        <w:pStyle w:val="Heading2"/>
      </w:pPr>
      <w:r>
        <w:t>Parade essentials: route, times and how to watch</w:t>
      </w:r>
      <w:r/>
    </w:p>
    <w:p>
      <w:r/>
      <w:r>
        <w:t>The parade sets off from Hove Lawns, runs along King’s Road, West Street, North Street and London Road, and finishes near Preston Park. Kick-off is 11:00 on Saturday; organisers typically ask spectators to be aware of dispersal at Preston Circus, with roads expected to reopen around 16:30.</w:t>
      </w:r>
      <w:r/>
    </w:p>
    <w:p>
      <w:r/>
      <w:r>
        <w:t>If you want a front-row spot, arrive early and bring water and a lightweight chair or blanket. For families, quieter viewing points tend to be further from the park entrance, while the central streets deliver the biggest sound and colour. Remember that some traditional local routes have shifted over time, so double-check the official parade map if you’re meeting friends.</w:t>
      </w:r>
      <w:r/>
    </w:p>
    <w:p>
      <w:pPr>
        <w:pStyle w:val="Heading2"/>
      </w:pPr>
      <w:r>
        <w:t>Preston Park’s two-day festival: who’s playing and what to expect</w:t>
      </w:r>
      <w:r/>
    </w:p>
    <w:p>
      <w:r/>
      <w:r>
        <w:t>Preston Park hosts Pride on the Park across Saturday and Sunday with a stacked line-up: Raye tops the bill on Saturday and Diana Ross closes Sunday. Ticket prices vary, with standard options from around £45 up to premium packages near £350; early-bird allocations and discounts often sell out fast.</w:t>
      </w:r>
      <w:r/>
    </w:p>
    <w:p>
      <w:r/>
      <w:r>
        <w:t>The park is an all-day festival environment with multiple stages, food and drink traders and chill zones. If you care about sightlines, look into VIP or reserved areas; if you just want the atmosphere, general admission gives you plenty to see and hear. Weather can swing, so pack layers and a small waterproof.</w:t>
      </w:r>
      <w:r/>
    </w:p>
    <w:p>
      <w:pPr>
        <w:pStyle w:val="Heading2"/>
      </w:pPr>
      <w:r>
        <w:t>Street parties, layout changes and local impact</w:t>
      </w:r>
      <w:r/>
    </w:p>
    <w:p>
      <w:r/>
      <w:r>
        <w:t>Marine Parade hosts ticketed street parties on both days, featuring drag stages, DJs and bars. These run from mid-afternoon into the evening and offer a lively, concentrated party vibe by the seafront. Note that some traditional locations have been moved in recent years after resident feedback, so expect changes to familiar routes.</w:t>
      </w:r>
      <w:r/>
    </w:p>
    <w:p>
      <w:r/>
      <w:r>
        <w:t>The festival brings a multi-million-pound boost to Brighton’s economy, which locals often welcome , but it also means noise, longer waits for services and road closures. If you live in the city, plan errands for other days or ask neighbours about quieter routes.</w:t>
      </w:r>
      <w:r/>
    </w:p>
    <w:p>
      <w:pPr>
        <w:pStyle w:val="Heading2"/>
      </w:pPr>
      <w:r>
        <w:t>Getting there and getting home: transport tips</w:t>
      </w:r>
      <w:r/>
    </w:p>
    <w:p>
      <w:r/>
      <w:r>
        <w:t>Trains into Brighton will be extremely busy; Southern, Thameslink and Gatwick Express have signalled extra services but that doesn’t remove queues at stations. Arrive early for trains, buy return tickets in advance if possible and consider travelling outside peak windows.</w:t>
      </w:r>
      <w:r/>
    </w:p>
    <w:p>
      <w:r/>
      <w:r>
        <w:t>Bus services will be altered between 30 July and 3 August to accommodate road closures. Brighton &amp; Hove City Council and VisitBrighton advise checking timetables and allowing extra journey time. If you’re driving, park at Falmer Campus and take the No.25 bus into the centre , it’s a handy option that avoids circling for on-street spaces.</w:t>
      </w:r>
      <w:r/>
    </w:p>
    <w:p>
      <w:pPr>
        <w:pStyle w:val="Heading2"/>
      </w:pPr>
      <w:r>
        <w:t>Safety, accessibility and a few last practical tips</w:t>
      </w:r>
      <w:r/>
    </w:p>
    <w:p>
      <w:r/>
      <w:r>
        <w:t>Sussex Police will deploy visible and plain-clothes officers, plus specialist teams, across the weekend. That presence is meant to keep crowds safe; follow steward instructions and use designated first-aid points if you need help.</w:t>
      </w:r>
      <w:r/>
    </w:p>
    <w:p>
      <w:r/>
      <w:r>
        <w:t>For accessibility, Pride organisers usually publish guidance on accessible viewing areas and quiet spaces , check the official Pride site before you go. Bring cash and cards, charge your phone, agree on meeting points with friends, and be mindful of young children in packed areas.</w:t>
      </w:r>
      <w:r/>
    </w:p>
    <w:p>
      <w:r/>
      <w:r>
        <w:t>It’s a small change that can make every experience better , plan ahead, pace yourself and soak up the colour.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https://www.bbc.co.uk/news/articles/c5y6p06zp5eo</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unveiled its full lineup for the 2026 'Pride On The Park' event, marking its 35th anniversary. The festival will feature headliners RAYE and Diana Ross, with performances from artists like Jessie J, Self Esteem, Leigh-Anne, G Flip, and Moonchild Sanelly. The dance arena will host acts such as The Blessed Madonna, HAAi, I.Jordan, Hannah Wants, Bimini, Daniel Avery, Patrick Mason, and Girls Don’t Sync. The event will also introduce new stages and immersive spaces, including Bears In The Woods, Queer Soap Box, and Outro, alongside family zones. The theme for this year's Pride is 'The Power of Love'.</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scheduled for 1–2 August 2026, celebrating its 35th anniversary. The event includes the Pride Community Parade on Saturday, 1 August, with the theme 'The Power of Love', and the Pride on the Park festival at Preston Park on both days. The festival will feature headliners RAYE and Diana Ross, with performances from artists like Jessie J, Self Esteem, Leigh-Anne, G Flip, Moonchild Sanelly, RuPaul (DJ Set), Purple Disco Machine, Bimini, Daniel Avery, Oxylion &amp; Danger, and Patrick Mason. Tickets are available online, with VIP and Camping options limited and sold out by mid-July last year. The event aims to raise funds for local LGBTQ+ community groups and is known for its inclusivity and community spirit.</w:t>
      </w:r>
      <w:r/>
    </w:p>
    <w:p>
      <w:pPr>
        <w:pStyle w:val="ListNumber"/>
        <w:spacing w:line="240" w:lineRule="auto"/>
        <w:ind w:left="720"/>
      </w:pPr>
      <w:r/>
      <w:hyperlink r:id="rId12">
        <w:r>
          <w:rPr>
            <w:color w:val="0000EE"/>
            <w:u w:val="single"/>
          </w:rPr>
          <w:t>https://www.brighton-pride.org/pride-parade/</w:t>
        </w:r>
      </w:hyperlink>
      <w:r>
        <w:t xml:space="preserve"> - The Brighton &amp; Hove Pride LGBTQ+ Community Parade 2026 is set for Saturday, 1 August, with the theme 'The Power of Love'. This parade marks 35 years since Pride returned to the city in 1991, following its inception in 1973 by the Sussex Gay Liberation Front. The parade showcases over 300,000 participants and features community and campaign groups, as well as a vibrant carnival of colour. It starts at Hove Lawns and concludes at Preston Park for the Pride on the Park festival, the official Brighton &amp; Hove Pride charity fundraiser.</w:t>
      </w:r>
      <w:r/>
    </w:p>
    <w:p>
      <w:pPr>
        <w:pStyle w:val="ListNumber"/>
        <w:spacing w:line="240" w:lineRule="auto"/>
        <w:ind w:left="720"/>
      </w:pPr>
      <w:r/>
      <w:hyperlink r:id="rId14">
        <w:r>
          <w:rPr>
            <w:color w:val="0000EE"/>
            <w:u w:val="single"/>
          </w:rPr>
          <w:t>https://www.brighton-pride.org/pride-on-the-park-2026-headliner-annoucement/</w:t>
        </w:r>
      </w:hyperlink>
      <w:r>
        <w:t xml:space="preserve"> - Brighton &amp; Hove Pride has announced that global superstar Diana Ross will headline and close the weekend for the 35th Anniversary Extravaganza on Sunday, 2 August 2026. Chart-topping sensation RAYE is set to headline day one on Saturday, 1 August 2026. The two-day community fundraiser will take place at Preston Park, with more artists to be announced in the coming weeks. The event aims to celebrate inclusivity, unity, and pride, marking a significant milestone in the festival's history.</w:t>
      </w:r>
      <w:r/>
    </w:p>
    <w:p>
      <w:pPr>
        <w:pStyle w:val="ListNumber"/>
        <w:spacing w:line="240" w:lineRule="auto"/>
        <w:ind w:left="720"/>
      </w:pPr>
      <w:r/>
      <w:hyperlink r:id="rId13">
        <w:r>
          <w:rPr>
            <w:color w:val="0000EE"/>
            <w:u w:val="single"/>
          </w:rPr>
          <w:t>https://www.planomato.com/en/brighton/n/brighton-pride-guide</w:t>
        </w:r>
      </w:hyperlink>
      <w:r>
        <w:t xml:space="preserve"> - Brighton is preparing for its most iconic summer celebration as Brighton &amp; Hove Pride returns for its 35th anniversary, marking thirty-five years since the modern festival returned to the city in 1991. Taking place on Saturday, 1 August, and Sunday, 2 August 2026, this year's festival centres around the official theme 'The Power of Love'. As the UK's largest LGBTQ+ festival, the event brings together over 300,000 people, creating an incredible atmosphere across the city while generating approximately £20 million for the local economy and raising vital funds for local community groups. The festivities kick off on Saturday morning with the Pride Community Parade, starting at 11:00 am from Hove Lawns. The free procession makes its way through the heart of Brighton along West Street, Queens Road, North Road, and London Road, before finishing at Preston Park.</w:t>
      </w:r>
      <w:r/>
    </w:p>
    <w:p>
      <w:pPr>
        <w:pStyle w:val="ListNumber"/>
        <w:spacing w:line="240" w:lineRule="auto"/>
        <w:ind w:left="720"/>
      </w:pPr>
      <w:r/>
      <w:hyperlink r:id="rId15">
        <w:r>
          <w:rPr>
            <w:color w:val="0000EE"/>
            <w:u w:val="single"/>
          </w:rPr>
          <w:t>https://www.planomato.com/en/brighton/p/rupaul-brighton-hove-pride-2026</w:t>
        </w:r>
      </w:hyperlink>
      <w:r>
        <w:t xml:space="preserve"> - Drag superstar RuPaul is scheduled to perform a DJ set during the Brighton and Hove Pride 2026 festival at Preston Park. The event, known as 'Pride on the Park', is returning to Preston Park on the weekend of 1st and 2nd August 2026. This year marks the 35th anniversary of LGBTQ+ pride in the city, an event that has been running since 1991. The organisers have chosen 'The Power of Love' as the theme for this edition, which will be reflected in the community parade that kicks off the weekend. This parade serves as a nod to the history of the activists who established the event over three decades ago, highlighting the ongoing solidarity within the community. The musical lineup for this year includes a variety of performers across the weekend. RuPaul is scheduled to take an icons slot during the festivities, following reports of a DJ set appearance. Alongside this, the programme features appearances from artists such as Paris Hilton, Jessie J, Five, and Diana Ross.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bc.co.uk/news/articles/c5y6p06zp5eo"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pride.org/pride-parade/" TargetMode="External"/><Relationship Id="rId13" Type="http://schemas.openxmlformats.org/officeDocument/2006/relationships/hyperlink" Target="https://www.planomato.com/en/brighton/n/brighton-pride-guide" TargetMode="External"/><Relationship Id="rId14" Type="http://schemas.openxmlformats.org/officeDocument/2006/relationships/hyperlink" Target="https://www.brighton-pride.org/pride-on-the-park-2026-headliner-annoucement/" TargetMode="External"/><Relationship Id="rId15" Type="http://schemas.openxmlformats.org/officeDocument/2006/relationships/hyperlink" Target="https://www.planomato.com/en/brighton/p/rupaul-brighton-hove-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