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Bonn CSD 2026: How the City Kept Pride Loud, Bright and Safe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residents gathered as Bonn celebrated Christopher Street Day under the banner “Bonn lebt CSD – queer, bunt, weltoffen”, blending upbeat music, colourful stalls and a clear message: visibility matters. The day mixed festival atmosphere on Münsterplatz with heightened security and a solemn moment of remembrance after the Berlin attack.</w:t>
      </w:r>
      <w:r/>
    </w:p>
    <w:p>
      <w:r/>
      <w:r>
        <w:t>Essential Takeaways</w:t>
      </w:r>
      <w:r/>
      <w:r/>
    </w:p>
    <w:p>
      <w:pPr>
        <w:pStyle w:val="ListBullet"/>
        <w:spacing w:line="240" w:lineRule="auto"/>
        <w:ind w:left="720"/>
      </w:pPr>
      <w:r/>
      <w:r>
        <w:rPr>
          <w:b/>
        </w:rPr>
        <w:t>Event scale:</w:t>
      </w:r>
      <w:r>
        <w:t xml:space="preserve"> Bonn’s CSD ran 13:00–21:00 on Münsterplatz with music, drag shows, comedy and food stalls , a classic street-festival vibe.</w:t>
      </w:r>
      <w:r/>
    </w:p>
    <w:p>
      <w:pPr>
        <w:pStyle w:val="ListBullet"/>
        <w:spacing w:line="240" w:lineRule="auto"/>
        <w:ind w:left="720"/>
      </w:pPr>
      <w:r/>
      <w:r>
        <w:rPr>
          <w:b/>
        </w:rPr>
        <w:t>Organisers:</w:t>
      </w:r>
      <w:r>
        <w:t xml:space="preserve"> The event, often called “Beethovens Bunte”, is run by r(h)einqueer Bonn e.V., marking a decade of their stewardship.</w:t>
      </w:r>
      <w:r/>
    </w:p>
    <w:p>
      <w:pPr>
        <w:pStyle w:val="ListBullet"/>
        <w:spacing w:line="240" w:lineRule="auto"/>
        <w:ind w:left="720"/>
      </w:pPr>
      <w:r/>
      <w:r>
        <w:rPr>
          <w:b/>
        </w:rPr>
        <w:t>Security measures:</w:t>
      </w:r>
      <w:r>
        <w:t xml:space="preserve"> Police presence was increased and routes reviewed; planners had already accounted for vehicle-attack scenarios in April 2026.</w:t>
      </w:r>
      <w:r/>
    </w:p>
    <w:p>
      <w:pPr>
        <w:pStyle w:val="ListBullet"/>
        <w:spacing w:line="240" w:lineRule="auto"/>
        <w:ind w:left="720"/>
      </w:pPr>
      <w:r/>
      <w:r>
        <w:rPr>
          <w:b/>
        </w:rPr>
        <w:t>Tone:</w:t>
      </w:r>
      <w:r>
        <w:t xml:space="preserve"> The programme included a quiet, emotional pause for victims of the Berlin attack, followed by communal singing and visible solidarity.</w:t>
      </w:r>
      <w:r/>
    </w:p>
    <w:p>
      <w:pPr>
        <w:pStyle w:val="ListBullet"/>
        <w:spacing w:line="240" w:lineRule="auto"/>
        <w:ind w:left="720"/>
      </w:pPr>
      <w:r/>
      <w:r>
        <w:rPr>
          <w:b/>
        </w:rPr>
        <w:t>Atmosphere:</w:t>
      </w:r>
      <w:r>
        <w:t xml:space="preserve"> Despite seriousness, attendees stayed joyful and determined, using the day to affirm openness and togetherness.</w:t>
      </w:r>
      <w:r/>
      <w:r/>
    </w:p>
    <w:p>
      <w:pPr>
        <w:pStyle w:val="Heading2"/>
      </w:pPr>
      <w:r>
        <w:t>A colourful street party with a serious heart</w:t>
      </w:r>
      <w:r/>
    </w:p>
    <w:p>
      <w:r/>
      <w:r>
        <w:t>Bonn’s Münsterplatz was splashy and loud, full of pop covers, drag performances and the smell of street food, but there was a muted note too , a minute of silence for the victims of the Berlin CSD attack. The local organiser, r(h)einqueer Bonn e.V., adjusted the programme and tone to reflect the wider mood, so celebration and remembrance sat side by side. For many people in the crowd, it was precisely that mix , joy seasoned with resolve , that felt right.</w:t>
      </w:r>
      <w:r/>
    </w:p>
    <w:p>
      <w:pPr>
        <w:pStyle w:val="Heading2"/>
      </w:pPr>
      <w:r>
        <w:t>Why safety took centre stage this year</w:t>
      </w:r>
      <w:r/>
    </w:p>
    <w:p>
      <w:r/>
      <w:r>
        <w:t>Organisers and police made safety an explicit priority after the Berlin incident, reviewing routes and security plans drawn up in April 2026 and beefing up personnel on the day. Police spokesman Severin Wolters made clear there was no specific threat to Bonn, yet visible officers along parade routes offered reassurance. If you’re attending a large outdoor pride event, expect bag checks, marshals and clear fencing lines; they’re meant to protect the party, not spoil it.</w:t>
      </w:r>
      <w:r/>
    </w:p>
    <w:p>
      <w:pPr>
        <w:pStyle w:val="Heading2"/>
      </w:pPr>
      <w:r>
        <w:t>“We must stay visible” , community response</w:t>
      </w:r>
      <w:r/>
    </w:p>
    <w:p>
      <w:r/>
      <w:r>
        <w:t>Speakers at the event used the platform to push back against fear. David Kremser of r(h)einqueer Bonn urged solidarity and warned that giving in to fear plays into the goal of attackers. Claudia Brenig spoke for many when she said the city was thinking of those hurt in Berlin. That public, almost stubborn insistence on visibility is a through-line in today’s queer activism , gatherings aren’t just parties, they’re statements.</w:t>
      </w:r>
      <w:r/>
    </w:p>
    <w:p>
      <w:pPr>
        <w:pStyle w:val="Heading2"/>
      </w:pPr>
      <w:r>
        <w:t>How Bonn’s CSD fits national festival trends</w:t>
      </w:r>
      <w:r/>
    </w:p>
    <w:p>
      <w:r/>
      <w:r>
        <w:t>Across Germany, organisers are reworking logistics for festivals and pride events, balancing openness with new security realities. Reports from other regions show similar choices: more marshals, revised parade routes and earlier planning conversations with police. For attendees that means arriving earlier, staying aware of official announcements and picking meeting points in case phones get crowded or networks slow.</w:t>
      </w:r>
      <w:r/>
    </w:p>
    <w:p>
      <w:pPr>
        <w:pStyle w:val="Heading2"/>
      </w:pPr>
      <w:r>
        <w:t>Practical tips for festival-goers</w:t>
      </w:r>
      <w:r/>
    </w:p>
    <w:p>
      <w:r/>
      <w:r>
        <w:t>If you’re heading to a future CSD, pick lightweight luggage, bring cash and a portable phone battery, and agree a meet-up spot with friends. Respect any guidance from stewards , they’re there after planning and pressure-testing routes. And don’t forget to soak up the music: communal moments like the crowd singing “Ode an die Freude” are what turn an organised march into a memory.</w:t>
      </w:r>
      <w:r/>
    </w:p>
    <w:p>
      <w:r/>
      <w:r>
        <w:t>It's a small change that can make every celebration safer and every message louder.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[6]</w:t>
        </w:r>
      </w:hyperlink>
      <w:r>
        <w:t xml:space="preserve">, </w:t>
      </w:r>
      <w:hyperlink r:id="rId12">
        <w:r>
          <w:rPr>
            <w:color w:val="0000EE"/>
            <w:u w:val="single"/>
          </w:rPr>
          <w:t>[4]</w:t>
        </w:r>
      </w:hyperlink>
      <w:r>
        <w:t xml:space="preserve">- Paragraph 3: </w:t>
      </w:r>
      <w:hyperlink r:id="rId9">
        <w:r>
          <w:rPr>
            <w:color w:val="0000EE"/>
            <w:u w:val="single"/>
          </w:rPr>
          <w:t>[6]</w:t>
        </w:r>
      </w:hyperlink>
      <w:r>
        <w:t xml:space="preserve">, </w:t>
      </w:r>
      <w:hyperlink r:id="rId9">
        <w:r>
          <w:rPr>
            <w:color w:val="0000EE"/>
            <w:u w:val="single"/>
          </w:rPr>
          <w:t>[1]</w:t>
        </w:r>
      </w:hyperlink>
      <w:r>
        <w:t xml:space="preserve">- Paragraph 4: </w:t>
      </w:r>
      <w:hyperlink r:id="rId12">
        <w:r>
          <w:rPr>
            <w:color w:val="0000EE"/>
            <w:u w:val="single"/>
          </w:rPr>
          <w:t>[4]</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https://www.ksta.de/region/rhein-sieg-bonn/bonn/bonn-feiert-csd-bunt-laut-und-entschlossen-1339262</w:t>
        </w:r>
      </w:hyperlink>
      <w:r>
        <w:t xml:space="preserve"> - Please view link - unable to able to access data</w:t>
      </w:r>
      <w:r/>
    </w:p>
    <w:p>
      <w:pPr>
        <w:pStyle w:val="ListNumber"/>
        <w:spacing w:line="240" w:lineRule="auto"/>
        <w:ind w:left="720"/>
      </w:pPr>
      <w:r/>
      <w:hyperlink r:id="rId10">
        <w:r>
          <w:rPr>
            <w:color w:val="0000EE"/>
            <w:u w:val="single"/>
          </w:rPr>
          <w:t>https://csd-bn.de/</w:t>
        </w:r>
      </w:hyperlink>
      <w:r>
        <w:t xml:space="preserve"> - The official website for CSD Bonn 2026 provides detailed information about the event, including the date, location, and contact details. It highlights the celebration of diversity and equality, inviting participants to join the festivities on Saturday, 1 August 2026, at Münsterplatz in Bonn. The site also offers contact information for the r(h)einqueer Bonn e.V. board and links to their social media channels for the latest updates.</w:t>
      </w:r>
      <w:r/>
    </w:p>
    <w:p>
      <w:pPr>
        <w:pStyle w:val="ListNumber"/>
        <w:spacing w:line="240" w:lineRule="auto"/>
        <w:ind w:left="720"/>
      </w:pPr>
      <w:r/>
      <w:hyperlink r:id="rId11">
        <w:r>
          <w:rPr>
            <w:color w:val="0000EE"/>
            <w:u w:val="single"/>
          </w:rPr>
          <w:t>https://www.festivalsindeutschland.de/en/festival/csd-bonn</w:t>
        </w:r>
      </w:hyperlink>
      <w:r>
        <w:t xml:space="preserve"> - This page offers an overview of CSD Bonn 2026, scheduled for 1 August 2026 at Münsterplatz in Bonn. It describes the event as a combination of political demonstration, stage programme, and summer festival, featuring bands, comedy, talks, and show acts. The article notes that the specific artist lineup will be announced closer to the event and provides information on the organisers, r(h)einqueer Bonn e.V.</w:t>
      </w:r>
      <w:r/>
    </w:p>
    <w:p>
      <w:pPr>
        <w:pStyle w:val="ListNumber"/>
        <w:spacing w:line="240" w:lineRule="auto"/>
        <w:ind w:left="720"/>
      </w:pPr>
      <w:r/>
      <w:hyperlink r:id="rId12">
        <w:r>
          <w:rPr>
            <w:color w:val="0000EE"/>
            <w:u w:val="single"/>
          </w:rPr>
          <w:t>https://www.zeit.de/news/2026-07/28/was-der-csd-anschlag-fuer-feste-im-nordwesten-bedeutet</w:t>
        </w:r>
      </w:hyperlink>
      <w:r>
        <w:t xml:space="preserve"> - Following the attack during the Christopher Street Day (CSD) in Berlin, organisers of CSD events in the northwest of Germany, including Bonn, are revising their security concepts. The article discusses how the Berlin incident has prompted increased security measures for upcoming CSD celebrations in the region, highlighting the importance of safety for participants and the community.</w:t>
      </w:r>
      <w:r/>
    </w:p>
    <w:p>
      <w:pPr>
        <w:pStyle w:val="ListNumber"/>
        <w:spacing w:line="240" w:lineRule="auto"/>
        <w:ind w:left="720"/>
      </w:pPr>
      <w:r/>
      <w:hyperlink r:id="rId13">
        <w:r>
          <w:rPr>
            <w:color w:val="0000EE"/>
            <w:u w:val="single"/>
          </w:rPr>
          <w:t>https://www.ndr.de/nachrichten/niedersachsen/braunschweig_harz_goettingen/nach-csd-anschlag-veranstalter-schaerfen-bei-sicherheit-nach%2Ccsd-358.html</w:t>
        </w:r>
      </w:hyperlink>
      <w:r>
        <w:t xml:space="preserve"> - In response to the attack on the CSD in Berlin, organisers of major events in Lower Saxony, such as the Maschsee Festival in Hannover, are enhancing their security measures. The article details the steps being taken to increase safety, including the installation of additional security barriers and coordination with local police to ensure the protection of attendees.</w:t>
      </w:r>
      <w:r/>
    </w:p>
    <w:p>
      <w:pPr>
        <w:pStyle w:val="ListNumber"/>
        <w:spacing w:line="240" w:lineRule="auto"/>
        <w:ind w:left="720"/>
      </w:pPr>
      <w:r/>
      <w:hyperlink r:id="rId9">
        <w:r>
          <w:rPr>
            <w:color w:val="0000EE"/>
            <w:u w:val="single"/>
          </w:rPr>
          <w:t>https://www.ksta.de/region/rhein-sieg-bonn/bonn/bonn-feiert-csd-bunt-laut-und-entschlossen-1339262</w:t>
        </w:r>
      </w:hyperlink>
      <w:r>
        <w:t xml:space="preserve"> - This article from the Kölner Stadt-Anzeiger reports on the CSD Bonn 2026 event, highlighting the vibrant and determined atmosphere of the celebration. It provides insights into the programme, the community's response to recent events, and the organisers' commitment to creating a safe and inclusive environment for all participants.</w:t>
      </w:r>
      <w:r/>
    </w:p>
    <w:p>
      <w:pPr>
        <w:pStyle w:val="ListNumber"/>
        <w:spacing w:line="240" w:lineRule="auto"/>
        <w:ind w:left="720"/>
      </w:pPr>
      <w:r/>
      <w:hyperlink r:id="rId14">
        <w:r>
          <w:rPr>
            <w:color w:val="0000EE"/>
            <w:u w:val="single"/>
          </w:rPr>
          <w:t>https://csd.nrw/</w:t>
        </w:r>
      </w:hyperlink>
      <w:r>
        <w:t xml:space="preserve"> - The official website for Christopher Street Day events in North Rhine-Westphalia offers guidance on organising a CSD. It provides step-by-step instructions and resources for planning and conducting a CSD, emphasising the importance of visibility and solidarity for the rights of the LGBTIQ+ community in the region.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ksta.de/region/rhein-sieg-bonn/bonn/bonn-feiert-csd-bunt-laut-und-entschlossen-1339262" TargetMode="External"/><Relationship Id="rId10" Type="http://schemas.openxmlformats.org/officeDocument/2006/relationships/hyperlink" Target="https://csd-bn.de/" TargetMode="External"/><Relationship Id="rId11" Type="http://schemas.openxmlformats.org/officeDocument/2006/relationships/hyperlink" Target="https://www.festivalsindeutschland.de/en/festival/csd-bonn" TargetMode="External"/><Relationship Id="rId12" Type="http://schemas.openxmlformats.org/officeDocument/2006/relationships/hyperlink" Target="https://www.zeit.de/news/2026-07/28/was-der-csd-anschlag-fuer-feste-im-nordwesten-bedeutet" TargetMode="External"/><Relationship Id="rId13" Type="http://schemas.openxmlformats.org/officeDocument/2006/relationships/hyperlink" Target="https://www.ndr.de/nachrichten/niedersachsen/braunschweig_harz_goettingen/nach-csd-anschlag-veranstalter-schaerfen-bei-sicherheit-nach%2Ccsd-358.html" TargetMode="External"/><Relationship Id="rId14" Type="http://schemas.openxmlformats.org/officeDocument/2006/relationships/hyperlink" Target="https://csd.nr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