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Batman Movie Takes You Back to 1966’s Campy, Queer-Friendly Screen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a colourful moment in superhero history: fans and queer viewers alike are revisiting Batman: The Movie (1966) as the cheeky, campy cinematic ancestor that helped make big-screen superheroes feel theatrical, queer-adjacent and wildly fun , and why that still matters today.</w:t>
      </w:r>
      <w:r/>
    </w:p>
    <w:p>
      <w:r/>
      <w:r>
        <w:t>Essential Takeaways</w:t>
      </w:r>
      <w:r/>
      <w:r/>
    </w:p>
    <w:p>
      <w:pPr>
        <w:pStyle w:val="ListBullet"/>
        <w:spacing w:line="240" w:lineRule="auto"/>
        <w:ind w:left="720"/>
      </w:pPr>
      <w:r/>
      <w:r>
        <w:rPr>
          <w:b/>
        </w:rPr>
        <w:t>Broad, bright tone:</w:t>
      </w:r>
      <w:r>
        <w:t xml:space="preserve"> The film keeps the TV series’ stylised comic-book look and deliberately theatrical performances.</w:t>
      </w:r>
      <w:r/>
    </w:p>
    <w:p>
      <w:pPr>
        <w:pStyle w:val="ListBullet"/>
        <w:spacing w:line="240" w:lineRule="auto"/>
        <w:ind w:left="720"/>
      </w:pPr>
      <w:r/>
      <w:r>
        <w:rPr>
          <w:b/>
        </w:rPr>
        <w:t>Villains steal the show:</w:t>
      </w:r>
      <w:r>
        <w:t xml:space="preserve"> Catwoman, Joker, Penguin and Riddler are played with gleeful excess , think melodrama and panache.</w:t>
      </w:r>
      <w:r/>
    </w:p>
    <w:p>
      <w:pPr>
        <w:pStyle w:val="ListBullet"/>
        <w:spacing w:line="240" w:lineRule="auto"/>
        <w:ind w:left="720"/>
      </w:pPr>
      <w:r/>
      <w:r>
        <w:rPr>
          <w:b/>
        </w:rPr>
        <w:t>Queer resonance:</w:t>
      </w:r>
      <w:r>
        <w:t xml:space="preserve"> The camp, flirtation, and closeness between Batman and Robin invite queer readings and community affection.</w:t>
      </w:r>
      <w:r/>
    </w:p>
    <w:p>
      <w:pPr>
        <w:pStyle w:val="ListBullet"/>
        <w:spacing w:line="240" w:lineRule="auto"/>
        <w:ind w:left="720"/>
      </w:pPr>
      <w:r/>
      <w:r>
        <w:rPr>
          <w:b/>
        </w:rPr>
        <w:t>Light, serial storytelling:</w:t>
      </w:r>
      <w:r>
        <w:t xml:space="preserve"> Plot moves through set-piece vignettes rather than deep origin psychodrama; it’s brisk and unapologetically simple.</w:t>
      </w:r>
      <w:r/>
    </w:p>
    <w:p>
      <w:pPr>
        <w:pStyle w:val="ListBullet"/>
        <w:spacing w:line="240" w:lineRule="auto"/>
        <w:ind w:left="720"/>
      </w:pPr>
      <w:r/>
      <w:r>
        <w:rPr>
          <w:b/>
        </w:rPr>
        <w:t>Where to watch:</w:t>
      </w:r>
      <w:r>
        <w:t xml:space="preserve"> Streaming on Fubo TV or available to rent/buy on Amazon Prime Video and Apple TV.</w:t>
      </w:r>
      <w:r/>
      <w:r/>
    </w:p>
    <w:p>
      <w:pPr>
        <w:pStyle w:val="Heading2"/>
      </w:pPr>
      <w:r>
        <w:t>Why 1966’s Batman still feels like a party</w:t>
      </w:r>
      <w:r/>
    </w:p>
    <w:p>
      <w:r/>
      <w:r>
        <w:t>The first thing you notice is the colour , vivid costumes, pop-art sets and a soundtrack that practically chirps. The movie simply extends the TV show’s carnival spirit, making every fight feel staged for maximum fun rather than verisimilitude. According to long-form overviews of the production, it was born as a direct spin-off from the hit ABC series, created to capitalise on that early mania for caped crime-fighting. If you want a reminder that superheroes were once loud and playful, this is it.</w:t>
      </w:r>
      <w:r/>
    </w:p>
    <w:p>
      <w:pPr>
        <w:pStyle w:val="Heading2"/>
      </w:pPr>
      <w:r>
        <w:t>It reads like four comic vignettes stitched together</w:t>
      </w:r>
      <w:r/>
    </w:p>
    <w:p>
      <w:r/>
      <w:r>
        <w:t>Rather than a weighty origin tale, the film strings together episodic confrontations: dastardly gadgets, outlandish deathtraps and gags that play like cliffhangers. Fans and historians note the structure mirrors the 1940s action serials more than modern blockbuster arcs, which is part of its charm. If you’re choosing a watch for a light night in, pick your favourite villain and enjoy the showy set pieces rather than hunting for psychological depth.</w:t>
      </w:r>
      <w:r/>
    </w:p>
    <w:p>
      <w:pPr>
        <w:pStyle w:val="Heading2"/>
      </w:pPr>
      <w:r>
        <w:t>The villains are gloriously theatrical , and queer-friendly</w:t>
      </w:r>
      <w:r/>
    </w:p>
    <w:p>
      <w:r/>
      <w:r>
        <w:t>Lee Meriweather’s Catwoman purrs with deliberate allure while Cesar Romero’s Joker thrives on flamboyance; Burgess Meredith and Frank Gorshin bring delightful caricature to Penguin and Riddler. That level of committed performance and camp has long drawn queer audiences, who often celebrate outsized theatricality and subversive glamour. Cultural commentators argue these portrayals helped normalise a playful queer aesthetic in mainstream pop culture long before modern conversations around representation.</w:t>
      </w:r>
      <w:r/>
    </w:p>
    <w:p>
      <w:pPr>
        <w:pStyle w:val="Heading2"/>
      </w:pPr>
      <w:r>
        <w:t>Batman and Robin: chemistry, closeness, and interpretation</w:t>
      </w:r>
      <w:r/>
    </w:p>
    <w:p>
      <w:r/>
      <w:r>
        <w:t>Two men living and fighting together in tight outfits leaves ample room for interpretation, and many viewers , critics and scholars included , have read the relationship through a homoerotic lens. The pared-back script and lack of domestic exposition mean the film leaves emotional gaps that invite queer readings, a phenomenon discussed across franchise histories. Whether you take it as bromance, platonic devotion, or something more, the ambiguity is part of the enduring fascination.</w:t>
      </w:r>
      <w:r/>
    </w:p>
    <w:p>
      <w:pPr>
        <w:pStyle w:val="Heading2"/>
      </w:pPr>
      <w:r>
        <w:t>How the 1966 tone shaped later Bat-versions , and why it matters now</w:t>
      </w:r>
      <w:r/>
    </w:p>
    <w:p>
      <w:r/>
      <w:r>
        <w:t>The film set a tonal baseline that directors kept nudging against for decades. Tim Burton’s gothic reimagining and Christopher Nolan’s grim realism both reacted to that original camp in different ways, while Joel Schumacher’s later entries leaned back toward the theatrical, courting both ridicule and cult love. For viewers today, revisiting the 1966 movie offers perspective: it’s a reminder that superhero cinema has always contained multiple flavours, including one that’s unapologetically joyful and queer-friendly.</w:t>
      </w:r>
      <w:r/>
    </w:p>
    <w:p>
      <w:r/>
      <w:r>
        <w:t>It's a small, colourful milestone in superhero history that still rewards viewers who like their capes with a wink.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13">
        <w:r>
          <w:rPr>
            <w:color w:val="0000EE"/>
            <w:u w:val="single"/>
          </w:rPr>
          <w:t>[5]</w:t>
        </w:r>
      </w:hyperlink>
      <w:r>
        <w:t xml:space="preserve">, </w:t>
      </w:r>
      <w:hyperlink r:id="rId9">
        <w:r>
          <w:rPr>
            <w:color w:val="0000EE"/>
            <w:u w:val="single"/>
          </w:rPr>
          <w:t>[1]</w:t>
        </w:r>
      </w:hyperlink>
      <w:r>
        <w:t xml:space="preserve">- Paragraph 5: </w:t>
      </w:r>
      <w:hyperlink r:id="rId14">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https://www.queerty.com/the-origin-story-of-big-screen-superheroes-is-very-gay-thanks-to-1966s-campy-batman-the-movie-20260801/</w:t>
        </w:r>
      </w:hyperlink>
      <w:r>
        <w:t xml:space="preserve"> - Please view link - unable to able to access data</w:t>
      </w:r>
      <w:r/>
    </w:p>
    <w:p>
      <w:pPr>
        <w:pStyle w:val="ListNumber"/>
        <w:spacing w:line="240" w:lineRule="auto"/>
        <w:ind w:left="720"/>
      </w:pPr>
      <w:r/>
      <w:hyperlink r:id="rId10">
        <w:r>
          <w:rPr>
            <w:color w:val="0000EE"/>
            <w:u w:val="single"/>
          </w:rPr>
          <w:t>https://en.wikipedia.org/wiki/Batman_(1966_film)</w:t>
        </w:r>
      </w:hyperlink>
      <w:r>
        <w:t xml:space="preserve"> - This Wikipedia article provides comprehensive information about the 1966 film 'Batman: The Movie,' including its production, cast, plot, and reception. It details how the film, based on the popular television series, brought Batman to the big screen and became a cultural phenomenon. The article also discusses the film's influence on the superhero genre and its campy aesthetic, which resonated with audiences and critics alike.</w:t>
      </w:r>
      <w:r/>
    </w:p>
    <w:p>
      <w:pPr>
        <w:pStyle w:val="ListNumber"/>
        <w:spacing w:line="240" w:lineRule="auto"/>
        <w:ind w:left="720"/>
      </w:pPr>
      <w:r/>
      <w:hyperlink r:id="rId12">
        <w:r>
          <w:rPr>
            <w:color w:val="0000EE"/>
            <w:u w:val="single"/>
          </w:rPr>
          <w:t>https://www.batman-on-film.com/batman-films/batman-movie-1966/</w:t>
        </w:r>
      </w:hyperlink>
      <w:r>
        <w:t xml:space="preserve"> - This article from Batman on Film offers an in-depth look at the 1966 film 'Batman: The Movie.' It covers the film's production history, casting choices, and its connection to the television series. The piece also explores the film's impact on the superhero genre and its enduring legacy, highlighting its campy style and its place in pop culture history.</w:t>
      </w:r>
      <w:r/>
    </w:p>
    <w:p>
      <w:pPr>
        <w:pStyle w:val="ListNumber"/>
        <w:spacing w:line="240" w:lineRule="auto"/>
        <w:ind w:left="720"/>
      </w:pPr>
      <w:r/>
      <w:hyperlink r:id="rId15">
        <w:r>
          <w:rPr>
            <w:color w:val="0000EE"/>
            <w:u w:val="single"/>
          </w:rPr>
          <w:t>https://www.fandom.com/articles/batman-forever-gay-lgbtq</w:t>
        </w:r>
      </w:hyperlink>
      <w:r>
        <w:t xml:space="preserve"> - This Fandom article examines the 1995 film 'Batman Forever' and its significance within the LGBTQ community. It discusses how the film's campy style and over-the-top performances by the villains contributed to its queer appeal. The article also explores the film's place in the broader context of superhero cinema and its influence on future portrayals of queerness in the genre.</w:t>
      </w:r>
      <w:r/>
    </w:p>
    <w:p>
      <w:pPr>
        <w:pStyle w:val="ListNumber"/>
        <w:spacing w:line="240" w:lineRule="auto"/>
        <w:ind w:left="720"/>
      </w:pPr>
      <w:r/>
      <w:hyperlink r:id="rId13">
        <w:r>
          <w:rPr>
            <w:color w:val="0000EE"/>
            <w:u w:val="single"/>
          </w:rPr>
          <w:t>https://en.wikipedia.org/wiki/Homosexuality_in_the_Batman_franchise</w:t>
        </w:r>
      </w:hyperlink>
      <w:r>
        <w:t xml:space="preserve"> - This Wikipedia article explores the presence and representation of homosexuality within the Batman franchise. It discusses early interpretations, such as psychiatrist Fredric Wertham's assertion in 1954 that 'Batman stories are psychologically homosexual,' and examines how various characters in the franchise have been portrayed as gay, lesbian, or bisexual over the years. The article provides a scholarly perspective on the evolving representation of queerness in Batman media.</w:t>
      </w:r>
      <w:r/>
    </w:p>
    <w:p>
      <w:pPr>
        <w:pStyle w:val="ListNumber"/>
        <w:spacing w:line="240" w:lineRule="auto"/>
        <w:ind w:left="720"/>
      </w:pPr>
      <w:r/>
      <w:hyperlink r:id="rId11">
        <w:r>
          <w:rPr>
            <w:color w:val="0000EE"/>
            <w:u w:val="single"/>
          </w:rPr>
          <w:t>https://en.wikipedia.org/wiki/Batman_(TV_series)</w:t>
        </w:r>
      </w:hyperlink>
      <w:r>
        <w:t xml:space="preserve"> - This Wikipedia article provides detailed information about the 1966 'Batman' television series, including its cast, production, and cultural impact. It highlights the series' campy aesthetic and its influence on the superhero genre. The article also discusses the series' reception and its place in television history, noting its popularity and the iconic performances of Adam West and Burt Ward.</w:t>
      </w:r>
      <w:r/>
    </w:p>
    <w:p>
      <w:pPr>
        <w:pStyle w:val="ListNumber"/>
        <w:spacing w:line="240" w:lineRule="auto"/>
        <w:ind w:left="720"/>
      </w:pPr>
      <w:r/>
      <w:hyperlink r:id="rId14">
        <w:r>
          <w:rPr>
            <w:color w:val="0000EE"/>
            <w:u w:val="single"/>
          </w:rPr>
          <w:t>https://en.wikipedia.org/wiki/Batman_in_film</w:t>
        </w:r>
      </w:hyperlink>
      <w:r>
        <w:t xml:space="preserve"> - This Wikipedia article offers a comprehensive overview of Batman's appearances in film, from the 1940s serials to the 1966 film and beyond. It discusses the evolution of Batman's portrayal on the big screen and the various adaptations that have been made over the years. The article also examines the cultural significance of these films and their impact on the superhero genre.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the-origin-story-of-big-screen-superheroes-is-very-gay-thanks-to-1966s-campy-batman-the-movie-20260801/" TargetMode="External"/><Relationship Id="rId10" Type="http://schemas.openxmlformats.org/officeDocument/2006/relationships/hyperlink" Target="https://en.wikipedia.org/wiki/Batman_(1966_film)" TargetMode="External"/><Relationship Id="rId11" Type="http://schemas.openxmlformats.org/officeDocument/2006/relationships/hyperlink" Target="https://en.wikipedia.org/wiki/Batman_(TV_series)" TargetMode="External"/><Relationship Id="rId12" Type="http://schemas.openxmlformats.org/officeDocument/2006/relationships/hyperlink" Target="https://www.batman-on-film.com/batman-films/batman-movie-1966/" TargetMode="External"/><Relationship Id="rId13" Type="http://schemas.openxmlformats.org/officeDocument/2006/relationships/hyperlink" Target="https://en.wikipedia.org/wiki/Homosexuality_in_the_Batman_franchise" TargetMode="External"/><Relationship Id="rId14" Type="http://schemas.openxmlformats.org/officeDocument/2006/relationships/hyperlink" Target="https://en.wikipedia.org/wiki/Batman_in_film" TargetMode="External"/><Relationship Id="rId15" Type="http://schemas.openxmlformats.org/officeDocument/2006/relationships/hyperlink" Target="https://www.fandom.com/articles/batman-forever-gay-lgbt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