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August LGBTQ+ Events to Catch This Summer — global party guide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the party: summer’s not over yet and travellers, locals and festival-lovers are heading to colourful events from Barcelona’s beaches to New Orleans’ streets; here’s a lively roundup of August LGBTQ+ festivals, what to expect, and quick tips for enjoying each one.</w:t>
      </w:r>
      <w:r/>
    </w:p>
    <w:p>
      <w:r/>
      <w:r>
        <w:t>Essential Takeaways</w:t>
      </w:r>
      <w:r/>
      <w:r/>
    </w:p>
    <w:p>
      <w:pPr>
        <w:pStyle w:val="ListBullet"/>
        <w:spacing w:line="240" w:lineRule="auto"/>
        <w:ind w:left="720"/>
      </w:pPr>
      <w:r/>
      <w:r>
        <w:rPr>
          <w:b/>
        </w:rPr>
        <w:t>Biggest European draw:</w:t>
      </w:r>
      <w:r>
        <w:t xml:space="preserve"> Circuit Festival Barcelona runs early August and brings huge DJ lineups, day parties and beach sets, with a high-energy crowd.</w:t>
      </w:r>
      <w:r/>
    </w:p>
    <w:p>
      <w:pPr>
        <w:pStyle w:val="ListBullet"/>
        <w:spacing w:line="240" w:lineRule="auto"/>
        <w:ind w:left="720"/>
      </w:pPr>
      <w:r/>
      <w:r>
        <w:rPr>
          <w:b/>
        </w:rPr>
        <w:t>Historic hometown celebration:</w:t>
      </w:r>
      <w:r>
        <w:t xml:space="preserve"> Provincetown Carnival in mid‑August mixes galas, cruises, a 5K and costume parades across Commercial Street , famously festive and family-friendly by day.</w:t>
      </w:r>
      <w:r/>
    </w:p>
    <w:p>
      <w:pPr>
        <w:pStyle w:val="ListBullet"/>
        <w:spacing w:line="240" w:lineRule="auto"/>
        <w:ind w:left="720"/>
      </w:pPr>
      <w:r/>
      <w:r>
        <w:rPr>
          <w:b/>
        </w:rPr>
        <w:t>Street festival scale:</w:t>
      </w:r>
      <w:r>
        <w:t xml:space="preserve"> Chicago’s Market Days in Northalsted draws hundreds of thousands with vendors, stages and a classic summer-block-party vibe.</w:t>
      </w:r>
      <w:r/>
    </w:p>
    <w:p>
      <w:pPr>
        <w:pStyle w:val="ListBullet"/>
        <w:spacing w:line="240" w:lineRule="auto"/>
        <w:ind w:left="720"/>
      </w:pPr>
      <w:r/>
      <w:r>
        <w:rPr>
          <w:b/>
        </w:rPr>
        <w:t>Playful charity run:</w:t>
      </w:r>
      <w:r>
        <w:t xml:space="preserve"> New Orleans’ Red Dress Run is more a moving party than a race , wear red, start at Crescent Park and expect drinks and costumes.</w:t>
      </w:r>
      <w:r/>
    </w:p>
    <w:p>
      <w:pPr>
        <w:pStyle w:val="ListBullet"/>
        <w:spacing w:line="240" w:lineRule="auto"/>
        <w:ind w:left="720"/>
      </w:pPr>
      <w:r/>
      <w:r>
        <w:rPr>
          <w:b/>
        </w:rPr>
        <w:t>Off-grid dance retreat:</w:t>
      </w:r>
      <w:r>
        <w:t xml:space="preserve"> Honcho Campout offers a woodland, communal dance experience for those wanting to unplug and connect under the stars.</w:t>
      </w:r>
      <w:r/>
      <w:r/>
    </w:p>
    <w:p>
      <w:pPr>
        <w:pStyle w:val="Heading2"/>
      </w:pPr>
      <w:r>
        <w:t>Circuit Festival Barcelona: what the biggest European gay party feels like</w:t>
      </w:r>
      <w:r/>
    </w:p>
    <w:p>
      <w:r/>
      <w:r>
        <w:t>If you want sun, pounding house tracks and a lively, colourful crowd, Circuit Festival Barcelona is your scene , think beach clubs by day and warehouse raves by night. According to local listings, the festival spans early August and takes over much of the city with DJs flown in from across the globe. It became popular because Barcelona naturally lends itself to late nights and long beach days, and organisers now programme a dense week of events so it feels nonstop. Practical tip: book accommodation early and pick a neighbourhood near the beach if you want easy access to daytime pool parties. Expect large crowds and high-energy sets; bring sunscreen and plan quieter recovery time after peak nights.</w:t>
      </w:r>
      <w:r/>
    </w:p>
    <w:p>
      <w:pPr>
        <w:pStyle w:val="Heading2"/>
      </w:pPr>
      <w:r>
        <w:t>Provincetown Carnival: summer’s most theatrical cape-crowd</w:t>
      </w:r>
      <w:r/>
    </w:p>
    <w:p>
      <w:r/>
      <w:r>
        <w:t>Provincetown’s Carnival has roots stretching back decades and remains one of the East Coast’s most anticipated queer parties, running mid-August on Commercial Street. The schedule blends glitzy galas, boat cruises, a 5K fun run and a full-on costume contest, which keeps the atmosphere part parade, part backyard fête. Provincetown’s narrow streets fill with colour and music, and the town’s welcoming vibe makes it as much for people-watching as for dancing. If you’re going, layer clothing , mornings by the harbour can be crisp while afternoons are balmy , and book any must-do cruises early, they sell out.</w:t>
      </w:r>
      <w:r/>
    </w:p>
    <w:p>
      <w:pPr>
        <w:pStyle w:val="Heading2"/>
      </w:pPr>
      <w:r>
        <w:t>Market Days in Chicago: Boystown’s citywide summer bash</w:t>
      </w:r>
      <w:r/>
    </w:p>
    <w:p>
      <w:r/>
      <w:r>
        <w:t>Northalsted’s Market Days is a well-established urban street festival that turns a neighbourhood into a citywide party over a summer weekend. Organisers have been curating stages, food vendors and pop-up bars for decades, so the feel is both familiar and reliably vibrant. It’s one of those events where you can drift from a DJ set to a craft stall to a late-night drag show, and the sheer scale , hundreds of thousands over the weekend , means it’s great for people who love energy and variety. Tip: wear comfortable shoes and pick a meeting spot; phone signals can get patchy in big crowds.</w:t>
      </w:r>
      <w:r/>
    </w:p>
    <w:p>
      <w:pPr>
        <w:pStyle w:val="Heading2"/>
      </w:pPr>
      <w:r>
        <w:t>Red Dress Run, New Orleans: a charity dash with Mardi Gras spirit</w:t>
      </w:r>
      <w:r/>
    </w:p>
    <w:p>
      <w:r/>
      <w:r>
        <w:t>The Red Dress Run flips the usual race idea into a rollicking charity parade , participants don red dresses and stroll, stagger or dance through parts of New Orleans, tapping kegs and keeping spirits high. Starting at Crescent Park, it’s short on competition and long on spectacle, so come for the outfits and community vibe rather than a personal best. The event raises money for charity and captures New Orleans’ flair for turning even exercise into celebration. Practical note: pack light, secure any costume elements, and expect lots of photo ops.</w:t>
      </w:r>
      <w:r/>
    </w:p>
    <w:p>
      <w:pPr>
        <w:pStyle w:val="Heading2"/>
      </w:pPr>
      <w:r>
        <w:t>Honcho Campout: woodland beats and quieter connection</w:t>
      </w:r>
      <w:r/>
    </w:p>
    <w:p>
      <w:r/>
      <w:r>
        <w:t>If a week under the stars appeals more than packed nightclubs, Honcho Campout offers a different kind of queer summer gathering , think tented camps, art-making workshops and late-night DJ sets in a forest clearing. The event foregrounds connection with nature and community, and attendees often describe it as restful and transformative compared with urban festivals. It’s ideal if you want to dance by night and unwind around a campfire by day. For a smooth stay, bring earplugs for well-deserved sleep, sturdy footwear for muddy paths, and a small bedside lamp for tent life.</w:t>
      </w:r>
      <w:r/>
    </w:p>
    <w:p>
      <w:r/>
      <w:r>
        <w:t>Closing line Pick your vibe , beach raves, parade routes, city blocks or forest clearings , and make this August one full of colour and good company.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[4]</w:t>
        </w:r>
      </w:hyperlink>
      <w:r>
        <w:t xml:space="preserve">- Paragraph 2: </w:t>
      </w:r>
      <w:hyperlink r:id="rId11">
        <w:r>
          <w:rPr>
            <w:color w:val="0000EE"/>
            <w:u w:val="single"/>
          </w:rPr>
          <w:t>[3]</w:t>
        </w:r>
      </w:hyperlink>
      <w:r>
        <w:t xml:space="preserve">, </w:t>
      </w:r>
      <w:hyperlink r:id="rId9">
        <w:r>
          <w:rPr>
            <w:color w:val="0000EE"/>
            <w:u w:val="single"/>
          </w:rPr>
          <w:t>[5]</w:t>
        </w:r>
      </w:hyperlink>
      <w:r>
        <w:t xml:space="preserve">- Paragraph 3: </w:t>
      </w:r>
      <w:hyperlink r:id="rId9">
        <w:r>
          <w:rPr>
            <w:color w:val="0000EE"/>
            <w:u w:val="single"/>
          </w:rPr>
          <w:t>[4]</w:t>
        </w:r>
      </w:hyperlink>
      <w:r>
        <w:t xml:space="preserve">, </w:t>
      </w:r>
      <w:hyperlink r:id="rId9">
        <w:r>
          <w:rPr>
            <w:color w:val="0000EE"/>
            <w:u w:val="single"/>
          </w:rPr>
          <w:t>[6]</w:t>
        </w:r>
      </w:hyperlink>
      <w:r>
        <w:t xml:space="preserve">- Paragraph 4: </w:t>
      </w:r>
      <w:hyperlink r:id="rId9">
        <w:r>
          <w:rPr>
            <w:color w:val="0000EE"/>
            <w:u w:val="single"/>
          </w:rPr>
          <w:t>[4]</w:t>
        </w:r>
      </w:hyperlink>
      <w:r>
        <w:t xml:space="preserve">, </w:t>
      </w:r>
      <w:hyperlink r:id="rId9">
        <w:r>
          <w:rPr>
            <w:color w:val="0000EE"/>
            <w:u w:val="single"/>
          </w:rPr>
          <w:t>[7]</w:t>
        </w:r>
      </w:hyperlink>
      <w:r>
        <w:t xml:space="preserve">- Paragraph 5: </w:t>
      </w:r>
      <w:hyperlink r:id="rId9">
        <w:r>
          <w:rPr>
            <w:color w:val="0000EE"/>
            <w:u w:val="single"/>
          </w:rPr>
          <w:t>[4]</w:t>
        </w:r>
      </w:hyperlink>
      <w:r>
        <w:t xml:space="preserve">, </w:t>
      </w:r>
      <w:hyperlink r:id="rId9">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https://www.gaycities.com/articles/106520/red-dresses-and-fun-in-the-sun-august-event-roundup/</w:t>
        </w:r>
      </w:hyperlink>
      <w:r>
        <w:t xml:space="preserve"> - Please view link - unable to able to access data</w:t>
      </w:r>
      <w:r/>
    </w:p>
    <w:p>
      <w:pPr>
        <w:pStyle w:val="ListNumber"/>
        <w:spacing w:line="240" w:lineRule="auto"/>
        <w:ind w:left="720"/>
      </w:pPr>
      <w:r/>
      <w:hyperlink r:id="rId10">
        <w:r>
          <w:rPr>
            <w:color w:val="0000EE"/>
            <w:u w:val="single"/>
          </w:rPr>
          <w:t>https://thisisbarcelona.com/agenda/circuit-festival</w:t>
        </w:r>
      </w:hyperlink>
      <w:r>
        <w:t xml:space="preserve"> - The Circuit Festival in Barcelona is Europe's largest LGBTQIA+ event, taking place from August 1 to 9, 2026, across various venues in the city. The festival offers a blend of music, diversity, and freedom, featuring sporting events, cultural activities, and the iconic 'Water Park Day' at Illa Fantasia. It aims to create an open-minded environment where attendees can connect with people from around the world and be themselves without judgment.</w:t>
      </w:r>
      <w:r/>
    </w:p>
    <w:p>
      <w:pPr>
        <w:pStyle w:val="ListNumber"/>
        <w:spacing w:line="240" w:lineRule="auto"/>
        <w:ind w:left="720"/>
      </w:pPr>
      <w:r/>
      <w:hyperlink r:id="rId11">
        <w:r>
          <w:rPr>
            <w:color w:val="0000EE"/>
            <w:u w:val="single"/>
          </w:rPr>
          <w:t>https://ptown.org/calendars/carnival/</w:t>
        </w:r>
      </w:hyperlink>
      <w:r>
        <w:t xml:space="preserve"> - The 48th Annual Provincetown Carnival is scheduled for August 15 to 22, 2026, in Provincetown, Massachusetts. Established in 1978 by the Provincetown Business Guild, this week-long festival celebrates community, expression, and creativity. It attracts tens of thousands of guests globally, offering parties, performances, costume contests, and the legendary Carnival parade on August 20. The 2026 theme is 'Deep Sea Disco,' promising a vibrant and engaging experience for all attendees.</w:t>
      </w:r>
      <w:r/>
    </w:p>
    <w:p>
      <w:pPr>
        <w:pStyle w:val="ListNumber"/>
        <w:spacing w:line="240" w:lineRule="auto"/>
        <w:ind w:left="720"/>
      </w:pPr>
      <w:r/>
      <w:hyperlink r:id="rId9">
        <w:r>
          <w:rPr>
            <w:color w:val="0000EE"/>
            <w:u w:val="single"/>
          </w:rPr>
          <w:t>https://www.gaycities.com/articles/106520/red-dresses-and-fun-in-the-sun-august-event-roundup/</w:t>
        </w:r>
      </w:hyperlink>
      <w:r>
        <w:t xml:space="preserve"> - This article provides an overview of notable LGBTQ+ events happening in August 2026. It highlights the Circuit Festival Barcelona, the Provincetown Carnival, Market Days in Chicago's Boystown, the Red Dress Run in New Orleans, and the Honcho Campout in Pennsylvania. Each event is described with dates, locations, and unique features, offering readers a comprehensive guide to summer celebrations across the globe.</w:t>
      </w:r>
      <w:r/>
    </w:p>
    <w:p>
      <w:pPr>
        <w:pStyle w:val="ListNumber"/>
        <w:spacing w:line="240" w:lineRule="auto"/>
        <w:ind w:left="720"/>
      </w:pPr>
      <w:r/>
      <w:hyperlink r:id="rId9">
        <w:r>
          <w:rPr>
            <w:color w:val="0000EE"/>
            <w:u w:val="single"/>
          </w:rPr>
          <w:t>https://www.gaycities.com/articles/106520/red-dresses-and-fun-in-the-sun-august-event-roundup/</w:t>
        </w:r>
      </w:hyperlink>
      <w:r>
        <w:t xml:space="preserve"> - This article provides an overview of notable LGBTQ+ events happening in August 2026. It highlights the Circuit Festival Barcelona, the Provincetown Carnival, Market Days in Chicago's Boystown, the Red Dress Run in New Orleans, and the Honcho Campout in Pennsylvania. Each event is described with dates, locations, and unique features, offering readers a comprehensive guide to summer celebrations across the globe.</w:t>
      </w:r>
      <w:r/>
    </w:p>
    <w:p>
      <w:pPr>
        <w:pStyle w:val="ListNumber"/>
        <w:spacing w:line="240" w:lineRule="auto"/>
        <w:ind w:left="720"/>
      </w:pPr>
      <w:r/>
      <w:hyperlink r:id="rId9">
        <w:r>
          <w:rPr>
            <w:color w:val="0000EE"/>
            <w:u w:val="single"/>
          </w:rPr>
          <w:t>https://www.gaycities.com/articles/106520/red-dresses-and-fun-in-the-sun-august-event-roundup/</w:t>
        </w:r>
      </w:hyperlink>
      <w:r>
        <w:t xml:space="preserve"> - This article provides an overview of notable LGBTQ+ events happening in August 2026. It highlights the Circuit Festival Barcelona, the Provincetown Carnival, Market Days in Chicago's Boystown, the Red Dress Run in New Orleans, and the Honcho Campout in Pennsylvania. Each event is described with dates, locations, and unique features, offering readers a comprehensive guide to summer celebrations across the globe.</w:t>
      </w:r>
      <w:r/>
    </w:p>
    <w:p>
      <w:pPr>
        <w:pStyle w:val="ListNumber"/>
        <w:spacing w:line="240" w:lineRule="auto"/>
        <w:ind w:left="720"/>
      </w:pPr>
      <w:r/>
      <w:hyperlink r:id="rId9">
        <w:r>
          <w:rPr>
            <w:color w:val="0000EE"/>
            <w:u w:val="single"/>
          </w:rPr>
          <w:t>https://www.gaycities.com/articles/106520/red-dresses-and-fun-in-the-sun-august-event-roundup/</w:t>
        </w:r>
      </w:hyperlink>
      <w:r>
        <w:t xml:space="preserve"> - This article provides an overview of notable LGBTQ+ events happening in August 2026. It highlights the Circuit Festival Barcelona, the Provincetown Carnival, Market Days in Chicago's Boystown, the Red Dress Run in New Orleans, and the Honcho Campout in Pennsylvania. Each event is described with dates, locations, and unique features, offering readers a comprehensive guide to summer celebrations across the globe.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cities.com/articles/106520/red-dresses-and-fun-in-the-sun-august-event-roundup/" TargetMode="External"/><Relationship Id="rId10" Type="http://schemas.openxmlformats.org/officeDocument/2006/relationships/hyperlink" Target="https://thisisbarcelona.com/agenda/circuit-festival" TargetMode="External"/><Relationship Id="rId11" Type="http://schemas.openxmlformats.org/officeDocument/2006/relationships/hyperlink" Target="https://ptown.org/calendars/carniv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