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Amsterdam Pride March Coverage: Why Thousands Took to the Canals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locals flocked to Amsterdam’s waterways as thousands celebrated Pride along the canals, a vibrant show of colour, music and solidarity that mattered for visibility and global LGBTQ+ rights. Here’s what happened, why it resonated, and how to experience Pride in the city responsibly.</w:t>
      </w:r>
      <w:r/>
    </w:p>
    <w:p>
      <w:r/>
      <w:r>
        <w:t>Essential Takeaways</w:t>
      </w:r>
      <w:r/>
      <w:r/>
    </w:p>
    <w:p>
      <w:pPr>
        <w:pStyle w:val="ListBullet"/>
        <w:spacing w:line="240" w:lineRule="auto"/>
        <w:ind w:left="720"/>
      </w:pPr>
      <w:r/>
      <w:r>
        <w:rPr>
          <w:b/>
        </w:rPr>
        <w:t>Mass turnout:</w:t>
      </w:r>
      <w:r>
        <w:t xml:space="preserve"> Thousands joined the canal parade, creating a lively, crowded atmosphere and a steady stream of colourful boats and floats. </w:t>
      </w:r>
      <w:r/>
    </w:p>
    <w:p>
      <w:pPr>
        <w:pStyle w:val="ListBullet"/>
        <w:spacing w:line="240" w:lineRule="auto"/>
        <w:ind w:left="720"/>
      </w:pPr>
      <w:r/>
      <w:r>
        <w:rPr>
          <w:b/>
        </w:rPr>
        <w:t>Festive vibe:</w:t>
      </w:r>
      <w:r>
        <w:t xml:space="preserve"> Music, costumes and confetti made the scene feel joyful, loud and inclusive, with onlookers cheering from bridges and quays. </w:t>
      </w:r>
      <w:r/>
    </w:p>
    <w:p>
      <w:pPr>
        <w:pStyle w:val="ListBullet"/>
        <w:spacing w:line="240" w:lineRule="auto"/>
        <w:ind w:left="720"/>
      </w:pPr>
      <w:r/>
      <w:r>
        <w:rPr>
          <w:b/>
        </w:rPr>
        <w:t>Political message:</w:t>
      </w:r>
      <w:r>
        <w:t xml:space="preserve"> Alongside celebration there were clear demands for LGBTQ+ rights and solidarity with communities facing repression abroad. </w:t>
      </w:r>
      <w:r/>
    </w:p>
    <w:p>
      <w:pPr>
        <w:pStyle w:val="ListBullet"/>
        <w:spacing w:line="240" w:lineRule="auto"/>
        <w:ind w:left="720"/>
      </w:pPr>
      <w:r/>
      <w:r>
        <w:rPr>
          <w:b/>
        </w:rPr>
        <w:t>Planning tips:</w:t>
      </w:r>
      <w:r>
        <w:t xml:space="preserve"> Expect packed routes, bring water and comfortable shoes, and pick a bridge spot early for the best views. </w:t>
      </w:r>
      <w:r/>
    </w:p>
    <w:p>
      <w:pPr>
        <w:pStyle w:val="ListBullet"/>
        <w:spacing w:line="240" w:lineRule="auto"/>
        <w:ind w:left="720"/>
      </w:pPr>
      <w:r/>
      <w:r>
        <w:rPr>
          <w:b/>
        </w:rPr>
        <w:t>Local impact:</w:t>
      </w:r>
      <w:r>
        <w:t xml:space="preserve"> Businesses and cafés near the canals benefit from the influx, while organisers emphasise respectful behaviour and safety.</w:t>
      </w:r>
      <w:r/>
      <w:r/>
    </w:p>
    <w:p>
      <w:pPr>
        <w:pStyle w:val="Heading2"/>
      </w:pPr>
      <w:r>
        <w:t>A floating festival that looks, sounds and feels huge</w:t>
      </w:r>
      <w:r/>
    </w:p>
    <w:p>
      <w:r/>
      <w:r>
        <w:t>If you’ve never seen Amsterdam Pride from the water, imagine a parade that drifts by with DJs, banners and costumes, an upbeat, slightly chaotic soundtrack to a cityscape of narrow houses and stone bridges. According to local coverage, the canals were full of colour and cheering crowds, creating a sensory rush of music, smoke machines and laughter. For visitors it’s both a party and a photo‑op, so expect energetic scenes and the kind of sensory overload that stays with you.</w:t>
      </w:r>
      <w:r/>
    </w:p>
    <w:p>
      <w:r/>
      <w:r>
        <w:t>Backstory: the canal parade is decades old and grew into a signature Pride event that mixes celebration with activism. Organisers have shaped it into a route designed to maximise visibility, so the boats pass the busiest quays and bridges where people naturally gather. Practically, that means arriving early if you want a quieter spot or staying late to avoid the densest crowds.</w:t>
      </w:r>
      <w:r/>
    </w:p>
    <w:p>
      <w:pPr>
        <w:pStyle w:val="Heading2"/>
      </w:pPr>
      <w:r>
        <w:t>Celebration with a purpose: rights and solidarity on show</w:t>
      </w:r>
      <w:r/>
    </w:p>
    <w:p>
      <w:r/>
      <w:r>
        <w:t>This isn’t just confetti and glitter. Coverage of recent marches highlights the political thread running through the festivities, speeches, banners and placards calling for global LGBTQ+ protections and an end to discrimination. Observers noted that many participants framed their presence as solidarity with communities where Pride is criminalised or suppressed.</w:t>
      </w:r>
      <w:r/>
    </w:p>
    <w:p>
      <w:r/>
      <w:r>
        <w:t>That blend of party and protest keeps the event rooted. If you’re attending, bringing a small sign or wearing a message can feel meaningful; just remember to keep it respectful and non‑commercial, following event guidelines.</w:t>
      </w:r>
      <w:r/>
    </w:p>
    <w:p>
      <w:pPr>
        <w:pStyle w:val="Heading2"/>
      </w:pPr>
      <w:r>
        <w:t>How Amsterdam presents Pride to the world</w:t>
      </w:r>
      <w:r/>
    </w:p>
    <w:p>
      <w:r/>
      <w:r>
        <w:t>Amsterdam’s Pride has become a tourist magnet that showcases the city’s liberal image. Local tourism and business owners consistently report a bump in trade during the festival, with cafés and shops packed and pop‑up stalls adding to the carnival atmosphere. At the same time, organisers are conscious of preserving safety and local life, balancing exuberance with crowd control and cleanup.</w:t>
      </w:r>
      <w:r/>
    </w:p>
    <w:p>
      <w:r/>
      <w:r>
        <w:t>If you want the iconic canal photos, scope out quieter side canals earlier in the day or join a guided vantage‑point tour. And expect some neighbourhoods to feel busier than others.</w:t>
      </w:r>
      <w:r/>
    </w:p>
    <w:p>
      <w:pPr>
        <w:pStyle w:val="Heading2"/>
      </w:pPr>
      <w:r>
        <w:t>Practical tips: making the most of the parade without the stress</w:t>
      </w:r>
      <w:r/>
    </w:p>
    <w:p>
      <w:r/>
      <w:r>
        <w:t>Plan for crowds: pick a bridge or quay early, bring water, wear comfortable shoes and charge your phone. If noise or crowds overwhelm you, riverside cafés offer a calmer view, often with seats taken quickly. Public transport runs differently on event days, so check timetables and consider walking short distances.</w:t>
      </w:r>
      <w:r/>
    </w:p>
    <w:p>
      <w:r/>
      <w:r>
        <w:t>Respect local rules: organisers and publications recommend following safety instructions, not blocking footpaths, and avoiding alcohol where signage prohibits it. These small choices help the event run smoothly and keep it accessible to families and older visitors.</w:t>
      </w:r>
      <w:r/>
    </w:p>
    <w:p>
      <w:pPr>
        <w:pStyle w:val="Heading2"/>
      </w:pPr>
      <w:r>
        <w:t>What the future holds for Pride in Amsterdam</w:t>
      </w:r>
      <w:r/>
    </w:p>
    <w:p>
      <w:r/>
      <w:r>
        <w:t>As Pride continues to attract international attention, expect more diverse programming, arts, talks, and partnerships with rights groups that broaden the conversation beyond the parade. Organisers say the goal is to keep the festival inclusive and focused on human rights, not just tourism. That balance will define future editions and ensure Pride remains both joyous and meaningful.</w:t>
      </w:r>
      <w:r/>
    </w:p>
    <w:p>
      <w:r/>
      <w:r>
        <w:t>It's a small change that can make every celebration safer and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0">
        <w:r>
          <w:rPr>
            <w:color w:val="0000EE"/>
            <w:u w:val="single"/>
          </w:rPr>
          <w:t>[2]</w:t>
        </w:r>
      </w:hyperlink>
      <w:r>
        <w:t xml:space="preserve">- Paragraph 3: </w:t>
      </w:r>
      <w:hyperlink r:id="rId11">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2">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https://www.cmjornal.pt/cmtv/videos/detalhe/milhares-celebram-a-marcha-do-orgulho-nos-canais-de-amesterdao</w:t>
        </w:r>
      </w:hyperlink>
      <w:r>
        <w:t xml:space="preserve"> - Please view link - unable to able to access data</w:t>
      </w:r>
      <w:r/>
    </w:p>
    <w:p>
      <w:pPr>
        <w:pStyle w:val="ListNumber"/>
        <w:spacing w:line="240" w:lineRule="auto"/>
        <w:ind w:left="720"/>
      </w:pPr>
      <w:r/>
      <w:hyperlink r:id="rId10">
        <w:r>
          <w:rPr>
            <w:color w:val="0000EE"/>
            <w:u w:val="single"/>
          </w:rPr>
          <w:t>https://pt.euronews.com/2022/08/06/desfile-do-orgulho-nos-canais-de-amesterdao</w:t>
        </w:r>
      </w:hyperlink>
      <w:r>
        <w:t xml:space="preserve"> - Em 6 de agosto de 2022, milhares de pessoas assistiram ao desfile do Orgulho nos canais de Amesterdão, onde 80 barcos coloridos navegaram pelas vias históricas da cidade. O evento, parte da 25ª edição do Pride, contou com participantes que destacaram a necessidade contínua de lutar pelos direitos da comunidade LGBTQI+, mencionando incidentes de discriminação ainda presentes na cidade. A polícia holandesa impediu a participação de um barco de apoio aos agricultores que protestavam contra planos governamentais, permitindo apenas 80 embarcações previamente registadas.</w:t>
      </w:r>
      <w:r/>
    </w:p>
    <w:p>
      <w:pPr>
        <w:pStyle w:val="ListNumber"/>
        <w:spacing w:line="240" w:lineRule="auto"/>
        <w:ind w:left="720"/>
      </w:pPr>
      <w:r/>
      <w:hyperlink r:id="rId11">
        <w:r>
          <w:rPr>
            <w:color w:val="0000EE"/>
            <w:u w:val="single"/>
          </w:rPr>
          <w:t>https://nltimes.nl/2025/07/26/thousands-march-amsterdams-pride-parade-celebrating-lgbtq-rights-diversity</w:t>
        </w:r>
      </w:hyperlink>
      <w:r>
        <w:t xml:space="preserve"> - Em 26 de julho de 2025, milhares de pessoas participaram na Parada do Orgulho de Amesterdão, marchando do Amstelveld ao Vondelpark, temporariamente renomeado como Pride Park. O evento celebrou a diversidade e a liberdade, destacando os direitos da comunidade LGBTQ+. Muitos participantes usaram trajes coloridos, e bandeiras dos Estados Unidos e da Palestina foram visíveis entre a multidão. Após a marcha, o evento continuou com um mercado arco-íris, espetáculos de drag e atividades desportivas, incluindo apresentações de artistas como Willeke Alberti e Karin Bloemen.</w:t>
      </w:r>
      <w:r/>
    </w:p>
    <w:p>
      <w:pPr>
        <w:pStyle w:val="ListNumber"/>
        <w:spacing w:line="240" w:lineRule="auto"/>
        <w:ind w:left="720"/>
      </w:pPr>
      <w:r/>
      <w:hyperlink r:id="rId12">
        <w:r>
          <w:rPr>
            <w:color w:val="0000EE"/>
            <w:u w:val="single"/>
          </w:rPr>
          <w:t>https://pride.amsterdam/pt/event/worldpride-march/</w:t>
        </w:r>
      </w:hyperlink>
      <w:r>
        <w:t xml:space="preserve"> - A Marcha WorldPride de Amesterdão está agendada para 8 de agosto de 2026, das 15:00 às 18:00, no centro da cidade. O evento visa mostrar a beleza, diversidade e cor da comunidade LGBTQ+, além de ser um protesto contra a imposição de normas de vida. Participantes levarão bandeiras de países onde a homossexualidade é punida, conforme listado pela ILGA. A marcha começará no Martin Luther King Park às 16:00 e terminará no Museumplein, onde ocorrerá o concerto de encerramento do WorldPride.</w:t>
      </w:r>
      <w:r/>
    </w:p>
    <w:p>
      <w:pPr>
        <w:pStyle w:val="ListNumber"/>
        <w:spacing w:line="240" w:lineRule="auto"/>
        <w:ind w:left="720"/>
      </w:pPr>
      <w:r/>
      <w:hyperlink r:id="rId13">
        <w:r>
          <w:rPr>
            <w:color w:val="0000EE"/>
            <w:u w:val="single"/>
          </w:rPr>
          <w:t>https://nltimes.nl/2025/07/20/thousands-march-amsterdam-pride-walk-demand-global-lgbtq-rights</w:t>
        </w:r>
      </w:hyperlink>
      <w:r>
        <w:t xml:space="preserve"> - Em 20 de julho de 2025, milhares de pessoas participaram na 13ª edição da Pride Walk de Amesterdão, marchando pelo centro da cidade para chamar a atenção para os direitos LGBTQ+ em todo o mundo e questões urgentes que afetam a comunidade transgénero nos Países Baixos. A manifestação pacífica começou e terminou na Praça Dam, com o lema 'Estamos aqui, somos queer, não vamos desaparecer!'. Organizações como o Transgender Netwerk destacaram tempos de espera excessivos para cuidados de saúde transgénero no país.</w:t>
      </w:r>
      <w:r/>
    </w:p>
    <w:p>
      <w:pPr>
        <w:pStyle w:val="ListNumber"/>
        <w:spacing w:line="240" w:lineRule="auto"/>
        <w:ind w:left="720"/>
      </w:pPr>
      <w:r/>
      <w:hyperlink r:id="rId14">
        <w:r>
          <w:rPr>
            <w:color w:val="0000EE"/>
            <w:u w:val="single"/>
          </w:rPr>
          <w:t>https://www.cmjornal.pt/sociedade/detalhe/milhares-afirmam-orgulho-lgbti-em-marcha-que-coloriu-centro-do-porto</w:t>
        </w:r>
      </w:hyperlink>
      <w:r>
        <w:t xml:space="preserve"> - Em 28 de junho de 2025, milhares de pessoas participaram na Marcha do Orgulho LGBTI+ no Porto, afirmando visibilidade e direitos da comunidade. Ao longo do percurso, foram visíveis bandeiras coloridas e cartazes com inscrições como 'Direito a existir, dever de resistir' e 'O mundo precisa do nosso ativismo'. O evento destacou a importância da luta contínua pelos direitos e reconhecimento da comunidade LGBTI+.</w:t>
      </w:r>
      <w:r/>
    </w:p>
    <w:p>
      <w:pPr>
        <w:pStyle w:val="ListNumber"/>
        <w:spacing w:line="240" w:lineRule="auto"/>
        <w:ind w:left="720"/>
      </w:pPr>
      <w:r/>
      <w:hyperlink r:id="rId15">
        <w:r>
          <w:rPr>
            <w:color w:val="0000EE"/>
            <w:u w:val="single"/>
          </w:rPr>
          <w:t>https://www.cmjornal.pt/cmtv/videos/detalhe/marcha-do-orgulho-reune-multidoes-nas-ruas-de-madrid</w:t>
        </w:r>
      </w:hyperlink>
      <w:r>
        <w:t xml:space="preserve"> - Em 5 de julho de 2026, milhares de pessoas encheram as ruas do centro de Madrid para a marcha anual do Orgulho, uma das maiores celebrações LGBTI+ da Europa. O evento ocorreu num ambiente festivo e de reivindicação pelos direitos e igualdade da comunidade, destacando a importância da visibilidade e aceitação em toda a Europa.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cmtv/videos/detalhe/milhares-celebram-a-marcha-do-orgulho-nos-canais-de-amesterdao" TargetMode="External"/><Relationship Id="rId10" Type="http://schemas.openxmlformats.org/officeDocument/2006/relationships/hyperlink" Target="https://pt.euronews.com/2022/08/06/desfile-do-orgulho-nos-canais-de-amesterdao" TargetMode="External"/><Relationship Id="rId11" Type="http://schemas.openxmlformats.org/officeDocument/2006/relationships/hyperlink" Target="https://nltimes.nl/2025/07/26/thousands-march-amsterdams-pride-parade-celebrating-lgbtq-rights-diversity" TargetMode="External"/><Relationship Id="rId12" Type="http://schemas.openxmlformats.org/officeDocument/2006/relationships/hyperlink" Target="https://pride.amsterdam/pt/event/worldpride-march/" TargetMode="External"/><Relationship Id="rId13" Type="http://schemas.openxmlformats.org/officeDocument/2006/relationships/hyperlink" Target="https://nltimes.nl/2025/07/20/thousands-march-amsterdam-pride-walk-demand-global-lgbtq-rights" TargetMode="External"/><Relationship Id="rId14" Type="http://schemas.openxmlformats.org/officeDocument/2006/relationships/hyperlink" Target="https://www.cmjornal.pt/sociedade/detalhe/milhares-afirmam-orgulho-lgbti-em-marcha-que-coloriu-centro-do-porto" TargetMode="External"/><Relationship Id="rId15" Type="http://schemas.openxmlformats.org/officeDocument/2006/relationships/hyperlink" Target="https://www.cmjornal.pt/cmtv/videos/detalhe/marcha-do-orgulho-reune-multidoes-nas-ruas-de-madr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