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Canal Parade Coverage: What Happened, Who Marched, Why It Mattered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tourists and activists packed Amsterdam’s watery heart for the Canal Parade during World Pride , a colourful, loud and sometimes political procession that drew hundreds of thousands, honoured victims of recent attacks and laid out why Pride in 2026 feels both celebratory and urgent.</w:t>
      </w:r>
      <w:r/>
    </w:p>
    <w:p>
      <w:r/>
      <w:r>
        <w:t>Essential Takeaways</w:t>
      </w:r>
      <w:r/>
      <w:r/>
    </w:p>
    <w:p>
      <w:pPr>
        <w:pStyle w:val="ListBullet"/>
        <w:spacing w:line="240" w:lineRule="auto"/>
        <w:ind w:left="720"/>
      </w:pPr>
      <w:r/>
      <w:r>
        <w:rPr>
          <w:b/>
        </w:rPr>
        <w:t>Mass turnout:</w:t>
      </w:r>
      <w:r>
        <w:t xml:space="preserve"> Hundreds of thousands lined the canals for the annual Canal Parade, part of World Pride in Amsterdam, creating a dense, festive atmosphere.</w:t>
      </w:r>
      <w:r/>
    </w:p>
    <w:p>
      <w:pPr>
        <w:pStyle w:val="ListBullet"/>
        <w:spacing w:line="240" w:lineRule="auto"/>
        <w:ind w:left="720"/>
      </w:pPr>
      <w:r/>
      <w:r>
        <w:rPr>
          <w:b/>
        </w:rPr>
        <w:t>High-profile participation:</w:t>
      </w:r>
      <w:r>
        <w:t xml:space="preserve"> Dutch Prime Minister Rob Jetten, an openly gay leader, joined the procession, adding national visibility and gravitas.</w:t>
      </w:r>
      <w:r/>
    </w:p>
    <w:p>
      <w:pPr>
        <w:pStyle w:val="ListBullet"/>
        <w:spacing w:line="240" w:lineRule="auto"/>
        <w:ind w:left="720"/>
      </w:pPr>
      <w:r/>
      <w:r>
        <w:rPr>
          <w:b/>
        </w:rPr>
        <w:t>More than floats:</w:t>
      </w:r>
      <w:r>
        <w:t xml:space="preserve"> Over 80 decorated boats took part, carrying banners from intersex pride to pro-Palestine solidarity and sharp political messages.</w:t>
      </w:r>
      <w:r/>
    </w:p>
    <w:p>
      <w:pPr>
        <w:pStyle w:val="ListBullet"/>
        <w:spacing w:line="240" w:lineRule="auto"/>
        <w:ind w:left="720"/>
      </w:pPr>
      <w:r/>
      <w:r>
        <w:rPr>
          <w:b/>
        </w:rPr>
        <w:t>Tonal shift:</w:t>
      </w:r>
      <w:r>
        <w:t xml:space="preserve"> The parade occurred a week after a terror attack at Berlin’s Christopher Street Day, tempering celebration with memorials and caution.</w:t>
      </w:r>
      <w:r/>
    </w:p>
    <w:p>
      <w:pPr>
        <w:pStyle w:val="ListBullet"/>
        <w:spacing w:line="240" w:lineRule="auto"/>
        <w:ind w:left="720"/>
      </w:pPr>
      <w:r/>
      <w:r>
        <w:rPr>
          <w:b/>
        </w:rPr>
        <w:t>Memorial presence:</w:t>
      </w:r>
      <w:r>
        <w:t xml:space="preserve"> The Homomonument served as a focal point for remembrance, transformed into a makeshift tribute to recent victims.</w:t>
      </w:r>
      <w:r/>
      <w:r/>
    </w:p>
    <w:p>
      <w:pPr>
        <w:pStyle w:val="Heading2"/>
      </w:pPr>
      <w:r>
        <w:t>A vivid, crowded canal full of colour and message</w:t>
      </w:r>
      <w:r/>
    </w:p>
    <w:p>
      <w:r/>
      <w:r>
        <w:t>The opening image was immediate: canals rimmed with people, flags snapping, the smell of street food and sunscreen in the air. According to event organisers and press coverage, more than 80 boats drifted past the Homomonument, each a little stage for costume, choreography and political placards. It felt festive and a touch edgy at once, because attendees were determined to both celebrate and be heard.</w:t>
      </w:r>
      <w:r/>
    </w:p>
    <w:p>
      <w:r/>
      <w:r>
        <w:t>Event pages and local tourism notes explain that Amsterdam’s Canal Parade has grown into one of Europe’s largest Pride spectacles, and this year’s World Pride brought even more visitors. If you go, arrive early and pick a spot near a bridge for a great view; the riverbanks fill fast and the crowd is compact.</w:t>
      </w:r>
      <w:r/>
    </w:p>
    <w:p>
      <w:pPr>
        <w:pStyle w:val="Heading2"/>
      </w:pPr>
      <w:r>
        <w:t>Leaders marched , and it mattered</w:t>
      </w:r>
      <w:r/>
    </w:p>
    <w:p>
      <w:r/>
      <w:r>
        <w:t>Seeing Rob Jetten aboard one of the boats made a statement beyond photo ops. Elected leaders joining Pride gives the parade a diplomatic, domestic-political dimension; it signals protection and inclusion at the highest level. That visibility can reassure vulnerable communities while also drawing criticism from those who want politics kept separate from celebration.</w:t>
      </w:r>
      <w:r/>
    </w:p>
    <w:p>
      <w:r/>
      <w:r>
        <w:t>For visitors weighing whether to attend, a presence like this can mean better security and mainstream media attention, but it also shifts some moments toward messaging rather than just party.</w:t>
      </w:r>
      <w:r/>
    </w:p>
    <w:p>
      <w:pPr>
        <w:pStyle w:val="Heading2"/>
      </w:pPr>
      <w:r>
        <w:t>Protest and party, side by side</w:t>
      </w:r>
      <w:r/>
    </w:p>
    <w:p>
      <w:r/>
      <w:r>
        <w:t>The Canal Parade this year blended celebration with explicit protest. Observers noted signs reading “proud to be intersex” and a boat displaying a banner reading “lesbians love you and a free Palestine,” while some attendees carried profanity-laden fans aimed at international politicians. One float even depicted a satirical “kissing couple” comparison of Presidents Trump and Putin.</w:t>
      </w:r>
      <w:r/>
    </w:p>
    <w:p>
      <w:r/>
      <w:r>
        <w:t>That mix reflects a wider trend at Pride events: grassroots activism sharing space with corporate sponsorship and official participation. If you’re navigating the crowd, expect both glitter and serious slogans , and for debates to unfold in real time along the canal.</w:t>
      </w:r>
      <w:r/>
    </w:p>
    <w:p>
      <w:pPr>
        <w:pStyle w:val="Heading2"/>
      </w:pPr>
      <w:r>
        <w:t>Memory and security in a fraught week</w:t>
      </w:r>
      <w:r/>
    </w:p>
    <w:p>
      <w:r/>
      <w:r>
        <w:t>The parade occurred only a week after the terrorist attack at Berlin’s Christopher Street Day, which left people dead and many injured. That shadow was visible: the Homomonument, already a powerful place of remembrance for queer persecution, carried fresh tributes to the Berlin victims. Organisers and local authorities were frank about the need for vigilance without overshadowing the event.</w:t>
      </w:r>
      <w:r/>
    </w:p>
    <w:p>
      <w:r/>
      <w:r>
        <w:t>Attendees told reporters they appreciated the balance , public ceremonies to honour victims, alongside reassuring security measures. If you plan to attend future Prides, check local guidance on bag rules and transport changes; it’s become a standard part of the experience in recent years.</w:t>
      </w:r>
      <w:r/>
    </w:p>
    <w:p>
      <w:pPr>
        <w:pStyle w:val="Heading2"/>
      </w:pPr>
      <w:r>
        <w:t>What World Pride brings to Amsterdam , and what’s next</w:t>
      </w:r>
      <w:r/>
    </w:p>
    <w:p>
      <w:r/>
      <w:r>
        <w:t>World Pride, which runs through to Aug. 9 in Amsterdam, amplifies the city’s role as a global meeting place for queer culture, politics and tourism. Event listings and the official World Pride site show a packed programme beyond the parade: talks, performances and community gatherings that stretch the conversation beyond a single afternoon on the water.</w:t>
      </w:r>
      <w:r/>
    </w:p>
    <w:p>
      <w:r/>
      <w:r>
        <w:t>Looking ahead, expect more hybrid moments at Pride events: spectacle plus political messaging, international solidarity plus local memory. For visitors, that means choosing experiences that suit you , a front-row canal view, a memorial moment at the Homomonument, or an indoor panel on rights and safety.</w:t>
      </w:r>
      <w:r/>
    </w:p>
    <w:p>
      <w:r/>
      <w:r>
        <w:t>It's a small change that can make every march and memorial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14">
        <w:r>
          <w:rPr>
            <w:color w:val="0000EE"/>
            <w:u w:val="single"/>
          </w:rPr>
          <w:t>[5]</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https://www.washingtonblade.com/2026/08/01/amsterdam-pride-canal-parade-draws-hundreds-of-thousands/?utm_source=rss&amp;utm_medium=rss&amp;utm_campaign=amsterdam-pride-canal-parade-draws-hundreds-of-thousands</w:t>
        </w:r>
      </w:hyperlink>
      <w:r>
        <w:t xml:space="preserve"> - Please view link - unable to able to access data</w:t>
      </w:r>
      <w:r/>
    </w:p>
    <w:p>
      <w:pPr>
        <w:pStyle w:val="ListNumber"/>
        <w:spacing w:line="240" w:lineRule="auto"/>
        <w:ind w:left="720"/>
      </w:pPr>
      <w:r/>
      <w:hyperlink r:id="rId13">
        <w:r>
          <w:rPr>
            <w:color w:val="0000EE"/>
            <w:u w:val="single"/>
          </w:rPr>
          <w:t>https://apnews.com/article/4b1d7cca31a9e89d29666f730e1c3cf3</w:t>
        </w:r>
      </w:hyperlink>
      <w:r>
        <w:t xml:space="preserve"> - On August 1, 2026, hundreds of thousands gathered along Amsterdam's canals for the annual Pride boat parade, a central event of the city's Pride festival coinciding with World Pride. Dutch Prime Minister Rob Jetten, the first openly gay and first Dutch PM to join the boat parade, praised the event’s significance amid growing concerns over LGBTQ+ safety worldwide. Security was visibly increased, with police boats and a helicopter monitoring the festivities. The parade included 80 boats representing government institutions, LGBTQ+ organizations, and more. Notable displays included tributes to activist Marsha P. Johnson and satirical figures of global leaders. The event took place as the Netherlands faces rising reports of anti-LGBTQ+ incidents, highlighting the ongoing struggle for acceptance and rights. Meanwhile, Hamburg’s Pride parade also saw elevated security and higher attendance in response to the Berlin attack. (</w:t>
      </w:r>
      <w:hyperlink r:id="rId15">
        <w:r>
          <w:rPr>
            <w:color w:val="0000EE"/>
            <w:u w:val="single"/>
          </w:rPr>
          <w:t>apnews.com</w:t>
        </w:r>
      </w:hyperlink>
      <w:r>
        <w:t>)</w:t>
      </w:r>
      <w:r/>
    </w:p>
    <w:p>
      <w:pPr>
        <w:pStyle w:val="ListNumber"/>
        <w:spacing w:line="240" w:lineRule="auto"/>
        <w:ind w:left="720"/>
      </w:pPr>
      <w:r/>
      <w:hyperlink r:id="rId10">
        <w:r>
          <w:rPr>
            <w:color w:val="0000EE"/>
            <w:u w:val="single"/>
          </w:rPr>
          <w:t>https://pride.amsterdam/event/canal-parade/</w:t>
        </w:r>
      </w:hyperlink>
      <w:r>
        <w:t xml:space="preserve"> - The official website for the Canal Parade during WorldPride Amsterdam 2026 provides detailed information about the event, including its schedule, route, and accessibility features. The parade is set to take place on Saturday, August 1, 2026, from 12:00 to 18:00, traversing various districts of Amsterdam. The website also outlines practical information for attendees, such as the requirement for a Pride Vignet for boat visitors and the creation of a safe environment for visitors with disabilities. Additionally, it mentions the prohibition of amplified music along the route to enhance the event experience and reduce environmental noise. (</w:t>
      </w:r>
      <w:hyperlink r:id="rId16">
        <w:r>
          <w:rPr>
            <w:color w:val="0000EE"/>
            <w:u w:val="single"/>
          </w:rPr>
          <w:t>pride.amsterdam</w:t>
        </w:r>
      </w:hyperlink>
      <w:r>
        <w:t>)</w:t>
      </w:r>
      <w:r/>
    </w:p>
    <w:p>
      <w:pPr>
        <w:pStyle w:val="ListNumber"/>
        <w:spacing w:line="240" w:lineRule="auto"/>
        <w:ind w:left="720"/>
      </w:pPr>
      <w:r/>
      <w:hyperlink r:id="rId11">
        <w:r>
          <w:rPr>
            <w:color w:val="0000EE"/>
            <w:u w:val="single"/>
          </w:rPr>
          <w:t>https://pride.amsterdam/en/</w:t>
        </w:r>
      </w:hyperlink>
      <w:r>
        <w:t xml:space="preserve"> - Pride Amsterdam's official website offers comprehensive details about the WorldPride Amsterdam 2026 event, scheduled from July 25 to August 8, 2026. The site highlights key events, including the Canal Parade on August 1, 2026, featuring a unique WorldPride Stadium along the Prinsengracht with approximately 10,000 seats. Other events include the UNITY Concert on August 4 and the Wedding Party XXL on August 6. The website also provides information on ticketing, accessibility, and the event's significance in celebrating diversity, equality, and inclusion. (</w:t>
      </w:r>
      <w:hyperlink r:id="rId17">
        <w:r>
          <w:rPr>
            <w:color w:val="0000EE"/>
            <w:u w:val="single"/>
          </w:rPr>
          <w:t>pride.amsterdam</w:t>
        </w:r>
      </w:hyperlink>
      <w:r>
        <w:t>)</w:t>
      </w:r>
      <w:r/>
    </w:p>
    <w:p>
      <w:pPr>
        <w:pStyle w:val="ListNumber"/>
        <w:spacing w:line="240" w:lineRule="auto"/>
        <w:ind w:left="720"/>
      </w:pPr>
      <w:r/>
      <w:hyperlink r:id="rId14">
        <w:r>
          <w:rPr>
            <w:color w:val="0000EE"/>
            <w:u w:val="single"/>
          </w:rPr>
          <w:t>https://pride.amsterdam/en/worldpride/</w:t>
        </w:r>
      </w:hyperlink>
      <w:r>
        <w:t xml:space="preserve"> - This section of the Pride Amsterdam website presents the timeline of WorldPride Amsterdam 2026, detailing the main events and their schedules. It includes the Canal Parade on August 1, 2026, the UNITY Concert on August 4, and the Wedding Party XXL on August 6. The timeline offers a clear overview of the event's progression, allowing attendees to plan their participation accordingly. The website also emphasizes the event's role in promoting love, freedom, and togetherness. (</w:t>
      </w:r>
      <w:hyperlink r:id="rId18">
        <w:r>
          <w:rPr>
            <w:color w:val="0000EE"/>
            <w:u w:val="single"/>
          </w:rPr>
          <w:t>pride.amsterdam</w:t>
        </w:r>
      </w:hyperlink>
      <w:r>
        <w:t>)</w:t>
      </w:r>
      <w:r/>
    </w:p>
    <w:p>
      <w:pPr>
        <w:pStyle w:val="ListNumber"/>
        <w:spacing w:line="240" w:lineRule="auto"/>
        <w:ind w:left="720"/>
      </w:pPr>
      <w:r/>
      <w:hyperlink r:id="rId12">
        <w:r>
          <w:rPr>
            <w:color w:val="0000EE"/>
            <w:u w:val="single"/>
          </w:rPr>
          <w:t>https://www.holland.com/global/press/newsroom/dertig-jaar-amsterdam-pride</w:t>
        </w:r>
      </w:hyperlink>
      <w:r>
        <w:t xml:space="preserve"> - This article celebrates the 30th anniversary of Amsterdam Pride, highlighting its evolution from a local initiative in 1996 to one of the world's most recognisable Pride celebrations. It discusses the significance of WorldPride 2026, scheduled from July 25 to August 8, 2026, and its role in bringing together millions of people to celebrate diversity, equality, and inclusion. The piece also reflects on Amsterdam's long-standing reputation as an open, inclusive, and welcoming destination. (</w:t>
      </w:r>
      <w:hyperlink r:id="rId19">
        <w:r>
          <w:rPr>
            <w:color w:val="0000EE"/>
            <w:u w:val="single"/>
          </w:rPr>
          <w:t>holland.com</w:t>
        </w:r>
      </w:hyperlink>
      <w:r>
        <w:t>)</w:t>
      </w:r>
      <w:r/>
    </w:p>
    <w:p>
      <w:pPr>
        <w:pStyle w:val="ListNumber"/>
        <w:spacing w:line="240" w:lineRule="auto"/>
        <w:ind w:left="720"/>
      </w:pPr>
      <w:r/>
      <w:hyperlink r:id="rId20">
        <w:r>
          <w:rPr>
            <w:color w:val="0000EE"/>
            <w:u w:val="single"/>
          </w:rPr>
          <w:t>https://www.youtube.com/watch?v=QaUMuRyME-g</w:t>
        </w:r>
      </w:hyperlink>
      <w:r>
        <w:t xml:space="preserve"> - A video showcasing the vibrant atmosphere of Amsterdam's annual Pride canal parade, featuring colourful boats and enthusiastic participants. The footage captures the essence of the event, highlighting its significance as one of the world's biggest Pride festivals. The video provides a visual representation of the celebrations, offering insights into the scale and diversity of the parade.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1/amsterdam-pride-canal-parade-draws-hundreds-of-thousands/?utm_source=rss&amp;utm_medium=rss&amp;utm_campaign=amsterdam-pride-canal-parade-draws-hundreds-of-thousands" TargetMode="External"/><Relationship Id="rId10" Type="http://schemas.openxmlformats.org/officeDocument/2006/relationships/hyperlink" Target="https://pride.amsterdam/event/canal-parade/" TargetMode="External"/><Relationship Id="rId11" Type="http://schemas.openxmlformats.org/officeDocument/2006/relationships/hyperlink" Target="https://pride.amsterdam/en/" TargetMode="External"/><Relationship Id="rId12" Type="http://schemas.openxmlformats.org/officeDocument/2006/relationships/hyperlink" Target="https://www.holland.com/global/press/newsroom/dertig-jaar-amsterdam-pride" TargetMode="External"/><Relationship Id="rId13" Type="http://schemas.openxmlformats.org/officeDocument/2006/relationships/hyperlink" Target="https://apnews.com/article/4b1d7cca31a9e89d29666f730e1c3cf3" TargetMode="External"/><Relationship Id="rId14" Type="http://schemas.openxmlformats.org/officeDocument/2006/relationships/hyperlink" Target="https://pride.amsterdam/en/worldpride/" TargetMode="External"/><Relationship Id="rId15" Type="http://schemas.openxmlformats.org/officeDocument/2006/relationships/hyperlink" Target="https://apnews.com/article/4b1d7cca31a9e89d29666f730e1c3cf3?utm_source=openai" TargetMode="External"/><Relationship Id="rId16" Type="http://schemas.openxmlformats.org/officeDocument/2006/relationships/hyperlink" Target="https://pride.amsterdam/event/canal-parade/?utm_source=openai" TargetMode="External"/><Relationship Id="rId17" Type="http://schemas.openxmlformats.org/officeDocument/2006/relationships/hyperlink" Target="https://pride.amsterdam/en/?utm_source=openai" TargetMode="External"/><Relationship Id="rId18" Type="http://schemas.openxmlformats.org/officeDocument/2006/relationships/hyperlink" Target="https://pride.amsterdam/en/worldpride/?utm_source=openai" TargetMode="External"/><Relationship Id="rId19" Type="http://schemas.openxmlformats.org/officeDocument/2006/relationships/hyperlink" Target="https://www.holland.com/global/press/newsroom/dertig-jaar-amsterdam-pride?utm_source=openai" TargetMode="External"/><Relationship Id="rId20" Type="http://schemas.openxmlformats.org/officeDocument/2006/relationships/hyperlink" Target="https://www.youtube.com/watch?v=QaUMuRyME-g" TargetMode="External"/><Relationship Id="rId21" Type="http://schemas.openxmlformats.org/officeDocument/2006/relationships/hyperlink" Target="https://www.youtube.com/watch?v=QaUMuRyME-g&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