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Madonna to Headline WorldPride Music Festival in Amsterdam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were guessing after a cryptic Dutch post , now it's confirmed: Madonna will perform at the WorldPride Music Festival in Amsterdam on 1 August, bringing her Club Confessions show to AFAS Live and joining a star-studded Pride week that matters for both culture and community.</w:t>
      </w:r>
      <w:r/>
    </w:p>
    <w:p>
      <w:r/>
      <w:r>
        <w:t>Essential Takeaways</w:t>
      </w:r>
      <w:r/>
      <w:r/>
    </w:p>
    <w:p>
      <w:pPr>
        <w:pStyle w:val="ListBullet"/>
        <w:spacing w:line="240" w:lineRule="auto"/>
        <w:ind w:left="720"/>
      </w:pPr>
      <w:r/>
      <w:r>
        <w:rPr>
          <w:b/>
        </w:rPr>
        <w:t>Confirmed date:</w:t>
      </w:r>
      <w:r>
        <w:t xml:space="preserve"> Madonna will appear at AFAS Live in Amsterdam on 1 August as part of WorldPride Music Festival.</w:t>
      </w:r>
      <w:r/>
    </w:p>
    <w:p>
      <w:pPr>
        <w:pStyle w:val="ListBullet"/>
        <w:spacing w:line="240" w:lineRule="auto"/>
        <w:ind w:left="720"/>
      </w:pPr>
      <w:r/>
      <w:r>
        <w:rPr>
          <w:b/>
        </w:rPr>
        <w:t>Show format:</w:t>
      </w:r>
      <w:r>
        <w:t xml:space="preserve"> She’s bringing her Club Confessions run, the intimate-club concept from her Confessions II era, with DJ/producer Stuart Price and Honey Dijon joining.</w:t>
      </w:r>
      <w:r/>
    </w:p>
    <w:p>
      <w:pPr>
        <w:pStyle w:val="ListBullet"/>
        <w:spacing w:line="240" w:lineRule="auto"/>
        <w:ind w:left="720"/>
      </w:pPr>
      <w:r/>
      <w:r>
        <w:rPr>
          <w:b/>
        </w:rPr>
        <w:t>Festival context:</w:t>
      </w:r>
      <w:r>
        <w:t xml:space="preserve"> WorldPride runs through 8 August, featuring artists like Bebe Rexha, Paris Hilton, Beth Ditto and Billy Porter; tickets start around €99.</w:t>
      </w:r>
      <w:r/>
    </w:p>
    <w:p>
      <w:pPr>
        <w:pStyle w:val="ListBullet"/>
        <w:spacing w:line="240" w:lineRule="auto"/>
        <w:ind w:left="720"/>
      </w:pPr>
      <w:r/>
      <w:r>
        <w:rPr>
          <w:b/>
        </w:rPr>
        <w:t>Emotional note:</w:t>
      </w:r>
      <w:r>
        <w:t xml:space="preserve"> Madonna’s long-standing ties to the LGBTQ+ community inform both the performance and the festival’s spirit; she’s previously received the GLAAD Advocate for Change Award.</w:t>
      </w:r>
      <w:r/>
    </w:p>
    <w:p>
      <w:pPr>
        <w:pStyle w:val="ListBullet"/>
        <w:spacing w:line="240" w:lineRule="auto"/>
        <w:ind w:left="720"/>
      </w:pPr>
      <w:r/>
      <w:r>
        <w:rPr>
          <w:b/>
        </w:rPr>
        <w:t>Vibe:</w:t>
      </w:r>
      <w:r>
        <w:t xml:space="preserve"> Expect a punchy, dance-floor-focused set with a glossy, nostalgic edge and plenty of theatre.</w:t>
      </w:r>
      <w:r/>
      <w:r/>
    </w:p>
    <w:p>
      <w:r/>
      <w:r>
        <w:t>Opening hook: Madonna teases, fans rejoice</w:t>
      </w:r>
      <w:r/>
    </w:p>
    <w:p>
      <w:r/>
      <w:r>
        <w:t>Madonna’s cheeky Instagram tease in Dutch , a short line from her recent single , set social media alight, and organisers soon confirmed what everyone hoped: she’ll appear at the WorldPride Music Festival in Amsterdam. The visual was pink and purposeful, and it felt like a wink: intimate club energy with a stadium-sized buzz.</w:t>
      </w:r>
      <w:r/>
    </w:p>
    <w:p>
      <w:r/>
      <w:r>
        <w:t>Backstory and context: Club Confessions goes international</w:t>
      </w:r>
      <w:r/>
    </w:p>
    <w:p>
      <w:r/>
      <w:r>
        <w:t>This Club Confessions run isn’t a one-off. Madonna premiered the concept earlier this year with shows in London and Paris, delivering a stripped-back, club-driven counterpoint to her arena work. Bringing that format to AFAS Live signals she wants closeness and dance-floor intensity even amid a big Pride moment. Tickets for the weekend portion of the festival start at roughly €99, which places the shows in the accessible-but-premium bracket.</w:t>
      </w:r>
      <w:r/>
    </w:p>
    <w:p>
      <w:r/>
      <w:r>
        <w:t>Who’s on stage and what to expect</w:t>
      </w:r>
      <w:r/>
    </w:p>
    <w:p>
      <w:r/>
      <w:r>
        <w:t>Madonna won’t be alone. Longtime collaborator Stuart Price will be on hand, lending his sleek production instincts, while Honey Dijon brings DJ credibility and club authenticity. That mixture suggests a set heavy on electronic grooves, reworked hits, and guest appearances , think high-energy, skin-prickle moments that land best in a dim, thumping room.</w:t>
      </w:r>
      <w:r/>
    </w:p>
    <w:p>
      <w:r/>
      <w:r>
        <w:t>Why this matters: history, activism and celebration</w:t>
      </w:r>
      <w:r/>
    </w:p>
    <w:p>
      <w:r/>
      <w:r>
        <w:t>Madonna’s ties to the queer community run deep; she’s publicly credited LGBTQ+ fans with helping sustain her early career and received the GLAAD Advocate for Change Award in 2019. That history makes her WorldPride slot more than headline appeal , it’s a cultural gesture. For many attendees, her presence is both party and acknowledgement, a reminder that pop moments can also carry political and personal weight.</w:t>
      </w:r>
      <w:r/>
    </w:p>
    <w:p>
      <w:r/>
      <w:r>
        <w:t>Practical tips for attendees</w:t>
      </w:r>
      <w:r/>
    </w:p>
    <w:p>
      <w:r/>
      <w:r>
        <w:t>If you’re going, expect a club-style production inside a concert venue: dress comfortably, plan for loud sound and dynamic lighting, and arrive early to avoid queues. Tickets are selling alongside a full festival programme, so check events across the city , Amsterdam’s WorldPride runs to 8 August and mixes free street events with ticketed club nights. For those who can’t be there, keep an eye on official channels; special appearances and surprise sets have already featured in Madonna’s recent Pride outings.</w:t>
      </w:r>
      <w:r/>
    </w:p>
    <w:p>
      <w:r/>
      <w:r>
        <w:t>Looking ahead: Pride’s pop moment</w:t>
      </w:r>
      <w:r/>
    </w:p>
    <w:p>
      <w:r/>
      <w:r>
        <w:t>Madonna’s appearance amps up a packed WorldPride bill that includes a mix of pop culture figures and queer icons. It’s a sign that Pride festivals are now as much about mainstream spectacle as grassroots protest, which has its critics and champions alike. Either way, for many fans this will be a highlight of a summer already defined by big-name Pride programming.</w:t>
      </w:r>
      <w:r/>
    </w:p>
    <w:p>
      <w:r/>
      <w:r>
        <w:t>It’s a small celebration with a long echo , and a reminder that music still has the power to bring people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2">
        <w:r>
          <w:rPr>
            <w:color w:val="0000EE"/>
            <w:u w:val="single"/>
          </w:rPr>
          <w:t>[5]</w:t>
        </w:r>
      </w:hyperlink>
      <w:r>
        <w:t xml:space="preserve">- Paragraph 6: </w:t>
      </w:r>
      <w:hyperlink r:id="rId9">
        <w:r>
          <w:rPr>
            <w:color w:val="0000EE"/>
            <w:u w:val="single"/>
          </w:rPr>
          <w:t>[2]</w:t>
        </w:r>
      </w:hyperlink>
      <w:r>
        <w:t xml:space="preserve">, </w:t>
      </w:r>
      <w:hyperlink r:id="rId13">
        <w:r>
          <w:rPr>
            <w:color w:val="0000EE"/>
            <w:u w:val="single"/>
          </w:rPr>
          <w:t>[6]</w:t>
        </w:r>
      </w:hyperlink>
      <w:r>
        <w:t xml:space="preserve">- Paragraph 7: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https://www.abendzeitung-muenchen.de/kultur/musik/auftritt-bestaetigt-madonna-kommt-zur-worldpride-nach-amsterdam-art-1148268</w:t>
        </w:r>
      </w:hyperlink>
      <w:r>
        <w:t xml:space="preserve"> - Please view link - unable to able to access data</w:t>
      </w:r>
      <w:r/>
    </w:p>
    <w:p>
      <w:pPr>
        <w:pStyle w:val="ListNumber"/>
        <w:spacing w:line="240" w:lineRule="auto"/>
        <w:ind w:left="720"/>
      </w:pPr>
      <w:r/>
      <w:hyperlink r:id="rId9">
        <w:r>
          <w:rPr>
            <w:color w:val="0000EE"/>
            <w:u w:val="single"/>
          </w:rPr>
          <w:t>https://www.abendzeitung-muenchen.de/kultur/musik/auftritt-bestaetigt-madonna-kommt-zur-worldpride-nach-amsterdam-art-1148268</w:t>
        </w:r>
      </w:hyperlink>
      <w:r>
        <w:t xml:space="preserve"> - Madonna is set to perform at the World Pride Music Festival in Amsterdam on Saturday, August 1, 2026, at the AFAS Live concert hall. This follows a cryptic Dutch post she shared on Instagram, which led fans to speculate about her involvement. The organisers have now confirmed her appearance. Madonna will bring her 'Club Confessions' show to Amsterdam, featuring British producer Stuart Price and US DJ Honey Dijon. Tickets for the festival start at €99. The World Pride event in Amsterdam runs until August 8, marking the city's first time hosting it. Other performers include Bebe Rexha, Paris Hilton, Beth Ditto, Billy Porter, Olly Alexander, and the Vengaboys. Madonna has long been associated with the LGBTQ+ community, stating in a 2010 interview that she owes her career to their support. In 2019, she received the GLAAD Advocate for Change Award in New York, expressing her commitment to standing up for marginalised groups.</w:t>
      </w:r>
      <w:r/>
    </w:p>
    <w:p>
      <w:pPr>
        <w:pStyle w:val="ListNumber"/>
        <w:spacing w:line="240" w:lineRule="auto"/>
        <w:ind w:left="720"/>
      </w:pPr>
      <w:r/>
      <w:hyperlink r:id="rId11">
        <w:r>
          <w:rPr>
            <w:color w:val="0000EE"/>
            <w:u w:val="single"/>
          </w:rPr>
          <w:t>https://www.theguardian.com/music/2019/may/05/madonna-glaad-awards-speech-advocate-for-change-award</w:t>
        </w:r>
      </w:hyperlink>
      <w:r>
        <w:t xml:space="preserve"> - In May 2019, Madonna received the Advocate for Change Award at the 30th annual GLAAD Media Awards in New York City. During her acceptance speech, she reflected on her advocacy for LGBTQ+ rights, recalling her early experiences and the influence of the gay community on her career. She highlighted the importance of fighting for change and equality, stating, 'It is every human's duty to fight, to advocate, to do whatever we can and whatever it takes.' (</w:t>
      </w:r>
      <w:hyperlink r:id="rId15">
        <w:r>
          <w:rPr>
            <w:color w:val="0000EE"/>
            <w:u w:val="single"/>
          </w:rPr>
          <w:t>theguardian.com</w:t>
        </w:r>
      </w:hyperlink>
      <w:r>
        <w:t>)</w:t>
      </w:r>
      <w:r/>
    </w:p>
    <w:p>
      <w:pPr>
        <w:pStyle w:val="ListNumber"/>
        <w:spacing w:line="240" w:lineRule="auto"/>
        <w:ind w:left="720"/>
      </w:pPr>
      <w:r/>
      <w:hyperlink r:id="rId10">
        <w:r>
          <w:rPr>
            <w:color w:val="0000EE"/>
            <w:u w:val="single"/>
          </w:rPr>
          <w:t>https://www.advocate.com/people/2019/5/05/madonna-pays-homage-gay-people-those-she-lost-aids-glaad</w:t>
        </w:r>
      </w:hyperlink>
      <w:r>
        <w:t xml:space="preserve"> - At the 2019 GLAAD Media Awards, Madonna delivered a heartfelt speech upon receiving the Advocate for Change Award. She paid tribute to the LGBTQ+ community and friends she had lost to AIDS, emphasising the significance of standing up for marginalised groups. Madonna's speech was both emotional and inspiring, underscoring her longstanding commitment to LGBTQ+ rights. (</w:t>
      </w:r>
      <w:hyperlink r:id="rId16">
        <w:r>
          <w:rPr>
            <w:color w:val="0000EE"/>
            <w:u w:val="single"/>
          </w:rPr>
          <w:t>advocate.com</w:t>
        </w:r>
      </w:hyperlink>
      <w:r>
        <w:t>)</w:t>
      </w:r>
      <w:r/>
    </w:p>
    <w:p>
      <w:pPr>
        <w:pStyle w:val="ListNumber"/>
        <w:spacing w:line="240" w:lineRule="auto"/>
        <w:ind w:left="720"/>
      </w:pPr>
      <w:r/>
      <w:hyperlink r:id="rId12">
        <w:r>
          <w:rPr>
            <w:color w:val="0000EE"/>
            <w:u w:val="single"/>
          </w:rPr>
          <w:t>https://www.out.com/entertainment/2019/2/05/madonna-glaad-advocate-change-award</w:t>
        </w:r>
      </w:hyperlink>
      <w:r>
        <w:t xml:space="preserve"> - In February 2019, GLAAD announced that Madonna would receive the Advocate for Change Award at the 30th Annual GLAAD Media Awards. The organisation recognised her extensive efforts in supporting the LGBTQ+ community, particularly highlighting her advocacy during the HIV/AIDS crisis and her international work for LGBTQ+ rights. GLAAD President and CEO Sarah Kate Ellis praised Madonna as the LGBTQ+ community's 'greatest ally.' (</w:t>
      </w:r>
      <w:hyperlink r:id="rId17">
        <w:r>
          <w:rPr>
            <w:color w:val="0000EE"/>
            <w:u w:val="single"/>
          </w:rPr>
          <w:t>out.com</w:t>
        </w:r>
      </w:hyperlink>
      <w:r>
        <w:t>)</w:t>
      </w:r>
      <w:r/>
    </w:p>
    <w:p>
      <w:pPr>
        <w:pStyle w:val="ListNumber"/>
        <w:spacing w:line="240" w:lineRule="auto"/>
        <w:ind w:left="720"/>
      </w:pPr>
      <w:r/>
      <w:hyperlink r:id="rId13">
        <w:r>
          <w:rPr>
            <w:color w:val="0000EE"/>
            <w:u w:val="single"/>
          </w:rPr>
          <w:t>https://www.vogue.com/article/glaad-awards-madonna-2019</w:t>
        </w:r>
      </w:hyperlink>
      <w:r>
        <w:t xml:space="preserve"> - The 2019 GLAAD Media Awards in New York City honoured Madonna with the Advocate for Change Award. The event saw numerous celebrities, including Sarah Jessica Parker, showing support for Madonna's longstanding advocacy for the LGBTQ+ community. The award recognised her significant contributions to LGBTQ+ rights and her influence in the entertainment industry. (</w:t>
      </w:r>
      <w:hyperlink r:id="rId18">
        <w:r>
          <w:rPr>
            <w:color w:val="0000EE"/>
            <w:u w:val="single"/>
          </w:rPr>
          <w:t>vogue.com</w:t>
        </w:r>
      </w:hyperlink>
      <w:r>
        <w:t>)</w:t>
      </w:r>
      <w:r/>
    </w:p>
    <w:p>
      <w:pPr>
        <w:pStyle w:val="ListNumber"/>
        <w:spacing w:line="240" w:lineRule="auto"/>
        <w:ind w:left="720"/>
      </w:pPr>
      <w:r/>
      <w:hyperlink r:id="rId14">
        <w:r>
          <w:rPr>
            <w:color w:val="0000EE"/>
            <w:u w:val="single"/>
          </w:rPr>
          <w:t>https://www.wmagazine.com/story/madonna-glaad-award</w:t>
        </w:r>
      </w:hyperlink>
      <w:r>
        <w:t xml:space="preserve"> - In February 2019, W Magazine reported that Madonna would be honoured with GLAAD's Advocate for Change Award at the 30th Annual GLAAD Media Awards. The article highlighted her longstanding support for the LGBTQ+ community, noting that her music and art have been 'life-saving outlets for LGBTQ people over the years.' (</w:t>
      </w:r>
      <w:hyperlink r:id="rId19">
        <w:r>
          <w:rPr>
            <w:color w:val="0000EE"/>
            <w:u w:val="single"/>
          </w:rPr>
          <w:t>wmagazine.com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endzeitung-muenchen.de/kultur/musik/auftritt-bestaetigt-madonna-kommt-zur-worldpride-nach-amsterdam-art-1148268" TargetMode="External"/><Relationship Id="rId10" Type="http://schemas.openxmlformats.org/officeDocument/2006/relationships/hyperlink" Target="https://www.advocate.com/people/2019/5/05/madonna-pays-homage-gay-people-those-she-lost-aids-glaad" TargetMode="External"/><Relationship Id="rId11" Type="http://schemas.openxmlformats.org/officeDocument/2006/relationships/hyperlink" Target="https://www.theguardian.com/music/2019/may/05/madonna-glaad-awards-speech-advocate-for-change-award" TargetMode="External"/><Relationship Id="rId12" Type="http://schemas.openxmlformats.org/officeDocument/2006/relationships/hyperlink" Target="https://www.out.com/entertainment/2019/2/05/madonna-glaad-advocate-change-award" TargetMode="External"/><Relationship Id="rId13" Type="http://schemas.openxmlformats.org/officeDocument/2006/relationships/hyperlink" Target="https://www.vogue.com/article/glaad-awards-madonna-2019" TargetMode="External"/><Relationship Id="rId14" Type="http://schemas.openxmlformats.org/officeDocument/2006/relationships/hyperlink" Target="https://www.wmagazine.com/story/madonna-glaad-award" TargetMode="External"/><Relationship Id="rId15" Type="http://schemas.openxmlformats.org/officeDocument/2006/relationships/hyperlink" Target="https://www.theguardian.com/music/2019/may/05/madonna-glaad-awards-speech-advocate-for-change-award?utm_source=openai" TargetMode="External"/><Relationship Id="rId16" Type="http://schemas.openxmlformats.org/officeDocument/2006/relationships/hyperlink" Target="https://www.advocate.com/people/2019/5/05/madonna-pays-homage-gay-people-those-she-lost-aids-glaad?utm_source=openai" TargetMode="External"/><Relationship Id="rId17" Type="http://schemas.openxmlformats.org/officeDocument/2006/relationships/hyperlink" Target="https://www.out.com/entertainment/2019/2/05/madonna-glaad-advocate-change-award?utm_source=openai" TargetMode="External"/><Relationship Id="rId18" Type="http://schemas.openxmlformats.org/officeDocument/2006/relationships/hyperlink" Target="https://www.vogue.com/article/glaad-awards-madonna-2019?utm_source=openai" TargetMode="External"/><Relationship Id="rId19" Type="http://schemas.openxmlformats.org/officeDocument/2006/relationships/hyperlink" Target="https://www.wmagazine.com/story/madonna-glaad-awar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