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Langley Pride Day: Free, All-Ages Celebration of Community and Culture on 8 August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already circling their calendars , Langley’s Pride Day returns on Saturday 8 August with free, all-ages activities, panels and evening performances that promise music, food and meaningful conversation across generations and cultures. Here’s what to expect and how to make the most of the day.</w:t>
      </w:r>
      <w:r/>
    </w:p>
    <w:p>
      <w:r/>
      <w:r>
        <w:t>Essential Takeaways</w:t>
      </w:r>
      <w:r/>
      <w:r/>
    </w:p>
    <w:p>
      <w:pPr>
        <w:pStyle w:val="ListBullet"/>
        <w:spacing w:line="240" w:lineRule="auto"/>
        <w:ind w:left="720"/>
      </w:pPr>
      <w:r/>
      <w:r>
        <w:rPr>
          <w:b/>
        </w:rPr>
        <w:t>When and where:</w:t>
      </w:r>
      <w:r>
        <w:t xml:space="preserve"> Free event at Langley Senior Resources Society recreation centre, 20605 51B Ave, running noon–9:30pm.</w:t>
      </w:r>
      <w:r/>
    </w:p>
    <w:p>
      <w:pPr>
        <w:pStyle w:val="ListBullet"/>
        <w:spacing w:line="240" w:lineRule="auto"/>
        <w:ind w:left="720"/>
      </w:pPr>
      <w:r/>
      <w:r>
        <w:rPr>
          <w:b/>
        </w:rPr>
        <w:t>Full-day lineup:</w:t>
      </w:r>
      <w:r>
        <w:t xml:space="preserve"> Over 30 local vendors and artisans, family-friendly facepainting, Drag Bingo at 2:30pm, and live stage acts into the evening.</w:t>
      </w:r>
      <w:r/>
    </w:p>
    <w:p>
      <w:pPr>
        <w:pStyle w:val="ListBullet"/>
        <w:spacing w:line="240" w:lineRule="auto"/>
        <w:ind w:left="720"/>
      </w:pPr>
      <w:r/>
      <w:r>
        <w:rPr>
          <w:b/>
        </w:rPr>
        <w:t>Panels to attend:</w:t>
      </w:r>
      <w:r>
        <w:t xml:space="preserve"> “Ask an Elder” at 1pm and “Queer in Culture” at 3pm , good for learning and listening.</w:t>
      </w:r>
      <w:r/>
    </w:p>
    <w:p>
      <w:pPr>
        <w:pStyle w:val="ListBullet"/>
        <w:spacing w:line="240" w:lineRule="auto"/>
        <w:ind w:left="720"/>
      </w:pPr>
      <w:r/>
      <w:r>
        <w:rPr>
          <w:b/>
        </w:rPr>
        <w:t>Food and drink:</w:t>
      </w:r>
      <w:r>
        <w:t xml:space="preserve"> Creekside Café open noon–7pm, street-food vendors noon–7pm; licensed beer garden for 19+ opens at 5pm.</w:t>
      </w:r>
      <w:r/>
    </w:p>
    <w:p>
      <w:pPr>
        <w:pStyle w:val="ListBullet"/>
        <w:spacing w:line="240" w:lineRule="auto"/>
        <w:ind w:left="720"/>
      </w:pPr>
      <w:r/>
      <w:r>
        <w:rPr>
          <w:b/>
        </w:rPr>
        <w:t>Comfort and access:</w:t>
      </w:r>
      <w:r>
        <w:t xml:space="preserve"> Event goes rain or shine with indoor panels and a quiet room available until 5pm.</w:t>
      </w:r>
      <w:r/>
      <w:r/>
    </w:p>
    <w:p>
      <w:r/>
      <w:r>
        <w:t>Opening Hook: A festival that mixes glitter with heartfelt conversation</w:t>
      </w:r>
      <w:r/>
    </w:p>
    <w:p>
      <w:r/>
      <w:r>
        <w:t>Langley’s Pride Day has grown into more than a party; it’s a place where confetti meets conversation and where a quiet tea or a loud chorus can sit comfortably side by side. Expect the warm, communal hum of a small-city festival , the smell of street food, the bright colours of vendor stalls, and pockets of serious talk in cool, sheltered rooms.</w:t>
      </w:r>
      <w:r/>
    </w:p>
    <w:p>
      <w:r/>
      <w:r>
        <w:t>Backstory and local partnership</w:t>
      </w:r>
      <w:r/>
    </w:p>
    <w:p>
      <w:r/>
      <w:r>
        <w:t>The Langley Pride Society and the Langley Senior Resources Society are hosting the day together, and that partnership matters. It turns the senior centre into a visible, welcoming community hub and signals that Pride in Langley is about inclusion across ages. Organisers say the event reflects long-standing local work to create safe, celebratory spaces for 2SLGBTQIA+ people and allies.</w:t>
      </w:r>
      <w:r/>
    </w:p>
    <w:p>
      <w:r/>
      <w:r>
        <w:t>What’s on the roster: performances, bingo and artisans</w:t>
      </w:r>
      <w:r/>
    </w:p>
    <w:p>
      <w:r/>
      <w:r>
        <w:t>From noon to 5pm you can browse crafts, services and community booths , more than 30 vendors means artisan jewellery, local advocacy stalls and plenty of small-business treats. Drag Bingo at 2:30pm is billed as a laugh-out-loud highlight, while an evening slate of acts , including local favourites and guest drag performers , runs until 9:30pm for a more theatrical finish to the day.</w:t>
      </w:r>
      <w:r/>
    </w:p>
    <w:p>
      <w:r/>
      <w:r>
        <w:t>Why the panels are worth your time</w:t>
      </w:r>
      <w:r/>
    </w:p>
    <w:p>
      <w:r/>
      <w:r>
        <w:t>The day’s two panel conversations add depth. “Ask an Elder” gives guests the chance to hear first-hand stories from older 2SLGBTQIA+ community members, a useful reminder that movements and identities have lived histories. “Queer in Culture” will unpack how cultural background shapes queer experience, which is especially relevant in a diverse region like Langley. Both sessions are great if you want to listen, learn or ask thoughtful questions.</w:t>
      </w:r>
      <w:r/>
    </w:p>
    <w:p>
      <w:r/>
      <w:r>
        <w:t>Practical planning and tips</w:t>
      </w:r>
      <w:r/>
      <w:r/>
    </w:p>
    <w:p>
      <w:pPr>
        <w:pStyle w:val="ListBullet"/>
        <w:spacing w:line="240" w:lineRule="auto"/>
        <w:ind w:left="720"/>
      </w:pPr>
      <w:r/>
      <w:r>
        <w:t>Bring layers and sun protection; the main performances and vendors are outdoors and weather won’t cancel them.</w:t>
      </w:r>
      <w:r/>
    </w:p>
    <w:p>
      <w:pPr>
        <w:pStyle w:val="ListBullet"/>
        <w:spacing w:line="240" w:lineRule="auto"/>
        <w:ind w:left="720"/>
      </w:pPr>
      <w:r/>
      <w:r>
        <w:t>Reserve a free spot on Eventbrite if you want to guarantee entry or plan a meet-up with friends.</w:t>
      </w:r>
      <w:r/>
    </w:p>
    <w:p>
      <w:pPr>
        <w:pStyle w:val="ListBullet"/>
        <w:spacing w:line="240" w:lineRule="auto"/>
        <w:ind w:left="720"/>
      </w:pPr>
      <w:r/>
      <w:r>
        <w:t>Families: facepainting and daytime activities are kid-friendly; the licensed beer garden is adult-only after 5pm.</w:t>
      </w:r>
      <w:r/>
    </w:p>
    <w:p>
      <w:pPr>
        <w:pStyle w:val="ListBullet"/>
        <w:spacing w:line="240" w:lineRule="auto"/>
        <w:ind w:left="720"/>
      </w:pPr>
      <w:r/>
      <w:r>
        <w:t>Accessibility: panels and bingo happen indoors, and a quiet room will be open until 5pm for anyone who needs a break from the crowd.</w:t>
      </w:r>
      <w:r/>
    </w:p>
    <w:p>
      <w:pPr>
        <w:pStyle w:val="ListBullet"/>
        <w:spacing w:line="240" w:lineRule="auto"/>
        <w:ind w:left="720"/>
      </w:pPr>
      <w:r/>
      <w:r>
        <w:t>Transport: plan your parking or rides in advance , community events draw steady local crowds, and arriving early makes browsing vendors easier.</w:t>
      </w:r>
      <w:r/>
      <w:r/>
    </w:p>
    <w:p>
      <w:r/>
      <w:r>
        <w:t>A community moment with a forward beat</w:t>
      </w:r>
      <w:r/>
    </w:p>
    <w:p>
      <w:r/>
      <w:r>
        <w:t>Langley’s Pride Day blends celebration and conversation in a way that feels both festive and grounded. It’s an invitation to enjoy performances and food while also showing up to listen and connect across generations. Whether you’re there for the music, the bingo or the panels, it’s a good day to be visible and to support local queer-led work.</w:t>
      </w:r>
      <w:r/>
    </w:p>
    <w:p>
      <w:r/>
      <w:r>
        <w:t>It’s a small change that can make every corner of community life a bit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[3]</w:t>
        </w:r>
      </w:hyperlink>
      <w:r>
        <w:t xml:space="preserve">- Paragraph 6: </w:t>
      </w:r>
      <w:hyperlink r:id="rId9">
        <w:r>
          <w:rPr>
            <w:color w:val="0000EE"/>
            <w:u w:val="single"/>
          </w:rPr>
          <w:t>[1]</w:t>
        </w:r>
      </w:hyperlink>
      <w:r>
        <w:t xml:space="preserve">, </w:t>
      </w:r>
      <w:hyperlink r:id="rId13">
        <w:r>
          <w:rPr>
            <w:color w:val="0000EE"/>
            <w:u w:val="single"/>
          </w:rPr>
          <w:t>[5]</w:t>
        </w:r>
      </w:hyperlink>
      <w:r>
        <w:t xml:space="preserve">- Paragraph 7: </w:t>
      </w:r>
      <w:hyperlink r:id="rId15">
        <w:r>
          <w:rPr>
            <w:color w:val="0000EE"/>
            <w:u w:val="single"/>
          </w:rPr>
          <w:t>[6]</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https://langleyadvancetimes.com/2026/07/30/langleys-pride-celebration-the-biggest-party-yet/</w:t>
        </w:r>
      </w:hyperlink>
      <w:r>
        <w:t xml:space="preserve"> - Please view link - unable to able to access data</w:t>
      </w:r>
      <w:r/>
    </w:p>
    <w:p>
      <w:pPr>
        <w:pStyle w:val="ListNumber"/>
        <w:spacing w:line="240" w:lineRule="auto"/>
        <w:ind w:left="720"/>
      </w:pPr>
      <w:r/>
      <w:hyperlink r:id="rId10">
        <w:r>
          <w:rPr>
            <w:color w:val="0000EE"/>
            <w:u w:val="single"/>
          </w:rPr>
          <w:t>https://www.langleypridesociety.ca/Pride2026</w:t>
        </w:r>
      </w:hyperlink>
      <w:r>
        <w:t xml:space="preserve"> - The Langley Pride Society and the Langley Senior Resources Society are hosting Langley Pride Day on Saturday, August 8, 2026, at Creekside Hall, 20605 51B Avenue, Langley, BC. The free, all-ages festival runs from 12:00 noon to 9:30 pm and features over 30 local vendors and community groups. Activities include drag bingo, educational panels, live music, and performances. A 19+ beer garden opens at 5:00 pm, offering drinks from Camp Beer Co. and Locality Brewing. The event acknowledges the unceded traditional territories of the Matsqui, Kwantlen, Katzie, and Semiahmoo First Nations.</w:t>
      </w:r>
      <w:r/>
    </w:p>
    <w:p>
      <w:pPr>
        <w:pStyle w:val="ListNumber"/>
        <w:spacing w:line="240" w:lineRule="auto"/>
        <w:ind w:left="720"/>
      </w:pPr>
      <w:r/>
      <w:hyperlink r:id="rId12">
        <w:r>
          <w:rPr>
            <w:color w:val="0000EE"/>
            <w:u w:val="single"/>
          </w:rPr>
          <w:t>https://www.langleypridesociety.ca/PrideDay</w:t>
        </w:r>
      </w:hyperlink>
      <w:r>
        <w:t xml:space="preserve"> - Langley Pride Day 2025 took place on Saturday, August 9, 2025, at the Langley Senior Resources Society, 20605 51B Avenue, Langley, BC. The event aimed to encourage inclusiveness, diversity, and acceptance for the 2SLGBTQ+ community. Daytime activities from 11:00 am to 5:00 pm included a flag-raising ceremony, vendor and artist market, dance performances, face painting, drag bingo, film screening, and speakers' circle. The evening show from 5:30 pm to 10:00 pm featured musical entertainment with Queer As Funk, a drag show, and a cash bar. Tickets were available via Eventbrite.</w:t>
      </w:r>
      <w:r/>
    </w:p>
    <w:p>
      <w:pPr>
        <w:pStyle w:val="ListNumber"/>
        <w:spacing w:line="240" w:lineRule="auto"/>
        <w:ind w:left="720"/>
      </w:pPr>
      <w:r/>
      <w:hyperlink r:id="rId11">
        <w:r>
          <w:rPr>
            <w:color w:val="0000EE"/>
            <w:u w:val="single"/>
          </w:rPr>
          <w:t>https://www.discoverlangleycity.com/get-your-summer-on/</w:t>
        </w:r>
      </w:hyperlink>
      <w:r>
        <w:t xml:space="preserve"> - Discover Langley City highlights Langley Pride Day, scheduled for Saturday, August 8, 2026, at Creekside Hall, 20605 51B Avenue, Langley, BC. The free, all-ages festival runs from 12:00 noon to 4:00 pm and features over 25 local vendors and community groups. Activities include drag bingo, educational panels, live music, and performances. A 19+ ticketed evening concert and dance begins at 6:00 pm. The event is hosted by the Langley Pride Society.</w:t>
      </w:r>
      <w:r/>
    </w:p>
    <w:p>
      <w:pPr>
        <w:pStyle w:val="ListNumber"/>
        <w:spacing w:line="240" w:lineRule="auto"/>
        <w:ind w:left="720"/>
      </w:pPr>
      <w:r/>
      <w:hyperlink r:id="rId13">
        <w:r>
          <w:rPr>
            <w:color w:val="0000EE"/>
            <w:u w:val="single"/>
          </w:rPr>
          <w:t>https://www.langleyvolunteers.ca/langley-senior-resources-society/</w:t>
        </w:r>
      </w:hyperlink>
      <w:r>
        <w:t xml:space="preserve"> - The Langley Senior Resources Society is a non-profit charity providing health, food, and recreational services for seniors and adults of all abilities. Led by a volunteer governing Board of Directors, the society employs over 30 staff and 200 volunteers. Volunteers assist with interacting with seniors, providing transportation and meals, creative tasks, office work, and supporting fundraising efforts. The society's mission is to deliver services through a holistic approach aimed at meeting the emotional, physical, and social needs of seniors and their families.</w:t>
      </w:r>
      <w:r/>
    </w:p>
    <w:p>
      <w:pPr>
        <w:pStyle w:val="ListNumber"/>
        <w:spacing w:line="240" w:lineRule="auto"/>
        <w:ind w:left="720"/>
      </w:pPr>
      <w:r/>
      <w:hyperlink r:id="rId15">
        <w:r>
          <w:rPr>
            <w:color w:val="0000EE"/>
            <w:u w:val="single"/>
          </w:rPr>
          <w:t>https://www.langleycity.ca/community-culture/community-services/senior-services</w:t>
        </w:r>
      </w:hyperlink>
      <w:r>
        <w:t xml:space="preserve"> - The City of Langley provides information on senior services, including the Langley Senior Resources Society (LSRS). Since 1982, LSRS has offered social, recreational, and educational programs, as well as food, health, and supportive services for adults over 50 in the City and Township of Langley, BC. The society operates two locations: the Recreation &amp; Resource Centre and the Adult Day Program, serving Langley seniors with heart and compassion every day.</w:t>
      </w:r>
      <w:r/>
    </w:p>
    <w:p>
      <w:pPr>
        <w:pStyle w:val="ListNumber"/>
        <w:spacing w:line="240" w:lineRule="auto"/>
        <w:ind w:left="720"/>
      </w:pPr>
      <w:r/>
      <w:hyperlink r:id="rId14">
        <w:r>
          <w:rPr>
            <w:color w:val="0000EE"/>
            <w:u w:val="single"/>
          </w:rPr>
          <w:t>https://www.langleypridesociety.ca/about-us</w:t>
        </w:r>
      </w:hyperlink>
      <w:r>
        <w:t xml:space="preserve"> - The Langley Pride Society creates vibrant, inclusive, and supportive spaces where all 2SLGBTQIA+ individuals are empowered to live authentically and unapologetically. They foster community events grounded in love, respect, equality, and celebrate the diverse identities and experiences of people to ensure that everyone is seen, heard, and valued. Their vision is to create a community where 2SLGBTQIA+ individuals can be their authentic selves and inspire people of all backgrounds to stand in solidarity so that future generations inherit a world of boundless acceptance.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ngleyadvancetimes.com/2026/07/30/langleys-pride-celebration-the-biggest-party-yet/" TargetMode="External"/><Relationship Id="rId10" Type="http://schemas.openxmlformats.org/officeDocument/2006/relationships/hyperlink" Target="https://www.langleypridesociety.ca/Pride2026" TargetMode="External"/><Relationship Id="rId11" Type="http://schemas.openxmlformats.org/officeDocument/2006/relationships/hyperlink" Target="https://www.discoverlangleycity.com/get-your-summer-on/" TargetMode="External"/><Relationship Id="rId12" Type="http://schemas.openxmlformats.org/officeDocument/2006/relationships/hyperlink" Target="https://www.langleypridesociety.ca/PrideDay" TargetMode="External"/><Relationship Id="rId13" Type="http://schemas.openxmlformats.org/officeDocument/2006/relationships/hyperlink" Target="https://www.langleyvolunteers.ca/langley-senior-resources-society/" TargetMode="External"/><Relationship Id="rId14" Type="http://schemas.openxmlformats.org/officeDocument/2006/relationships/hyperlink" Target="https://www.langleypridesociety.ca/about-us" TargetMode="External"/><Relationship Id="rId15" Type="http://schemas.openxmlformats.org/officeDocument/2006/relationships/hyperlink" Target="https://www.langleycity.ca/community-culture/community-services/senior-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