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Guide: What to See, Do and Plan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colour, Amsterdam turns into a global Pride stage from 25 July to 8 August 2026 , here's what to expect, where to be and the practical tips that will make your WorldPride Amsterdam trip smoother and more fun.</w:t>
      </w:r>
      <w:r/>
    </w:p>
    <w:p>
      <w:r/>
      <w:r>
        <w:t>Essential Takeaways</w:t>
      </w:r>
      <w:r/>
      <w:r/>
    </w:p>
    <w:p>
      <w:pPr>
        <w:pStyle w:val="ListBullet"/>
        <w:spacing w:line="240" w:lineRule="auto"/>
        <w:ind w:left="720"/>
      </w:pPr>
      <w:r/>
      <w:r>
        <w:rPr>
          <w:b/>
        </w:rPr>
        <w:t>Dates and scope:</w:t>
      </w:r>
      <w:r>
        <w:t xml:space="preserve"> WorldPride runs 25 July–8 August 2026, with two packed weekends of parties, the Canal Parade and a closing march and concert. </w:t>
      </w:r>
      <w:r/>
    </w:p>
    <w:p>
      <w:pPr>
        <w:pStyle w:val="ListBullet"/>
        <w:spacing w:line="240" w:lineRule="auto"/>
        <w:ind w:left="720"/>
      </w:pPr>
      <w:r/>
      <w:r>
        <w:rPr>
          <w:b/>
        </w:rPr>
        <w:t>Big-ticket moments:</w:t>
      </w:r>
      <w:r>
        <w:t xml:space="preserve"> Canal Parade on 1 August, UNITY Concert on 4 August, Wedding Party XXL on 6 August, and the Closing March and Concert on 8 August. </w:t>
      </w:r>
      <w:r/>
    </w:p>
    <w:p>
      <w:pPr>
        <w:pStyle w:val="ListBullet"/>
        <w:spacing w:line="240" w:lineRule="auto"/>
        <w:ind w:left="720"/>
      </w:pPr>
      <w:r/>
      <w:r>
        <w:rPr>
          <w:b/>
        </w:rPr>
        <w:t>Tickets and costs:</w:t>
      </w:r>
      <w:r>
        <w:t xml:space="preserve"> Several headline concerts and parties require tickets, typically around €22.50 in advance; door prices tend to be about €5 more. </w:t>
      </w:r>
      <w:r/>
    </w:p>
    <w:p>
      <w:pPr>
        <w:pStyle w:val="ListBullet"/>
        <w:spacing w:line="240" w:lineRule="auto"/>
        <w:ind w:left="720"/>
      </w:pPr>
      <w:r/>
      <w:r>
        <w:rPr>
          <w:b/>
        </w:rPr>
        <w:t>Getting around:</w:t>
      </w:r>
      <w:r>
        <w:t xml:space="preserve"> Expect huge crowds; public transport and walking are best. Book accommodation early, and arrive early to snag good parade viewing spots. </w:t>
      </w:r>
      <w:r/>
    </w:p>
    <w:p>
      <w:pPr>
        <w:pStyle w:val="ListBullet"/>
        <w:spacing w:line="240" w:lineRule="auto"/>
        <w:ind w:left="720"/>
      </w:pPr>
      <w:r/>
      <w:r>
        <w:rPr>
          <w:b/>
        </w:rPr>
        <w:t>Vibe and context:</w:t>
      </w:r>
      <w:r>
        <w:t xml:space="preserve"> This WorldPride marks 25 years since Dutch same-sex marriage law and blends celebration with serious human-rights programming.</w:t>
      </w:r>
      <w:r/>
      <w:r/>
    </w:p>
    <w:p>
      <w:pPr>
        <w:pStyle w:val="Heading2"/>
      </w:pPr>
      <w:r>
        <w:t>Why WorldPride in Amsterdam feels extra special this year</w:t>
      </w:r>
      <w:r/>
    </w:p>
    <w:p>
      <w:r/>
      <w:r>
        <w:t>Amsterdam’s canals and narrow streets will be louder than usual, and there’s a sweet, nostalgic tang to that , this edition marks a quarter-century since the Netherlands opened civil marriage to same-sex couples. The city’s long-standing reputation for openness and its mix of more than 180 nationalities make it a fitting global host. Organisers and local officials have leaned into that history, pairing big street parties with conferences that foreground rights, health and culture, so it’s not just glitter , there’s weight behind the celebrations.</w:t>
      </w:r>
      <w:r/>
    </w:p>
    <w:p>
      <w:pPr>
        <w:pStyle w:val="Heading2"/>
      </w:pPr>
      <w:r>
        <w:t>Canal Parade: a uniquely Dutch spectacle you shouldn’t miss</w:t>
      </w:r>
      <w:r/>
    </w:p>
    <w:p>
      <w:r/>
      <w:r>
        <w:t>If you’ve never watched decorated boats glide under historic bridges, you’ll be surprised at how emotionally moving and cheekily theatrical it is. The Canal Parade runs along the Nieuwe Herengracht, the Amstel and Prinsengracht on 1 August, midday to early evening. Arrive early for a waterside spot , bridges and quays fill fast , and remember that vantage points along the route vary: some offer front-row views, others give a quieter, more leisurely experience. Pack comfortable shoes, a lightweight waterproof, and a small binocular or camera for details on the boats.</w:t>
      </w:r>
      <w:r/>
    </w:p>
    <w:p>
      <w:pPr>
        <w:pStyle w:val="Heading2"/>
      </w:pPr>
      <w:r>
        <w:t>Parties, main stages and where to pick your nights out</w:t>
      </w:r>
      <w:r/>
    </w:p>
    <w:p>
      <w:r/>
      <w:r>
        <w:t>The long weekend of 31 July–2 August turns the centre into an open-air club circuit, with stages from Dam Square to Zeedijk and themed parties across Reguliersdwarsstraat and the Westermarkt. Expect late nights and loud music; the Grand Finale on Dam on 2 August draws big crowds. For ticketed shows like UNITY Concert and Wedding Party XXL, buy ahead if you can , early bird tiers sold fast and door prices are usually higher. If you prefer a calmer night, scope out smaller neighbourhood bars or FLINTA-focused events for a friendlier vibe.</w:t>
      </w:r>
      <w:r/>
    </w:p>
    <w:p>
      <w:pPr>
        <w:pStyle w:val="Heading2"/>
      </w:pPr>
      <w:r>
        <w:t>The Human Rights Conference: serious talk amid the celebration</w:t>
      </w:r>
      <w:r/>
    </w:p>
    <w:p>
      <w:r/>
      <w:r>
        <w:t>From 5–7 August the Beurs van Berlage hosts a three-day Human Rights Conference focused on governance, health, heritage and leadership. Sessions run during the day and dig into trans, non-binary, intersex and body-diversity issues, so the festival isn’t only about nightlife. It’s a rare chance to hear activists, policymakers and community leaders together. If you care about impact beyond the party photos, carve out time for at least one panel , tickets and schedules are posted on official channels.</w:t>
      </w:r>
      <w:r/>
    </w:p>
    <w:p>
      <w:pPr>
        <w:pStyle w:val="Heading2"/>
      </w:pPr>
      <w:r>
        <w:t>Practical travel tips: accommodation, transport and planning</w:t>
      </w:r>
      <w:r/>
    </w:p>
    <w:p>
      <w:r/>
      <w:r>
        <w:t>WorldPride pushes Amsterdam’s tourist peak into overdrive, so book flights and rooms now and expect higher prices. The city’s compact centre and efficient public transport make trains, trams and bikes your best bet; many central roads will be closed on parade days and during street parties. Check official transport updates, plan meeting points with friends in advance, and carry a phone battery pack. For parade viewing, aim for a spot at least an hour before the boats pass; canalside safety is good but crowd density can spike.</w:t>
      </w:r>
      <w:r/>
    </w:p>
    <w:p>
      <w:pPr>
        <w:pStyle w:val="Heading2"/>
      </w:pPr>
      <w:r>
        <w:t>What to bring and how to enjoy it responsibly</w:t>
      </w:r>
      <w:r/>
    </w:p>
    <w:p>
      <w:r/>
      <w:r>
        <w:t>Bring a refillable water bottle, sun protection, light layers for sudden weather shifts and a small day bag that closes securely. Respect private properties, keep waste to a minimum and be mindful around residential areas , locals appreciate it. If you’re attending protests or activist events, read the conference and march guidance on the WorldPride site so you know where to be and what to expect. Above all, pace yourself: two weeks of back-to-back events sound brilliant until your feet and voice need a rest.</w:t>
      </w:r>
      <w:r/>
    </w:p>
    <w:p>
      <w:r/>
      <w:r>
        <w:t>It's a festival that balances joy with purpose , pick your highlights, plan sensibly and enjoy the colour, music and powerful moments.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[6]</w:t>
        </w:r>
      </w:hyperlink>
      <w:r>
        <w:t xml:space="preserve">- Paragraph 6: </w:t>
      </w:r>
      <w:hyperlink r:id="rId14">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https://dutchreview.com/culture/worldpride-amsterdam-guide/</w:t>
        </w:r>
      </w:hyperlink>
      <w:r>
        <w:t xml:space="preserve"> - Please view link - unable to able to access data</w:t>
      </w:r>
      <w:r/>
    </w:p>
    <w:p>
      <w:pPr>
        <w:pStyle w:val="ListNumber"/>
        <w:spacing w:line="240" w:lineRule="auto"/>
        <w:ind w:left="720"/>
      </w:pPr>
      <w:r/>
      <w:hyperlink r:id="rId10">
        <w:r>
          <w:rPr>
            <w:color w:val="0000EE"/>
            <w:u w:val="single"/>
          </w:rPr>
          <w:t>https://pride.amsterdam/en/worldpride/</w:t>
        </w:r>
      </w:hyperlink>
      <w:r>
        <w:t xml:space="preserve"> - The official website for WorldPride Amsterdam 2026 provides comprehensive information about the event, including a detailed timeline of activities from 25 July to 8 August 2026. It highlights major events such as the Pride Walk, Canal Parade, Unity Concert, Human Rights Conference, and the Closing Concert. The site also offers insights into the city's rich LGBTQIA+ history and its commitment to diversity and inclusion. Visitors can access the full programme and plan their participation accordingly.</w:t>
      </w:r>
      <w:r/>
    </w:p>
    <w:p>
      <w:pPr>
        <w:pStyle w:val="ListNumber"/>
        <w:spacing w:line="240" w:lineRule="auto"/>
        <w:ind w:left="720"/>
      </w:pPr>
      <w:r/>
      <w:hyperlink r:id="rId11">
        <w:r>
          <w:rPr>
            <w:color w:val="0000EE"/>
            <w:u w:val="single"/>
          </w:rPr>
          <w:t>https://www.amsterdam.nl/en/news/worldpride/</w:t>
        </w:r>
      </w:hyperlink>
      <w:r>
        <w:t xml:space="preserve"> - The City of Amsterdam's official page on WorldPride 2026 outlines the city's role as the host for the first time, celebrating diversity, freedom, and equal rights for LGBTQIA+ individuals. It details major events like the Pride Walk, Canal Parade, street parties, and the Closing Concert on Museumplein. The page also highlights sports events, storytelling sessions, and theatre performances, providing a comprehensive overview of the festivities and activities planned throughout the event.</w:t>
      </w:r>
      <w:r/>
    </w:p>
    <w:p>
      <w:pPr>
        <w:pStyle w:val="ListNumber"/>
        <w:spacing w:line="240" w:lineRule="auto"/>
        <w:ind w:left="720"/>
      </w:pPr>
      <w:r/>
      <w:hyperlink r:id="rId15">
        <w:r>
          <w:rPr>
            <w:color w:val="0000EE"/>
            <w:u w:val="single"/>
          </w:rPr>
          <w:t>https://worldpride.amsterdam/</w:t>
        </w:r>
      </w:hyperlink>
      <w:r>
        <w:t xml:space="preserve"> - WorldPride Amsterdam 2026's dedicated website offers insights into the event's theme, 'UNITY', and its significance in promoting LGBTQIA+ rights and visibility. It discusses Amsterdam's history as a pioneer in same-sex marriage legalization and its diverse, tolerant community. The site provides information on the event's schedule, ticketing, and ways to participate, aiming to unite people globally in celebrating love and equality.</w:t>
      </w:r>
      <w:r/>
    </w:p>
    <w:p>
      <w:pPr>
        <w:pStyle w:val="ListNumber"/>
        <w:spacing w:line="240" w:lineRule="auto"/>
        <w:ind w:left="720"/>
      </w:pPr>
      <w:r/>
      <w:hyperlink r:id="rId12">
        <w:r>
          <w:rPr>
            <w:color w:val="0000EE"/>
            <w:u w:val="single"/>
          </w:rPr>
          <w:t>https://elpais.com/elviajero/2026-07-17/guia-para-sobrevivir-al-world-pride-de-amsterdam-desfile-de-barcos-macrofiestas-e-historia-queer.html</w:t>
        </w:r>
      </w:hyperlink>
      <w:r>
        <w:t xml:space="preserve"> - El País' travel guide offers an in-depth look at WorldPride Amsterdam 2026, highlighting key events such as the boat parade on 1 August, the UNITY Concert on 4 August, and human rights talks at Beurs van Berlage. It also delves into Amsterdam's LGBTQIA+ history, including the 2001 legalization of same-sex marriage, and recommends iconic queer venues and affordable accommodations like Bunk Amsterdam, providing a comprehensive resource for attendees.</w:t>
      </w:r>
      <w:r/>
    </w:p>
    <w:p>
      <w:pPr>
        <w:pStyle w:val="ListNumber"/>
        <w:spacing w:line="240" w:lineRule="auto"/>
        <w:ind w:left="720"/>
      </w:pPr>
      <w:r/>
      <w:hyperlink r:id="rId13">
        <w:r>
          <w:rPr>
            <w:color w:val="0000EE"/>
            <w:u w:val="single"/>
          </w:rPr>
          <w:t>https://www.amsterdam.info/events/worldpride-2026/</w:t>
        </w:r>
      </w:hyperlink>
      <w:r>
        <w:t xml:space="preserve"> - Amsterdam.info provides a detailed overview of WorldPride Amsterdam 2026, including event dates, major activities, and historical context. It discusses the significance of Amsterdam hosting WorldPride, the city's diverse LGBTQIA+ community, and the 25th anniversary of same-sex marriage legalization. The page offers insights into the event's schedule, ticketing, and tips for visitors, serving as a valuable resource for those planning to attend.</w:t>
      </w:r>
      <w:r/>
    </w:p>
    <w:p>
      <w:pPr>
        <w:pStyle w:val="ListNumber"/>
        <w:spacing w:line="240" w:lineRule="auto"/>
        <w:ind w:left="720"/>
      </w:pPr>
      <w:r/>
      <w:hyperlink r:id="rId14">
        <w:r>
          <w:rPr>
            <w:color w:val="0000EE"/>
            <w:u w:val="single"/>
          </w:rPr>
          <w:t>https://www.timeout.com/amsterdam/worldpride-amsterdam-2026</w:t>
        </w:r>
      </w:hyperlink>
      <w:r>
        <w:t xml:space="preserve"> - Time Out Amsterdam's guide to WorldPride 2026 offers a curated list of events, parties, and exhibitions taking place during the festival. It highlights must-see activities, including the Canal Parade, street parties, and art installations. The guide also provides practical information on transportation, accommodations, and tips for navigating the city during the event, ensuring attendees have a memorable and enjoyable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utchreview.com/culture/worldpride-amsterdam-guide/" TargetMode="External"/><Relationship Id="rId10" Type="http://schemas.openxmlformats.org/officeDocument/2006/relationships/hyperlink" Target="https://pride.amsterdam/en/world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elpais.com/elviajero/2026-07-17/guia-para-sobrevivir-al-world-pride-de-amsterdam-desfile-de-barcos-macrofiestas-e-historia-queer.html" TargetMode="External"/><Relationship Id="rId13" Type="http://schemas.openxmlformats.org/officeDocument/2006/relationships/hyperlink" Target="https://www.amsterdam.info/events/worldpride-2026/" TargetMode="External"/><Relationship Id="rId14" Type="http://schemas.openxmlformats.org/officeDocument/2006/relationships/hyperlink" Target="https://www.timeout.com/amsterdam/worldpride-amsterdam-2026" TargetMode="External"/><Relationship Id="rId15" Type="http://schemas.openxmlformats.org/officeDocument/2006/relationships/hyperlink" Target="https://worldpride.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